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2FEA74" w14:textId="0FA37F78" w:rsidR="00E964B9" w:rsidRPr="00E964B9" w:rsidRDefault="00E964B9" w:rsidP="00E964B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964B9">
        <w:rPr>
          <w:rFonts w:ascii="Times New Roman" w:eastAsia="Times New Roman" w:hAnsi="Times New Roman" w:cs="Times New Roman"/>
          <w:b/>
          <w:bCs/>
          <w:kern w:val="36"/>
          <w:sz w:val="48"/>
          <w:szCs w:val="48"/>
          <w14:ligatures w14:val="none"/>
        </w:rPr>
        <w:t>ТЕХНИКАЛЫҚ ЕРЕКШЕЛІК</w:t>
      </w:r>
    </w:p>
    <w:p w14:paraId="37424F4A" w14:textId="77777777" w:rsidR="00E964B9" w:rsidRPr="00E964B9" w:rsidRDefault="00E964B9" w:rsidP="00E964B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964B9">
        <w:rPr>
          <w:rFonts w:ascii="Times New Roman" w:eastAsia="Times New Roman" w:hAnsi="Times New Roman" w:cs="Times New Roman"/>
          <w:b/>
          <w:bCs/>
          <w:kern w:val="0"/>
          <w:sz w:val="36"/>
          <w:szCs w:val="36"/>
          <w14:ligatures w14:val="none"/>
        </w:rPr>
        <w:t>мүліктің нарықтық құнын бағалау қызметтерін көрсетуге арналған</w:t>
      </w:r>
    </w:p>
    <w:p w14:paraId="760B82C4" w14:textId="77777777" w:rsidR="00E964B9" w:rsidRPr="00371F5F" w:rsidRDefault="00E964B9" w:rsidP="00E964B9">
      <w:p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b/>
          <w:bCs/>
          <w:kern w:val="0"/>
          <w14:ligatures w14:val="none"/>
        </w:rPr>
        <w:t>1. Қызметтің атауы</w:t>
      </w:r>
    </w:p>
    <w:p w14:paraId="476812B1" w14:textId="014603C6" w:rsidR="00E964B9" w:rsidRPr="00E964B9" w:rsidRDefault="00E964B9" w:rsidP="00E964B9">
      <w:p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Тапсырыс берушінің балансындағы негізгі құралдардың, жабдықтардың, жиһаздың, кеңсе техникасының, техникалық құрылғылардың және материалдық емес активтердің нарықтық құнын ұсынылған мүлік тізбесіне сәйкес бағалау қызметтерін көрсету.</w:t>
      </w:r>
    </w:p>
    <w:p w14:paraId="7EA1E857" w14:textId="77777777" w:rsidR="00E964B9" w:rsidRPr="00E964B9" w:rsidRDefault="00E964B9" w:rsidP="00E964B9">
      <w:p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b/>
          <w:bCs/>
          <w:kern w:val="0"/>
          <w14:ligatures w14:val="none"/>
        </w:rPr>
        <w:t>2. Бағалаудың мақсаты</w:t>
      </w:r>
    </w:p>
    <w:p w14:paraId="245B3BDB" w14:textId="77777777" w:rsidR="00E964B9" w:rsidRPr="00E964B9" w:rsidRDefault="00E964B9" w:rsidP="00E964B9">
      <w:p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Тапсырыс берушінің бухгалтерлік есебі, активтерін басқаруы және тиісті басқарушылық шешімдер қабылдауы үшін белгіленген бағалау күніне мүліктің нарықтық құнын анықтау.</w:t>
      </w:r>
    </w:p>
    <w:p w14:paraId="5B1409E9" w14:textId="77777777" w:rsidR="00E964B9" w:rsidRPr="00E964B9" w:rsidRDefault="00E964B9" w:rsidP="00E964B9">
      <w:p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b/>
          <w:bCs/>
          <w:kern w:val="0"/>
          <w14:ligatures w14:val="none"/>
        </w:rPr>
        <w:t>3. Көрсетілетін қызметтердің көлемі</w:t>
      </w:r>
    </w:p>
    <w:p w14:paraId="2ACD292E" w14:textId="36EB2620" w:rsidR="00E964B9" w:rsidRPr="00E964B9" w:rsidRDefault="00E964B9" w:rsidP="00E964B9">
      <w:p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Орындаушы Тапсырыс берушінің 336 есептік позицияны қамтитын тізбесіне сәйкес мүлікті бағалауы тиіс, оның ішінде:</w:t>
      </w:r>
    </w:p>
    <w:p w14:paraId="1BB19504" w14:textId="77777777" w:rsidR="00E964B9" w:rsidRPr="00E964B9" w:rsidRDefault="00E964B9" w:rsidP="00E964B9">
      <w:pPr>
        <w:numPr>
          <w:ilvl w:val="0"/>
          <w:numId w:val="1"/>
        </w:num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компьютерлік техниканы, ноутбуктерді, моноблоктарды, жүйелік блоктарды және мониторларды;</w:t>
      </w:r>
    </w:p>
    <w:p w14:paraId="06AE82FD" w14:textId="77777777" w:rsidR="00E964B9" w:rsidRPr="00E964B9" w:rsidRDefault="00E964B9" w:rsidP="00E964B9">
      <w:pPr>
        <w:numPr>
          <w:ilvl w:val="0"/>
          <w:numId w:val="1"/>
        </w:num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принтерлерді, көпфункциялы құрылғыларды, сканерлерді және құжаттарды өңдеуге арналған жабдықтарды;</w:t>
      </w:r>
    </w:p>
    <w:p w14:paraId="6FE3D0CA" w14:textId="77777777" w:rsidR="00E964B9" w:rsidRPr="00E964B9" w:rsidRDefault="00E964B9" w:rsidP="00E964B9">
      <w:pPr>
        <w:numPr>
          <w:ilvl w:val="0"/>
          <w:numId w:val="1"/>
        </w:num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жиһазды, витриналарды, шкафтарды, үстелдерді, орындықтарды, креслоларды және басқа кеңсе жиһазын;</w:t>
      </w:r>
    </w:p>
    <w:p w14:paraId="11CDCE05" w14:textId="77777777" w:rsidR="00E964B9" w:rsidRPr="00E964B9" w:rsidRDefault="00E964B9" w:rsidP="00E964B9">
      <w:pPr>
        <w:numPr>
          <w:ilvl w:val="0"/>
          <w:numId w:val="1"/>
        </w:num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бейнебақылау жабдықтарын, камераларды, бейнетіркегіштерді және желілік қауіпсіздік жабдықтарын;</w:t>
      </w:r>
    </w:p>
    <w:p w14:paraId="1F655A61" w14:textId="77777777" w:rsidR="00E964B9" w:rsidRPr="00E964B9" w:rsidRDefault="00E964B9" w:rsidP="00E964B9">
      <w:pPr>
        <w:numPr>
          <w:ilvl w:val="0"/>
          <w:numId w:val="1"/>
        </w:num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аудиотехниканы, аудиогидтерді, проекторларды, экрандарды және басқа мультимедиалық жабдықтарды;</w:t>
      </w:r>
    </w:p>
    <w:p w14:paraId="0E48F66F" w14:textId="77777777" w:rsidR="00E964B9" w:rsidRPr="00E964B9" w:rsidRDefault="00E964B9" w:rsidP="00E964B9">
      <w:pPr>
        <w:numPr>
          <w:ilvl w:val="0"/>
          <w:numId w:val="1"/>
        </w:num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өндірістік, полиграфиялық және арнайы жабдықтарды;</w:t>
      </w:r>
    </w:p>
    <w:p w14:paraId="2022C6D6" w14:textId="77777777" w:rsidR="00E964B9" w:rsidRPr="00E964B9" w:rsidRDefault="00E964B9" w:rsidP="00E964B9">
      <w:pPr>
        <w:numPr>
          <w:ilvl w:val="0"/>
          <w:numId w:val="1"/>
        </w:num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тұрмыстық және шаруашылық техниканы, соның ішінде шаңсорғыштарды, шөп шапқыштарды, тоңазытқышты және кондиционерлерді;</w:t>
      </w:r>
    </w:p>
    <w:p w14:paraId="7132B04B" w14:textId="77777777" w:rsidR="00E964B9" w:rsidRPr="00E964B9" w:rsidRDefault="00E964B9" w:rsidP="00E964B9">
      <w:pPr>
        <w:numPr>
          <w:ilvl w:val="0"/>
          <w:numId w:val="1"/>
        </w:num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сейфтерді, өрт сөндіргіштерді, металл іздегіштерді, өлшеу құрылғыларын және өзге мүлікті;</w:t>
      </w:r>
    </w:p>
    <w:p w14:paraId="40A2220F" w14:textId="77777777" w:rsidR="00E964B9" w:rsidRPr="00E964B9" w:rsidRDefault="00E964B9" w:rsidP="00E964B9">
      <w:pPr>
        <w:numPr>
          <w:ilvl w:val="0"/>
          <w:numId w:val="1"/>
        </w:num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Тапсырыс берушінің тізбесінде көрсетілген бағдарламалық қамтылымды және қосымша лицензияларды.</w:t>
      </w:r>
    </w:p>
    <w:p w14:paraId="27017A2F" w14:textId="77777777" w:rsidR="00E964B9" w:rsidRPr="00E964B9" w:rsidRDefault="00E964B9" w:rsidP="00E964B9">
      <w:p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b/>
          <w:bCs/>
          <w:kern w:val="0"/>
          <w14:ligatures w14:val="none"/>
        </w:rPr>
        <w:t>4. Бағалауды жүргізуге қойылатын талаптар</w:t>
      </w:r>
    </w:p>
    <w:p w14:paraId="7EB923A7" w14:textId="77777777" w:rsidR="00E964B9" w:rsidRPr="00E964B9" w:rsidRDefault="00E964B9" w:rsidP="00E964B9">
      <w:p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Орындаушы міндетті:</w:t>
      </w:r>
    </w:p>
    <w:p w14:paraId="1F99C1EB" w14:textId="77777777" w:rsidR="00E964B9" w:rsidRPr="00E964B9" w:rsidRDefault="00E964B9" w:rsidP="00E964B9">
      <w:pPr>
        <w:numPr>
          <w:ilvl w:val="0"/>
          <w:numId w:val="2"/>
        </w:num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Тапсырыс беруші ұсынған мүлік тізбесін, онда көрсетілген атауларды, есепке қою күндерін, бастапқы құнын және түгендеу нөмірлерін зерделеуге.</w:t>
      </w:r>
    </w:p>
    <w:p w14:paraId="68B11EC6" w14:textId="77777777" w:rsidR="00E964B9" w:rsidRPr="00E964B9" w:rsidRDefault="00E964B9" w:rsidP="00E964B9">
      <w:pPr>
        <w:numPr>
          <w:ilvl w:val="0"/>
          <w:numId w:val="2"/>
        </w:num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Қолда бар есептік және техникалық құжаттар бойынша бағалау объектілерін сәйкестендіруге.</w:t>
      </w:r>
    </w:p>
    <w:p w14:paraId="6DF679ED" w14:textId="77777777" w:rsidR="00E964B9" w:rsidRPr="00E964B9" w:rsidRDefault="00E964B9" w:rsidP="00E964B9">
      <w:pPr>
        <w:numPr>
          <w:ilvl w:val="0"/>
          <w:numId w:val="2"/>
        </w:num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Қажет болған жағдайда мүлікті оның нақты орналасқан жерінде қарап шығуға.</w:t>
      </w:r>
    </w:p>
    <w:p w14:paraId="23B07DCC" w14:textId="77777777" w:rsidR="00E964B9" w:rsidRPr="00E964B9" w:rsidRDefault="00E964B9" w:rsidP="00E964B9">
      <w:pPr>
        <w:numPr>
          <w:ilvl w:val="0"/>
          <w:numId w:val="2"/>
        </w:num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Қолжетімді қарап шығу шегінде объектілердің нақты жай-күйін, физикалық тозу дәрежесін, жиынтықтылығын және көзге көрінетін зақымдарының бар-жоғын анықтауға.</w:t>
      </w:r>
    </w:p>
    <w:p w14:paraId="44D6C8F6" w14:textId="77777777" w:rsidR="00E964B9" w:rsidRPr="00E964B9" w:rsidRDefault="00E964B9" w:rsidP="00E964B9">
      <w:pPr>
        <w:numPr>
          <w:ilvl w:val="0"/>
          <w:numId w:val="2"/>
        </w:num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Әрбір объектінің немесе объектілер тобының нарықтық құнын Қазақстан Республикасы заңнамасының қолданылатын талаптарына және бағалау стандарттарына сәйкес анықтауға.</w:t>
      </w:r>
    </w:p>
    <w:p w14:paraId="7EE854A3" w14:textId="77777777" w:rsidR="00E964B9" w:rsidRPr="00E964B9" w:rsidRDefault="00E964B9" w:rsidP="00E964B9">
      <w:pPr>
        <w:numPr>
          <w:ilvl w:val="0"/>
          <w:numId w:val="2"/>
        </w:num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Құнды анықтау кезінде шығарылған немесе сатып алынған жылын, техникалық сипаттамаларын, функционалдық жай-күйін, тозу дәрежесін, ұқсас объектілердің болуын және нарықтағы ағымдағы жағдайды ескеруге.</w:t>
      </w:r>
    </w:p>
    <w:p w14:paraId="3203F829" w14:textId="77777777" w:rsidR="00E964B9" w:rsidRPr="00E964B9" w:rsidRDefault="00E964B9" w:rsidP="00E964B9">
      <w:pPr>
        <w:numPr>
          <w:ilvl w:val="0"/>
          <w:numId w:val="2"/>
        </w:num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lastRenderedPageBreak/>
        <w:t>Баланстық құны нөлге тең объектілерді, сондай-ақ бастапқы құны төмен мүлікті бөлек қарастыруға және оларды нарықтық құны жоқ мүлікке автоматты түрде теңестірмеуге.</w:t>
      </w:r>
    </w:p>
    <w:p w14:paraId="5D541BFA" w14:textId="77777777" w:rsidR="00E964B9" w:rsidRPr="00E964B9" w:rsidRDefault="00E964B9" w:rsidP="00E964B9">
      <w:pPr>
        <w:numPr>
          <w:ilvl w:val="0"/>
          <w:numId w:val="2"/>
        </w:num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Бағдарламалық қамтылым мен лицензиялар бойынша құқықтардың түрін, лицензияның қолданылу мерзімін, пайдалану шарттарын және Тапсырыс берушінің құқықтарын растайтын құжаттардың бар-жоғын ескере отырып, бағалаудың мүмкіндігі мен орындылығын анықтауға.</w:t>
      </w:r>
    </w:p>
    <w:p w14:paraId="7EC232EA" w14:textId="77777777" w:rsidR="00E964B9" w:rsidRPr="00E964B9" w:rsidRDefault="00E964B9" w:rsidP="00E964B9">
      <w:p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b/>
          <w:bCs/>
          <w:kern w:val="0"/>
          <w14:ligatures w14:val="none"/>
        </w:rPr>
        <w:t>5. Бастапқы деректер</w:t>
      </w:r>
    </w:p>
    <w:p w14:paraId="7B2826D4" w14:textId="77777777" w:rsidR="00E964B9" w:rsidRPr="00E964B9" w:rsidRDefault="00E964B9" w:rsidP="00E964B9">
      <w:p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Тапсырыс беруші Орындаушыға мыналарды ұсынады:</w:t>
      </w:r>
    </w:p>
    <w:p w14:paraId="4E667B8A" w14:textId="77777777" w:rsidR="00E964B9" w:rsidRPr="00E964B9" w:rsidRDefault="00E964B9" w:rsidP="00E964B9">
      <w:pPr>
        <w:numPr>
          <w:ilvl w:val="0"/>
          <w:numId w:val="3"/>
        </w:num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түгендеу нөмірлері көрсетілген мүлік тізбесін;</w:t>
      </w:r>
    </w:p>
    <w:p w14:paraId="4C9E45F5" w14:textId="77777777" w:rsidR="00E964B9" w:rsidRPr="00E964B9" w:rsidRDefault="00E964B9" w:rsidP="00E964B9">
      <w:pPr>
        <w:numPr>
          <w:ilvl w:val="0"/>
          <w:numId w:val="3"/>
        </w:num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бастапқы және баланстық құны туралы мәліметтерді;</w:t>
      </w:r>
    </w:p>
    <w:p w14:paraId="6EEEA643" w14:textId="77777777" w:rsidR="00E964B9" w:rsidRPr="00E964B9" w:rsidRDefault="00E964B9" w:rsidP="00E964B9">
      <w:pPr>
        <w:numPr>
          <w:ilvl w:val="0"/>
          <w:numId w:val="3"/>
        </w:num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сатып алынған, тіркелген немесе есепке қойылған күндерді;</w:t>
      </w:r>
    </w:p>
    <w:p w14:paraId="546D4582" w14:textId="77777777" w:rsidR="00E964B9" w:rsidRPr="00E964B9" w:rsidRDefault="00E964B9" w:rsidP="00E964B9">
      <w:pPr>
        <w:numPr>
          <w:ilvl w:val="0"/>
          <w:numId w:val="3"/>
        </w:num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қолда бар техникалық паспорттарды, сатып алу және жиынтықтылық туралы құжаттарды;</w:t>
      </w:r>
    </w:p>
    <w:p w14:paraId="7F107F17" w14:textId="77777777" w:rsidR="00E964B9" w:rsidRPr="00E964B9" w:rsidRDefault="00E964B9" w:rsidP="00E964B9">
      <w:pPr>
        <w:numPr>
          <w:ilvl w:val="0"/>
          <w:numId w:val="3"/>
        </w:num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мүліктің орналасқан жері мен нақты жай-күйі туралы мәліметтерді;</w:t>
      </w:r>
    </w:p>
    <w:p w14:paraId="36E880A7" w14:textId="77777777" w:rsidR="00E964B9" w:rsidRPr="00E964B9" w:rsidRDefault="00E964B9" w:rsidP="00E964B9">
      <w:pPr>
        <w:numPr>
          <w:ilvl w:val="0"/>
          <w:numId w:val="3"/>
        </w:num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бар болса, бағдарламалық қамтылым мен лицензияларға арналған құжаттарды.</w:t>
      </w:r>
    </w:p>
    <w:p w14:paraId="109C64B5" w14:textId="77777777" w:rsidR="00E964B9" w:rsidRPr="00E964B9" w:rsidRDefault="00E964B9" w:rsidP="00E964B9">
      <w:p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b/>
          <w:bCs/>
          <w:kern w:val="0"/>
          <w14:ligatures w14:val="none"/>
        </w:rPr>
        <w:t>6. Қызмет көрсету нәтижелері</w:t>
      </w:r>
    </w:p>
    <w:p w14:paraId="5AD025A8" w14:textId="77777777" w:rsidR="00E964B9" w:rsidRPr="00E964B9" w:rsidRDefault="00E964B9" w:rsidP="00E964B9">
      <w:p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Қызмет көрсету нәтижесінде Орындаушы мыналарды ұсынады:</w:t>
      </w:r>
    </w:p>
    <w:p w14:paraId="7E4176D1" w14:textId="77777777" w:rsidR="00E964B9" w:rsidRPr="00E964B9" w:rsidRDefault="00E964B9" w:rsidP="00E964B9">
      <w:pPr>
        <w:numPr>
          <w:ilvl w:val="0"/>
          <w:numId w:val="4"/>
        </w:num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Қазақстан Республикасы заңнамасының қолданылатын талаптарына сәйкес ресімделген мүліктің нарықтық құнын бағалау туралы есепті.</w:t>
      </w:r>
    </w:p>
    <w:p w14:paraId="3078397F" w14:textId="77777777" w:rsidR="00E964B9" w:rsidRPr="00E964B9" w:rsidRDefault="00E964B9" w:rsidP="00E964B9">
      <w:pPr>
        <w:numPr>
          <w:ilvl w:val="0"/>
          <w:numId w:val="4"/>
        </w:num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Бағаланған объектілердің атауы, түгендеу нөмірі және анықталған құны көрсетілген тізбесін.</w:t>
      </w:r>
    </w:p>
    <w:p w14:paraId="0F42837F" w14:textId="77777777" w:rsidR="00E964B9" w:rsidRPr="00E964B9" w:rsidRDefault="00E964B9" w:rsidP="00E964B9">
      <w:pPr>
        <w:numPr>
          <w:ilvl w:val="0"/>
          <w:numId w:val="4"/>
        </w:num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Қолданылған бағалау тәсілдері мен әдістерінің, баға туралы ақпарат көздерінің және негізгі болжамдардың сипаттамасын.</w:t>
      </w:r>
    </w:p>
    <w:p w14:paraId="05BB681F" w14:textId="77777777" w:rsidR="00E964B9" w:rsidRPr="00E964B9" w:rsidRDefault="00E964B9" w:rsidP="00E964B9">
      <w:pPr>
        <w:numPr>
          <w:ilvl w:val="0"/>
          <w:numId w:val="4"/>
        </w:num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Анықталған шектеулер, бастапқы деректердің жеткіліксіздігі және бағалау үшін қосымша құжаттар немесе жеке зерттеу қажет объектілер туралы мәліметтерді.</w:t>
      </w:r>
    </w:p>
    <w:p w14:paraId="01961D98" w14:textId="77777777" w:rsidR="00E964B9" w:rsidRPr="00092676" w:rsidRDefault="00E964B9" w:rsidP="00E964B9">
      <w:pPr>
        <w:numPr>
          <w:ilvl w:val="0"/>
          <w:numId w:val="4"/>
        </w:num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Есептің электрондық көшірмесін және қажет болған жағдайда, тараптардың келісімі бойынша, қағаз данасын.</w:t>
      </w:r>
    </w:p>
    <w:p w14:paraId="0C074307" w14:textId="77777777" w:rsidR="00092676" w:rsidRPr="00092676" w:rsidRDefault="00092676" w:rsidP="00092676">
      <w:pPr>
        <w:numPr>
          <w:ilvl w:val="0"/>
          <w:numId w:val="4"/>
        </w:numPr>
        <w:spacing w:after="0" w:line="240" w:lineRule="auto"/>
        <w:rPr>
          <w:rFonts w:ascii="Times New Roman" w:eastAsia="Times New Roman" w:hAnsi="Times New Roman" w:cs="Times New Roman"/>
          <w:kern w:val="0"/>
          <w14:ligatures w14:val="none"/>
        </w:rPr>
      </w:pPr>
      <w:r w:rsidRPr="00092676">
        <w:rPr>
          <w:rFonts w:ascii="Times New Roman" w:eastAsia="Times New Roman" w:hAnsi="Times New Roman" w:cs="Times New Roman"/>
          <w:kern w:val="0"/>
          <w14:ligatures w14:val="none"/>
        </w:rPr>
        <w:t>Мүліктің нарықтық құнын бағалау туралы есепке «Бағалау қызметі туралы» Қазақстан Республикасы Заңының 15), 18) және 21) баптарына сәйкес құжаттар қоса берілуге тиіс.</w:t>
      </w:r>
    </w:p>
    <w:p w14:paraId="0DA31EF7" w14:textId="77777777" w:rsidR="00092676" w:rsidRPr="00092676" w:rsidRDefault="00092676" w:rsidP="00092676">
      <w:pPr>
        <w:spacing w:after="0" w:line="240" w:lineRule="auto"/>
        <w:ind w:left="928"/>
        <w:rPr>
          <w:rFonts w:ascii="Times New Roman" w:eastAsia="Times New Roman" w:hAnsi="Times New Roman" w:cs="Times New Roman"/>
          <w:kern w:val="0"/>
          <w14:ligatures w14:val="none"/>
        </w:rPr>
      </w:pPr>
      <w:r w:rsidRPr="00092676">
        <w:rPr>
          <w:rFonts w:ascii="Times New Roman" w:eastAsia="Times New Roman" w:hAnsi="Times New Roman" w:cs="Times New Roman"/>
          <w:kern w:val="0"/>
          <w14:ligatures w14:val="none"/>
        </w:rPr>
        <w:t>«Бағалаушы» біліктілігін беру туралы куәлік;</w:t>
      </w:r>
    </w:p>
    <w:p w14:paraId="45E79EC8" w14:textId="77777777" w:rsidR="00092676" w:rsidRPr="00092676" w:rsidRDefault="00092676" w:rsidP="00092676">
      <w:pPr>
        <w:spacing w:after="0" w:line="240" w:lineRule="auto"/>
        <w:ind w:left="928"/>
        <w:rPr>
          <w:rFonts w:ascii="Times New Roman" w:eastAsia="Times New Roman" w:hAnsi="Times New Roman" w:cs="Times New Roman"/>
          <w:kern w:val="0"/>
          <w14:ligatures w14:val="none"/>
        </w:rPr>
      </w:pPr>
      <w:r w:rsidRPr="00092676">
        <w:rPr>
          <w:rFonts w:ascii="Times New Roman" w:eastAsia="Times New Roman" w:hAnsi="Times New Roman" w:cs="Times New Roman"/>
          <w:kern w:val="0"/>
          <w14:ligatures w14:val="none"/>
        </w:rPr>
        <w:t>Бағалаушылар палатасына мүшелік;</w:t>
      </w:r>
    </w:p>
    <w:p w14:paraId="6574AB8B" w14:textId="61C32935" w:rsidR="00092676" w:rsidRPr="00E964B9" w:rsidRDefault="00092676" w:rsidP="00092676">
      <w:pPr>
        <w:spacing w:after="0" w:line="240" w:lineRule="auto"/>
        <w:ind w:left="928"/>
        <w:rPr>
          <w:rFonts w:ascii="Times New Roman" w:eastAsia="Times New Roman" w:hAnsi="Times New Roman" w:cs="Times New Roman"/>
          <w:kern w:val="0"/>
          <w14:ligatures w14:val="none"/>
        </w:rPr>
      </w:pPr>
      <w:r w:rsidRPr="00092676">
        <w:rPr>
          <w:rFonts w:ascii="Times New Roman" w:eastAsia="Times New Roman" w:hAnsi="Times New Roman" w:cs="Times New Roman"/>
          <w:kern w:val="0"/>
          <w14:ligatures w14:val="none"/>
        </w:rPr>
        <w:t>Мүліктік жауапкершілікті қамтамасыз ету туралы мәліметтер.</w:t>
      </w:r>
    </w:p>
    <w:p w14:paraId="74F16A63" w14:textId="306935AB" w:rsidR="00E964B9" w:rsidRPr="00E964B9" w:rsidRDefault="00E964B9" w:rsidP="00E964B9">
      <w:p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b/>
          <w:bCs/>
          <w:kern w:val="0"/>
          <w14:ligatures w14:val="none"/>
        </w:rPr>
        <w:t>7. Қызмет көрсету мерзімі</w:t>
      </w:r>
    </w:p>
    <w:p w14:paraId="6C8B4A87" w14:textId="2E7AABDF" w:rsidR="00E964B9" w:rsidRPr="00E964B9" w:rsidRDefault="00EA5F40" w:rsidP="00E964B9">
      <w:pPr>
        <w:spacing w:after="0" w:line="240" w:lineRule="auto"/>
        <w:rPr>
          <w:rFonts w:ascii="Times New Roman" w:eastAsia="Times New Roman" w:hAnsi="Times New Roman" w:cs="Times New Roman"/>
          <w:kern w:val="0"/>
          <w14:ligatures w14:val="none"/>
        </w:rPr>
      </w:pPr>
      <w:r w:rsidRPr="00EA5F40">
        <w:rPr>
          <w:rFonts w:ascii="Times New Roman" w:eastAsia="Times New Roman" w:hAnsi="Times New Roman" w:cs="Times New Roman"/>
          <w:kern w:val="0"/>
          <w14:ligatures w14:val="none"/>
        </w:rPr>
        <w:t>Тапсырыс беруші өтінімді жіберген күннен бастап күнтізбелік 16 күн</w:t>
      </w:r>
      <w:bookmarkStart w:id="0" w:name="_GoBack"/>
      <w:bookmarkEnd w:id="0"/>
      <w:r w:rsidR="00E964B9" w:rsidRPr="00E964B9">
        <w:rPr>
          <w:rFonts w:ascii="Times New Roman" w:eastAsia="Times New Roman" w:hAnsi="Times New Roman" w:cs="Times New Roman"/>
          <w:kern w:val="0"/>
          <w14:ligatures w14:val="none"/>
        </w:rPr>
        <w:t>.</w:t>
      </w:r>
    </w:p>
    <w:p w14:paraId="36B712E8" w14:textId="63653482" w:rsidR="00E964B9" w:rsidRPr="00E964B9" w:rsidRDefault="00092676" w:rsidP="00E964B9">
      <w:pPr>
        <w:spacing w:after="0" w:line="240" w:lineRule="auto"/>
        <w:rPr>
          <w:rFonts w:ascii="Times New Roman" w:eastAsia="Times New Roman" w:hAnsi="Times New Roman" w:cs="Times New Roman"/>
          <w:kern w:val="0"/>
          <w14:ligatures w14:val="none"/>
        </w:rPr>
      </w:pPr>
      <w:r w:rsidRPr="00EA5F40">
        <w:rPr>
          <w:rFonts w:ascii="Times New Roman" w:eastAsia="Times New Roman" w:hAnsi="Times New Roman" w:cs="Times New Roman"/>
          <w:b/>
          <w:bCs/>
          <w:kern w:val="0"/>
          <w14:ligatures w14:val="none"/>
        </w:rPr>
        <w:t>8</w:t>
      </w:r>
      <w:r w:rsidR="00E964B9" w:rsidRPr="00E964B9">
        <w:rPr>
          <w:rFonts w:ascii="Times New Roman" w:eastAsia="Times New Roman" w:hAnsi="Times New Roman" w:cs="Times New Roman"/>
          <w:b/>
          <w:bCs/>
          <w:kern w:val="0"/>
          <w14:ligatures w14:val="none"/>
        </w:rPr>
        <w:t>. Қызметтерді қабылдау тәртібі</w:t>
      </w:r>
    </w:p>
    <w:p w14:paraId="285D1D7B" w14:textId="77777777" w:rsidR="00E964B9" w:rsidRPr="00E964B9" w:rsidRDefault="00E964B9" w:rsidP="00E964B9">
      <w:p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Бағалау туралы есеп пен келісілген өзге нәтижелер ұсынылғаннан кейін қызметтер көрсетілді деп есептеледі. Тапсырыс беруші есептің мүлік тізбесіне және осы техникалық ерекшеліктің талаптарына сәйкестігін тексереді.</w:t>
      </w:r>
    </w:p>
    <w:p w14:paraId="1740D14D" w14:textId="5BD316AC" w:rsidR="00E964B9" w:rsidRPr="00E964B9" w:rsidRDefault="00092676" w:rsidP="00E964B9">
      <w:pPr>
        <w:spacing w:after="0" w:line="240" w:lineRule="auto"/>
        <w:rPr>
          <w:rFonts w:ascii="Times New Roman" w:eastAsia="Times New Roman" w:hAnsi="Times New Roman" w:cs="Times New Roman"/>
          <w:kern w:val="0"/>
          <w14:ligatures w14:val="none"/>
        </w:rPr>
      </w:pPr>
      <w:r w:rsidRPr="00EA5F40">
        <w:rPr>
          <w:rFonts w:ascii="Times New Roman" w:eastAsia="Times New Roman" w:hAnsi="Times New Roman" w:cs="Times New Roman"/>
          <w:b/>
          <w:bCs/>
          <w:kern w:val="0"/>
          <w14:ligatures w14:val="none"/>
        </w:rPr>
        <w:t>9</w:t>
      </w:r>
      <w:r w:rsidR="00E964B9" w:rsidRPr="00E964B9">
        <w:rPr>
          <w:rFonts w:ascii="Times New Roman" w:eastAsia="Times New Roman" w:hAnsi="Times New Roman" w:cs="Times New Roman"/>
          <w:b/>
          <w:bCs/>
          <w:kern w:val="0"/>
          <w14:ligatures w14:val="none"/>
        </w:rPr>
        <w:t>. Ерекше шарттар</w:t>
      </w:r>
    </w:p>
    <w:p w14:paraId="2CAA33BE" w14:textId="77777777" w:rsidR="00E964B9" w:rsidRPr="00E964B9" w:rsidRDefault="00E964B9" w:rsidP="00E964B9">
      <w:p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Тапсырыс берушінің қоса берілген 336 есептік позициядан тұратын тізбесіне сәйкес мүлік бағалануға жатады. Бағалау объектілерінің түпкілікті құрамы, бағалау күні, қарап шығу орны және есеп нысанына қойылатын талаптар жұмыс басталғанға дейін тараптармен келісіледі.</w:t>
      </w:r>
    </w:p>
    <w:p w14:paraId="188FBF6A" w14:textId="77777777" w:rsidR="00E964B9" w:rsidRPr="00E964B9" w:rsidRDefault="00E964B9" w:rsidP="00E964B9">
      <w:pPr>
        <w:spacing w:after="0" w:line="240" w:lineRule="auto"/>
        <w:rPr>
          <w:rFonts w:ascii="Times New Roman" w:eastAsia="Times New Roman" w:hAnsi="Times New Roman" w:cs="Times New Roman"/>
          <w:kern w:val="0"/>
          <w14:ligatures w14:val="none"/>
        </w:rPr>
      </w:pPr>
      <w:r w:rsidRPr="00E964B9">
        <w:rPr>
          <w:rFonts w:ascii="Times New Roman" w:eastAsia="Times New Roman" w:hAnsi="Times New Roman" w:cs="Times New Roman"/>
          <w:kern w:val="0"/>
          <w14:ligatures w14:val="none"/>
        </w:rPr>
        <w:t>Бағалау қызметтерінің құнын Орындаушы мүліктің көлемін, объектілер санын, олардың орналасқан жерін, қарап шығу қажеттілігін және бағалаудың күрделілігін ескере отырып айқындайды және оны коммерциялық ұсыныста немесе шартта көрсетеді.</w:t>
      </w:r>
    </w:p>
    <w:p w14:paraId="23EE8C00" w14:textId="77777777" w:rsidR="00F25E9F" w:rsidRPr="00371F5F" w:rsidRDefault="00F25E9F" w:rsidP="00F25E9F">
      <w:pPr>
        <w:spacing w:after="0" w:line="240" w:lineRule="auto"/>
        <w:rPr>
          <w:rFonts w:ascii="Times New Roman" w:eastAsia="Times New Roman" w:hAnsi="Times New Roman" w:cs="Times New Roman"/>
          <w:b/>
          <w:bCs/>
          <w:kern w:val="0"/>
          <w14:ligatures w14:val="none"/>
        </w:rPr>
      </w:pPr>
    </w:p>
    <w:p w14:paraId="2EC455AA" w14:textId="55C28ED6" w:rsidR="0096486B" w:rsidRPr="00F25E9F" w:rsidRDefault="00E964B9" w:rsidP="00F25E9F">
      <w:pPr>
        <w:spacing w:after="0" w:line="240" w:lineRule="auto"/>
        <w:rPr>
          <w:rFonts w:ascii="Times New Roman" w:eastAsia="Times New Roman" w:hAnsi="Times New Roman" w:cs="Times New Roman"/>
          <w:kern w:val="0"/>
          <w:lang w:val="ru-RU"/>
          <w14:ligatures w14:val="none"/>
        </w:rPr>
      </w:pPr>
      <w:r w:rsidRPr="00E964B9">
        <w:rPr>
          <w:rFonts w:ascii="Times New Roman" w:eastAsia="Times New Roman" w:hAnsi="Times New Roman" w:cs="Times New Roman"/>
          <w:b/>
          <w:bCs/>
          <w:kern w:val="0"/>
          <w14:ligatures w14:val="none"/>
        </w:rPr>
        <w:t>Қосымша:</w:t>
      </w:r>
    </w:p>
    <w:tbl>
      <w:tblPr>
        <w:tblStyle w:val="aff0"/>
        <w:tblW w:w="9776" w:type="dxa"/>
        <w:jc w:val="center"/>
        <w:tblLayout w:type="fixed"/>
        <w:tblLook w:val="04A0" w:firstRow="1" w:lastRow="0" w:firstColumn="1" w:lastColumn="0" w:noHBand="0" w:noVBand="1"/>
      </w:tblPr>
      <w:tblGrid>
        <w:gridCol w:w="993"/>
        <w:gridCol w:w="3685"/>
        <w:gridCol w:w="1696"/>
        <w:gridCol w:w="1701"/>
        <w:gridCol w:w="1701"/>
      </w:tblGrid>
      <w:tr w:rsidR="00F25E9F" w:rsidRPr="00EE26D0" w14:paraId="3D878338" w14:textId="77777777" w:rsidTr="00371F5F">
        <w:trPr>
          <w:jc w:val="center"/>
        </w:trPr>
        <w:tc>
          <w:tcPr>
            <w:tcW w:w="993" w:type="dxa"/>
          </w:tcPr>
          <w:p w14:paraId="3D17387E" w14:textId="77777777" w:rsidR="00F25E9F" w:rsidRPr="00EE26D0" w:rsidRDefault="00F25E9F" w:rsidP="007E5B69">
            <w:pPr>
              <w:rPr>
                <w:rFonts w:cs="Times New Roman"/>
                <w:szCs w:val="20"/>
              </w:rPr>
            </w:pPr>
            <w:r w:rsidRPr="00EE26D0">
              <w:rPr>
                <w:rFonts w:cs="Times New Roman"/>
                <w:sz w:val="16"/>
                <w:szCs w:val="20"/>
              </w:rPr>
              <w:t>№</w:t>
            </w:r>
          </w:p>
        </w:tc>
        <w:tc>
          <w:tcPr>
            <w:tcW w:w="3685" w:type="dxa"/>
          </w:tcPr>
          <w:p w14:paraId="3EDF1C88" w14:textId="77777777" w:rsidR="00F25E9F" w:rsidRPr="00EE26D0" w:rsidRDefault="00F25E9F" w:rsidP="007E5B69">
            <w:pPr>
              <w:rPr>
                <w:rFonts w:cs="Times New Roman"/>
                <w:szCs w:val="20"/>
              </w:rPr>
            </w:pPr>
            <w:r w:rsidRPr="00EE26D0">
              <w:rPr>
                <w:rFonts w:cs="Times New Roman"/>
                <w:sz w:val="16"/>
                <w:szCs w:val="20"/>
              </w:rPr>
              <w:t>Атауы</w:t>
            </w:r>
          </w:p>
        </w:tc>
        <w:tc>
          <w:tcPr>
            <w:tcW w:w="1696" w:type="dxa"/>
          </w:tcPr>
          <w:p w14:paraId="5A541522" w14:textId="77777777" w:rsidR="00F25E9F" w:rsidRPr="00EE26D0" w:rsidRDefault="00F25E9F" w:rsidP="007E5B69">
            <w:pPr>
              <w:rPr>
                <w:rFonts w:cs="Times New Roman"/>
                <w:szCs w:val="20"/>
              </w:rPr>
            </w:pPr>
            <w:r w:rsidRPr="00EE26D0">
              <w:rPr>
                <w:rFonts w:cs="Times New Roman"/>
                <w:sz w:val="16"/>
                <w:szCs w:val="20"/>
              </w:rPr>
              <w:t>Түгендеу №</w:t>
            </w:r>
          </w:p>
        </w:tc>
        <w:tc>
          <w:tcPr>
            <w:tcW w:w="1701" w:type="dxa"/>
          </w:tcPr>
          <w:p w14:paraId="66BB8DCB" w14:textId="77777777" w:rsidR="00F25E9F" w:rsidRPr="00EE26D0" w:rsidRDefault="00F25E9F" w:rsidP="007E5B69">
            <w:pPr>
              <w:rPr>
                <w:rFonts w:cs="Times New Roman"/>
                <w:szCs w:val="20"/>
                <w:lang w:val="ru-RU"/>
              </w:rPr>
            </w:pPr>
            <w:r>
              <w:rPr>
                <w:rFonts w:cs="Times New Roman"/>
                <w:sz w:val="16"/>
                <w:szCs w:val="20"/>
                <w:lang w:val="ru-RU"/>
              </w:rPr>
              <w:t>Бастапқы құны</w:t>
            </w:r>
          </w:p>
        </w:tc>
        <w:tc>
          <w:tcPr>
            <w:tcW w:w="1701" w:type="dxa"/>
          </w:tcPr>
          <w:p w14:paraId="443B99C9" w14:textId="77777777" w:rsidR="00F25E9F" w:rsidRPr="00EE26D0" w:rsidRDefault="00F25E9F" w:rsidP="007E5B69">
            <w:pPr>
              <w:rPr>
                <w:rFonts w:cs="Times New Roman"/>
                <w:szCs w:val="20"/>
                <w:lang w:val="ru-RU"/>
              </w:rPr>
            </w:pPr>
            <w:r>
              <w:rPr>
                <w:rFonts w:cs="Times New Roman"/>
                <w:sz w:val="16"/>
                <w:szCs w:val="20"/>
                <w:lang w:val="ru-RU"/>
              </w:rPr>
              <w:t>Қалдық құны</w:t>
            </w:r>
          </w:p>
        </w:tc>
      </w:tr>
      <w:tr w:rsidR="00F25E9F" w14:paraId="4223E060" w14:textId="77777777" w:rsidTr="00371F5F">
        <w:trPr>
          <w:jc w:val="center"/>
        </w:trPr>
        <w:tc>
          <w:tcPr>
            <w:tcW w:w="993" w:type="dxa"/>
          </w:tcPr>
          <w:p w14:paraId="12C1D4F6" w14:textId="77777777" w:rsidR="00F25E9F" w:rsidRDefault="00F25E9F" w:rsidP="007E5B69">
            <w:r>
              <w:rPr>
                <w:sz w:val="16"/>
              </w:rPr>
              <w:lastRenderedPageBreak/>
              <w:t>1</w:t>
            </w:r>
          </w:p>
        </w:tc>
        <w:tc>
          <w:tcPr>
            <w:tcW w:w="3685" w:type="dxa"/>
          </w:tcPr>
          <w:p w14:paraId="31139E23" w14:textId="77777777" w:rsidR="00F25E9F" w:rsidRDefault="00F25E9F" w:rsidP="007E5B69">
            <w:r>
              <w:rPr>
                <w:sz w:val="16"/>
              </w:rPr>
              <w:t>Көпфункциялы құрылғы</w:t>
            </w:r>
          </w:p>
        </w:tc>
        <w:tc>
          <w:tcPr>
            <w:tcW w:w="1696" w:type="dxa"/>
          </w:tcPr>
          <w:p w14:paraId="025B2CEA" w14:textId="77777777" w:rsidR="00F25E9F" w:rsidRDefault="00F25E9F" w:rsidP="007E5B69">
            <w:r>
              <w:rPr>
                <w:sz w:val="16"/>
              </w:rPr>
              <w:t>241300000046</w:t>
            </w:r>
          </w:p>
        </w:tc>
        <w:tc>
          <w:tcPr>
            <w:tcW w:w="1701" w:type="dxa"/>
          </w:tcPr>
          <w:p w14:paraId="7ED6BCF5" w14:textId="77777777" w:rsidR="00F25E9F" w:rsidRDefault="00F25E9F" w:rsidP="007E5B69">
            <w:r>
              <w:rPr>
                <w:sz w:val="16"/>
              </w:rPr>
              <w:t>97200</w:t>
            </w:r>
          </w:p>
        </w:tc>
        <w:tc>
          <w:tcPr>
            <w:tcW w:w="1701" w:type="dxa"/>
          </w:tcPr>
          <w:p w14:paraId="0F1C0CCD" w14:textId="77777777" w:rsidR="00F25E9F" w:rsidRDefault="00F25E9F" w:rsidP="007E5B69">
            <w:r>
              <w:rPr>
                <w:sz w:val="16"/>
              </w:rPr>
              <w:t>0</w:t>
            </w:r>
          </w:p>
        </w:tc>
      </w:tr>
      <w:tr w:rsidR="00F25E9F" w14:paraId="2F37716C" w14:textId="77777777" w:rsidTr="00371F5F">
        <w:trPr>
          <w:jc w:val="center"/>
        </w:trPr>
        <w:tc>
          <w:tcPr>
            <w:tcW w:w="993" w:type="dxa"/>
          </w:tcPr>
          <w:p w14:paraId="75639CC9" w14:textId="77777777" w:rsidR="00F25E9F" w:rsidRDefault="00F25E9F" w:rsidP="007E5B69">
            <w:r>
              <w:rPr>
                <w:sz w:val="16"/>
              </w:rPr>
              <w:t>2</w:t>
            </w:r>
          </w:p>
        </w:tc>
        <w:tc>
          <w:tcPr>
            <w:tcW w:w="3685" w:type="dxa"/>
          </w:tcPr>
          <w:p w14:paraId="0982CA07" w14:textId="77777777" w:rsidR="00F25E9F" w:rsidRDefault="00F25E9F" w:rsidP="007E5B69">
            <w:r>
              <w:rPr>
                <w:sz w:val="16"/>
              </w:rPr>
              <w:t>Core 13 ноутбугі</w:t>
            </w:r>
          </w:p>
        </w:tc>
        <w:tc>
          <w:tcPr>
            <w:tcW w:w="1696" w:type="dxa"/>
          </w:tcPr>
          <w:p w14:paraId="35B27340" w14:textId="77777777" w:rsidR="00F25E9F" w:rsidRDefault="00F25E9F" w:rsidP="007E5B69">
            <w:r>
              <w:rPr>
                <w:sz w:val="16"/>
              </w:rPr>
              <w:t>241300000048</w:t>
            </w:r>
          </w:p>
        </w:tc>
        <w:tc>
          <w:tcPr>
            <w:tcW w:w="1701" w:type="dxa"/>
          </w:tcPr>
          <w:p w14:paraId="19FC2283" w14:textId="77777777" w:rsidR="00F25E9F" w:rsidRDefault="00F25E9F" w:rsidP="007E5B69">
            <w:r>
              <w:rPr>
                <w:sz w:val="16"/>
              </w:rPr>
              <w:t>239000</w:t>
            </w:r>
          </w:p>
        </w:tc>
        <w:tc>
          <w:tcPr>
            <w:tcW w:w="1701" w:type="dxa"/>
          </w:tcPr>
          <w:p w14:paraId="78C4C145" w14:textId="77777777" w:rsidR="00F25E9F" w:rsidRDefault="00F25E9F" w:rsidP="007E5B69">
            <w:r>
              <w:rPr>
                <w:sz w:val="16"/>
              </w:rPr>
              <w:t>0</w:t>
            </w:r>
          </w:p>
        </w:tc>
      </w:tr>
      <w:tr w:rsidR="00F25E9F" w14:paraId="5C9F1724" w14:textId="77777777" w:rsidTr="00371F5F">
        <w:trPr>
          <w:jc w:val="center"/>
        </w:trPr>
        <w:tc>
          <w:tcPr>
            <w:tcW w:w="993" w:type="dxa"/>
          </w:tcPr>
          <w:p w14:paraId="7D0711B9" w14:textId="77777777" w:rsidR="00F25E9F" w:rsidRDefault="00F25E9F" w:rsidP="007E5B69">
            <w:r>
              <w:rPr>
                <w:sz w:val="16"/>
              </w:rPr>
              <w:t>3</w:t>
            </w:r>
          </w:p>
        </w:tc>
        <w:tc>
          <w:tcPr>
            <w:tcW w:w="3685" w:type="dxa"/>
          </w:tcPr>
          <w:p w14:paraId="133FF014" w14:textId="77777777" w:rsidR="00F25E9F" w:rsidRDefault="00F25E9F" w:rsidP="007E5B69">
            <w:r>
              <w:rPr>
                <w:sz w:val="16"/>
              </w:rPr>
              <w:t>Жиынтықтағы дербес компьютер</w:t>
            </w:r>
          </w:p>
        </w:tc>
        <w:tc>
          <w:tcPr>
            <w:tcW w:w="1696" w:type="dxa"/>
          </w:tcPr>
          <w:p w14:paraId="26EE5636" w14:textId="77777777" w:rsidR="00F25E9F" w:rsidRDefault="00F25E9F" w:rsidP="007E5B69">
            <w:r>
              <w:rPr>
                <w:sz w:val="16"/>
              </w:rPr>
              <w:t>241300000049</w:t>
            </w:r>
          </w:p>
        </w:tc>
        <w:tc>
          <w:tcPr>
            <w:tcW w:w="1701" w:type="dxa"/>
          </w:tcPr>
          <w:p w14:paraId="206E2DCF" w14:textId="77777777" w:rsidR="00F25E9F" w:rsidRDefault="00F25E9F" w:rsidP="007E5B69">
            <w:r>
              <w:rPr>
                <w:sz w:val="16"/>
              </w:rPr>
              <w:t>189900</w:t>
            </w:r>
          </w:p>
        </w:tc>
        <w:tc>
          <w:tcPr>
            <w:tcW w:w="1701" w:type="dxa"/>
          </w:tcPr>
          <w:p w14:paraId="3DE03005" w14:textId="77777777" w:rsidR="00F25E9F" w:rsidRDefault="00F25E9F" w:rsidP="007E5B69">
            <w:r>
              <w:rPr>
                <w:sz w:val="16"/>
              </w:rPr>
              <w:t>0</w:t>
            </w:r>
          </w:p>
        </w:tc>
      </w:tr>
      <w:tr w:rsidR="00F25E9F" w14:paraId="09FC6659" w14:textId="77777777" w:rsidTr="00371F5F">
        <w:trPr>
          <w:jc w:val="center"/>
        </w:trPr>
        <w:tc>
          <w:tcPr>
            <w:tcW w:w="993" w:type="dxa"/>
          </w:tcPr>
          <w:p w14:paraId="5E47AC6C" w14:textId="77777777" w:rsidR="00F25E9F" w:rsidRDefault="00F25E9F" w:rsidP="007E5B69">
            <w:r>
              <w:rPr>
                <w:sz w:val="16"/>
              </w:rPr>
              <w:t>4</w:t>
            </w:r>
          </w:p>
        </w:tc>
        <w:tc>
          <w:tcPr>
            <w:tcW w:w="3685" w:type="dxa"/>
          </w:tcPr>
          <w:p w14:paraId="7EAE9E19" w14:textId="77777777" w:rsidR="00F25E9F" w:rsidRDefault="00F25E9F" w:rsidP="007E5B69">
            <w:r>
              <w:rPr>
                <w:sz w:val="16"/>
              </w:rPr>
              <w:t>Жиынтықтағы дербес компьютер</w:t>
            </w:r>
          </w:p>
        </w:tc>
        <w:tc>
          <w:tcPr>
            <w:tcW w:w="1696" w:type="dxa"/>
          </w:tcPr>
          <w:p w14:paraId="2D253746" w14:textId="77777777" w:rsidR="00F25E9F" w:rsidRDefault="00F25E9F" w:rsidP="007E5B69">
            <w:r>
              <w:rPr>
                <w:sz w:val="16"/>
              </w:rPr>
              <w:t>241300000050</w:t>
            </w:r>
          </w:p>
        </w:tc>
        <w:tc>
          <w:tcPr>
            <w:tcW w:w="1701" w:type="dxa"/>
          </w:tcPr>
          <w:p w14:paraId="07C650B3" w14:textId="77777777" w:rsidR="00F25E9F" w:rsidRDefault="00F25E9F" w:rsidP="007E5B69">
            <w:r>
              <w:rPr>
                <w:sz w:val="16"/>
              </w:rPr>
              <w:t>189900</w:t>
            </w:r>
          </w:p>
        </w:tc>
        <w:tc>
          <w:tcPr>
            <w:tcW w:w="1701" w:type="dxa"/>
          </w:tcPr>
          <w:p w14:paraId="5E129574" w14:textId="77777777" w:rsidR="00F25E9F" w:rsidRDefault="00F25E9F" w:rsidP="007E5B69">
            <w:r>
              <w:rPr>
                <w:sz w:val="16"/>
              </w:rPr>
              <w:t>0</w:t>
            </w:r>
          </w:p>
        </w:tc>
      </w:tr>
      <w:tr w:rsidR="00F25E9F" w14:paraId="637CB262" w14:textId="77777777" w:rsidTr="00371F5F">
        <w:trPr>
          <w:jc w:val="center"/>
        </w:trPr>
        <w:tc>
          <w:tcPr>
            <w:tcW w:w="993" w:type="dxa"/>
          </w:tcPr>
          <w:p w14:paraId="32EF2AB1" w14:textId="77777777" w:rsidR="00F25E9F" w:rsidRDefault="00F25E9F" w:rsidP="007E5B69">
            <w:r>
              <w:rPr>
                <w:sz w:val="16"/>
              </w:rPr>
              <w:t>5</w:t>
            </w:r>
          </w:p>
        </w:tc>
        <w:tc>
          <w:tcPr>
            <w:tcW w:w="3685" w:type="dxa"/>
          </w:tcPr>
          <w:p w14:paraId="1C459149" w14:textId="77777777" w:rsidR="00F25E9F" w:rsidRDefault="00F25E9F" w:rsidP="007E5B69">
            <w:r>
              <w:rPr>
                <w:sz w:val="16"/>
              </w:rPr>
              <w:t>Жиынтықтағы дербес компьютер</w:t>
            </w:r>
          </w:p>
        </w:tc>
        <w:tc>
          <w:tcPr>
            <w:tcW w:w="1696" w:type="dxa"/>
          </w:tcPr>
          <w:p w14:paraId="322E5DBE" w14:textId="77777777" w:rsidR="00F25E9F" w:rsidRDefault="00F25E9F" w:rsidP="007E5B69">
            <w:r>
              <w:rPr>
                <w:sz w:val="16"/>
              </w:rPr>
              <w:t>241300000051</w:t>
            </w:r>
          </w:p>
        </w:tc>
        <w:tc>
          <w:tcPr>
            <w:tcW w:w="1701" w:type="dxa"/>
          </w:tcPr>
          <w:p w14:paraId="37CF08AF" w14:textId="77777777" w:rsidR="00F25E9F" w:rsidRDefault="00F25E9F" w:rsidP="007E5B69">
            <w:r>
              <w:rPr>
                <w:sz w:val="16"/>
              </w:rPr>
              <w:t>189900</w:t>
            </w:r>
          </w:p>
        </w:tc>
        <w:tc>
          <w:tcPr>
            <w:tcW w:w="1701" w:type="dxa"/>
          </w:tcPr>
          <w:p w14:paraId="1C8CE011" w14:textId="77777777" w:rsidR="00F25E9F" w:rsidRDefault="00F25E9F" w:rsidP="007E5B69">
            <w:r>
              <w:rPr>
                <w:sz w:val="16"/>
              </w:rPr>
              <w:t>0</w:t>
            </w:r>
          </w:p>
        </w:tc>
      </w:tr>
      <w:tr w:rsidR="00F25E9F" w14:paraId="583CADE1" w14:textId="77777777" w:rsidTr="00371F5F">
        <w:trPr>
          <w:jc w:val="center"/>
        </w:trPr>
        <w:tc>
          <w:tcPr>
            <w:tcW w:w="993" w:type="dxa"/>
          </w:tcPr>
          <w:p w14:paraId="41D43B02" w14:textId="77777777" w:rsidR="00F25E9F" w:rsidRDefault="00F25E9F" w:rsidP="007E5B69">
            <w:r>
              <w:rPr>
                <w:sz w:val="16"/>
              </w:rPr>
              <w:t>6</w:t>
            </w:r>
          </w:p>
        </w:tc>
        <w:tc>
          <w:tcPr>
            <w:tcW w:w="3685" w:type="dxa"/>
          </w:tcPr>
          <w:p w14:paraId="05E89AAA" w14:textId="77777777" w:rsidR="00F25E9F" w:rsidRDefault="00F25E9F" w:rsidP="007E5B69">
            <w:r>
              <w:rPr>
                <w:sz w:val="16"/>
              </w:rPr>
              <w:t>40МТД-1 бензинді шөп шапқышы</w:t>
            </w:r>
          </w:p>
        </w:tc>
        <w:tc>
          <w:tcPr>
            <w:tcW w:w="1696" w:type="dxa"/>
          </w:tcPr>
          <w:p w14:paraId="66C12949" w14:textId="77777777" w:rsidR="00F25E9F" w:rsidRDefault="00F25E9F" w:rsidP="007E5B69">
            <w:r>
              <w:rPr>
                <w:sz w:val="16"/>
              </w:rPr>
              <w:t>241300000074</w:t>
            </w:r>
          </w:p>
        </w:tc>
        <w:tc>
          <w:tcPr>
            <w:tcW w:w="1701" w:type="dxa"/>
          </w:tcPr>
          <w:p w14:paraId="1B59BD39" w14:textId="77777777" w:rsidR="00F25E9F" w:rsidRDefault="00F25E9F" w:rsidP="007E5B69">
            <w:r>
              <w:rPr>
                <w:sz w:val="16"/>
              </w:rPr>
              <w:t>60000</w:t>
            </w:r>
          </w:p>
        </w:tc>
        <w:tc>
          <w:tcPr>
            <w:tcW w:w="1701" w:type="dxa"/>
          </w:tcPr>
          <w:p w14:paraId="5CBCF62B" w14:textId="77777777" w:rsidR="00F25E9F" w:rsidRDefault="00F25E9F" w:rsidP="007E5B69">
            <w:r>
              <w:rPr>
                <w:sz w:val="16"/>
              </w:rPr>
              <w:t>0</w:t>
            </w:r>
          </w:p>
        </w:tc>
      </w:tr>
      <w:tr w:rsidR="00F25E9F" w14:paraId="3CD2588D" w14:textId="77777777" w:rsidTr="00371F5F">
        <w:trPr>
          <w:jc w:val="center"/>
        </w:trPr>
        <w:tc>
          <w:tcPr>
            <w:tcW w:w="993" w:type="dxa"/>
          </w:tcPr>
          <w:p w14:paraId="2AE77DE9" w14:textId="77777777" w:rsidR="00F25E9F" w:rsidRDefault="00F25E9F" w:rsidP="007E5B69">
            <w:r>
              <w:rPr>
                <w:sz w:val="16"/>
              </w:rPr>
              <w:t>7</w:t>
            </w:r>
          </w:p>
        </w:tc>
        <w:tc>
          <w:tcPr>
            <w:tcW w:w="3685" w:type="dxa"/>
          </w:tcPr>
          <w:p w14:paraId="0DD62013" w14:textId="77777777" w:rsidR="00F25E9F" w:rsidRDefault="00F25E9F" w:rsidP="007E5B69">
            <w:r>
              <w:rPr>
                <w:sz w:val="16"/>
              </w:rPr>
              <w:t>40МТД-2 бензинді шөп шапқышы</w:t>
            </w:r>
          </w:p>
        </w:tc>
        <w:tc>
          <w:tcPr>
            <w:tcW w:w="1696" w:type="dxa"/>
          </w:tcPr>
          <w:p w14:paraId="12DAC4CF" w14:textId="77777777" w:rsidR="00F25E9F" w:rsidRDefault="00F25E9F" w:rsidP="007E5B69">
            <w:r>
              <w:rPr>
                <w:sz w:val="16"/>
              </w:rPr>
              <w:t>241300000075</w:t>
            </w:r>
          </w:p>
        </w:tc>
        <w:tc>
          <w:tcPr>
            <w:tcW w:w="1701" w:type="dxa"/>
          </w:tcPr>
          <w:p w14:paraId="6DBCEAB9" w14:textId="77777777" w:rsidR="00F25E9F" w:rsidRDefault="00F25E9F" w:rsidP="007E5B69">
            <w:r>
              <w:rPr>
                <w:sz w:val="16"/>
              </w:rPr>
              <w:t>60000</w:t>
            </w:r>
          </w:p>
        </w:tc>
        <w:tc>
          <w:tcPr>
            <w:tcW w:w="1701" w:type="dxa"/>
          </w:tcPr>
          <w:p w14:paraId="0385BDE3" w14:textId="77777777" w:rsidR="00F25E9F" w:rsidRDefault="00F25E9F" w:rsidP="007E5B69">
            <w:r>
              <w:rPr>
                <w:sz w:val="16"/>
              </w:rPr>
              <w:t>0</w:t>
            </w:r>
          </w:p>
        </w:tc>
      </w:tr>
      <w:tr w:rsidR="00F25E9F" w14:paraId="0461B029" w14:textId="77777777" w:rsidTr="00371F5F">
        <w:trPr>
          <w:jc w:val="center"/>
        </w:trPr>
        <w:tc>
          <w:tcPr>
            <w:tcW w:w="993" w:type="dxa"/>
          </w:tcPr>
          <w:p w14:paraId="6C9BDDB4" w14:textId="77777777" w:rsidR="00F25E9F" w:rsidRDefault="00F25E9F" w:rsidP="007E5B69">
            <w:r>
              <w:rPr>
                <w:sz w:val="16"/>
              </w:rPr>
              <w:t>8</w:t>
            </w:r>
          </w:p>
        </w:tc>
        <w:tc>
          <w:tcPr>
            <w:tcW w:w="3685" w:type="dxa"/>
          </w:tcPr>
          <w:p w14:paraId="32954358" w14:textId="77777777" w:rsidR="00F25E9F" w:rsidRPr="00371F5F" w:rsidRDefault="00F25E9F" w:rsidP="007E5B69">
            <w:r w:rsidRPr="00371F5F">
              <w:rPr>
                <w:sz w:val="16"/>
              </w:rPr>
              <w:t xml:space="preserve">Sony LHC AZ 33D </w:t>
            </w:r>
            <w:r w:rsidRPr="008240BA">
              <w:rPr>
                <w:sz w:val="16"/>
                <w:lang w:val="ru-RU"/>
              </w:rPr>
              <w:t>музыкалық</w:t>
            </w:r>
            <w:r w:rsidRPr="00371F5F">
              <w:rPr>
                <w:sz w:val="16"/>
              </w:rPr>
              <w:t xml:space="preserve"> </w:t>
            </w:r>
            <w:r w:rsidRPr="008240BA">
              <w:rPr>
                <w:sz w:val="16"/>
                <w:lang w:val="ru-RU"/>
              </w:rPr>
              <w:t>орталығы</w:t>
            </w:r>
          </w:p>
        </w:tc>
        <w:tc>
          <w:tcPr>
            <w:tcW w:w="1696" w:type="dxa"/>
          </w:tcPr>
          <w:p w14:paraId="355B10FF" w14:textId="77777777" w:rsidR="00F25E9F" w:rsidRDefault="00F25E9F" w:rsidP="007E5B69">
            <w:r>
              <w:rPr>
                <w:sz w:val="16"/>
              </w:rPr>
              <w:t>241300000076</w:t>
            </w:r>
          </w:p>
        </w:tc>
        <w:tc>
          <w:tcPr>
            <w:tcW w:w="1701" w:type="dxa"/>
          </w:tcPr>
          <w:p w14:paraId="01A7D47E" w14:textId="77777777" w:rsidR="00F25E9F" w:rsidRDefault="00F25E9F" w:rsidP="007E5B69">
            <w:r>
              <w:rPr>
                <w:sz w:val="16"/>
              </w:rPr>
              <w:t>49500</w:t>
            </w:r>
          </w:p>
        </w:tc>
        <w:tc>
          <w:tcPr>
            <w:tcW w:w="1701" w:type="dxa"/>
          </w:tcPr>
          <w:p w14:paraId="1E8F8EB0" w14:textId="77777777" w:rsidR="00F25E9F" w:rsidRDefault="00F25E9F" w:rsidP="007E5B69">
            <w:r>
              <w:rPr>
                <w:sz w:val="16"/>
              </w:rPr>
              <w:t>0</w:t>
            </w:r>
          </w:p>
        </w:tc>
      </w:tr>
      <w:tr w:rsidR="00F25E9F" w14:paraId="38AD5BF4" w14:textId="77777777" w:rsidTr="00371F5F">
        <w:trPr>
          <w:jc w:val="center"/>
        </w:trPr>
        <w:tc>
          <w:tcPr>
            <w:tcW w:w="993" w:type="dxa"/>
          </w:tcPr>
          <w:p w14:paraId="32AFD90B" w14:textId="77777777" w:rsidR="00F25E9F" w:rsidRDefault="00F25E9F" w:rsidP="007E5B69">
            <w:r>
              <w:rPr>
                <w:sz w:val="16"/>
              </w:rPr>
              <w:t>9</w:t>
            </w:r>
          </w:p>
        </w:tc>
        <w:tc>
          <w:tcPr>
            <w:tcW w:w="3685" w:type="dxa"/>
          </w:tcPr>
          <w:p w14:paraId="1F264969" w14:textId="77777777" w:rsidR="00F25E9F" w:rsidRPr="00371F5F" w:rsidRDefault="00F25E9F" w:rsidP="007E5B69">
            <w:r w:rsidRPr="008240BA">
              <w:rPr>
                <w:sz w:val="16"/>
                <w:lang w:val="ru-RU"/>
              </w:rPr>
              <w:t>Ылғалды</w:t>
            </w:r>
            <w:r w:rsidRPr="00371F5F">
              <w:rPr>
                <w:sz w:val="16"/>
              </w:rPr>
              <w:t xml:space="preserve"> </w:t>
            </w:r>
            <w:r w:rsidRPr="008240BA">
              <w:rPr>
                <w:sz w:val="16"/>
                <w:lang w:val="ru-RU"/>
              </w:rPr>
              <w:t>және</w:t>
            </w:r>
            <w:r w:rsidRPr="00371F5F">
              <w:rPr>
                <w:sz w:val="16"/>
              </w:rPr>
              <w:t xml:space="preserve"> </w:t>
            </w:r>
            <w:r w:rsidRPr="008240BA">
              <w:rPr>
                <w:sz w:val="16"/>
                <w:lang w:val="ru-RU"/>
              </w:rPr>
              <w:t>құ</w:t>
            </w:r>
            <w:proofErr w:type="gramStart"/>
            <w:r w:rsidRPr="008240BA">
              <w:rPr>
                <w:sz w:val="16"/>
                <w:lang w:val="ru-RU"/>
              </w:rPr>
              <w:t>р</w:t>
            </w:r>
            <w:proofErr w:type="gramEnd"/>
            <w:r w:rsidRPr="008240BA">
              <w:rPr>
                <w:sz w:val="16"/>
                <w:lang w:val="ru-RU"/>
              </w:rPr>
              <w:t>ғақ</w:t>
            </w:r>
            <w:r w:rsidRPr="00371F5F">
              <w:rPr>
                <w:sz w:val="16"/>
              </w:rPr>
              <w:t xml:space="preserve"> </w:t>
            </w:r>
            <w:r w:rsidRPr="008240BA">
              <w:rPr>
                <w:sz w:val="16"/>
                <w:lang w:val="ru-RU"/>
              </w:rPr>
              <w:t>тазалауға</w:t>
            </w:r>
            <w:r w:rsidRPr="00371F5F">
              <w:rPr>
                <w:sz w:val="16"/>
              </w:rPr>
              <w:t xml:space="preserve"> </w:t>
            </w:r>
            <w:r w:rsidRPr="008240BA">
              <w:rPr>
                <w:sz w:val="16"/>
                <w:lang w:val="ru-RU"/>
              </w:rPr>
              <w:t>арналған</w:t>
            </w:r>
            <w:r w:rsidRPr="00371F5F">
              <w:rPr>
                <w:sz w:val="16"/>
              </w:rPr>
              <w:t xml:space="preserve"> </w:t>
            </w:r>
            <w:r w:rsidRPr="008240BA">
              <w:rPr>
                <w:sz w:val="16"/>
                <w:lang w:val="ru-RU"/>
              </w:rPr>
              <w:t>шаңсорғыш</w:t>
            </w:r>
          </w:p>
        </w:tc>
        <w:tc>
          <w:tcPr>
            <w:tcW w:w="1696" w:type="dxa"/>
          </w:tcPr>
          <w:p w14:paraId="60471292" w14:textId="77777777" w:rsidR="00F25E9F" w:rsidRDefault="00F25E9F" w:rsidP="007E5B69">
            <w:r>
              <w:rPr>
                <w:sz w:val="16"/>
              </w:rPr>
              <w:t>241300000079</w:t>
            </w:r>
          </w:p>
        </w:tc>
        <w:tc>
          <w:tcPr>
            <w:tcW w:w="1701" w:type="dxa"/>
          </w:tcPr>
          <w:p w14:paraId="21A04CDC" w14:textId="77777777" w:rsidR="00F25E9F" w:rsidRDefault="00F25E9F" w:rsidP="007E5B69">
            <w:r>
              <w:rPr>
                <w:sz w:val="16"/>
              </w:rPr>
              <w:t>122040</w:t>
            </w:r>
          </w:p>
        </w:tc>
        <w:tc>
          <w:tcPr>
            <w:tcW w:w="1701" w:type="dxa"/>
          </w:tcPr>
          <w:p w14:paraId="1DB15F9A" w14:textId="77777777" w:rsidR="00F25E9F" w:rsidRDefault="00F25E9F" w:rsidP="007E5B69">
            <w:r>
              <w:rPr>
                <w:sz w:val="16"/>
              </w:rPr>
              <w:t>0</w:t>
            </w:r>
          </w:p>
        </w:tc>
      </w:tr>
      <w:tr w:rsidR="00F25E9F" w14:paraId="1F1383A5" w14:textId="77777777" w:rsidTr="00371F5F">
        <w:trPr>
          <w:jc w:val="center"/>
        </w:trPr>
        <w:tc>
          <w:tcPr>
            <w:tcW w:w="993" w:type="dxa"/>
          </w:tcPr>
          <w:p w14:paraId="6DAD84A4" w14:textId="77777777" w:rsidR="00F25E9F" w:rsidRDefault="00F25E9F" w:rsidP="007E5B69">
            <w:r>
              <w:rPr>
                <w:sz w:val="16"/>
              </w:rPr>
              <w:t>10</w:t>
            </w:r>
          </w:p>
        </w:tc>
        <w:tc>
          <w:tcPr>
            <w:tcW w:w="3685" w:type="dxa"/>
          </w:tcPr>
          <w:p w14:paraId="34C68216" w14:textId="77777777" w:rsidR="00F25E9F" w:rsidRPr="00371F5F" w:rsidRDefault="00F25E9F" w:rsidP="007E5B69">
            <w:r w:rsidRPr="00371F5F">
              <w:rPr>
                <w:sz w:val="16"/>
              </w:rPr>
              <w:t xml:space="preserve">NV-DVR1116/CD 16 </w:t>
            </w:r>
            <w:r w:rsidRPr="008240BA">
              <w:rPr>
                <w:sz w:val="16"/>
                <w:lang w:val="ru-RU"/>
              </w:rPr>
              <w:t>арналы</w:t>
            </w:r>
            <w:r w:rsidRPr="00371F5F">
              <w:rPr>
                <w:sz w:val="16"/>
              </w:rPr>
              <w:t xml:space="preserve"> </w:t>
            </w:r>
            <w:r w:rsidRPr="008240BA">
              <w:rPr>
                <w:sz w:val="16"/>
                <w:lang w:val="ru-RU"/>
              </w:rPr>
              <w:t>бейнетіркегіші</w:t>
            </w:r>
          </w:p>
        </w:tc>
        <w:tc>
          <w:tcPr>
            <w:tcW w:w="1696" w:type="dxa"/>
          </w:tcPr>
          <w:p w14:paraId="51474116" w14:textId="77777777" w:rsidR="00F25E9F" w:rsidRDefault="00F25E9F" w:rsidP="007E5B69">
            <w:r>
              <w:rPr>
                <w:sz w:val="16"/>
              </w:rPr>
              <w:t>241300000083</w:t>
            </w:r>
          </w:p>
        </w:tc>
        <w:tc>
          <w:tcPr>
            <w:tcW w:w="1701" w:type="dxa"/>
          </w:tcPr>
          <w:p w14:paraId="3598BCFD" w14:textId="77777777" w:rsidR="00F25E9F" w:rsidRDefault="00F25E9F" w:rsidP="007E5B69">
            <w:r>
              <w:rPr>
                <w:sz w:val="16"/>
              </w:rPr>
              <w:t>1</w:t>
            </w:r>
          </w:p>
        </w:tc>
        <w:tc>
          <w:tcPr>
            <w:tcW w:w="1701" w:type="dxa"/>
          </w:tcPr>
          <w:p w14:paraId="3F970123" w14:textId="77777777" w:rsidR="00F25E9F" w:rsidRDefault="00F25E9F" w:rsidP="007E5B69">
            <w:r>
              <w:rPr>
                <w:sz w:val="16"/>
              </w:rPr>
              <w:t>0</w:t>
            </w:r>
          </w:p>
        </w:tc>
      </w:tr>
      <w:tr w:rsidR="00F25E9F" w14:paraId="0C586158" w14:textId="77777777" w:rsidTr="00371F5F">
        <w:trPr>
          <w:jc w:val="center"/>
        </w:trPr>
        <w:tc>
          <w:tcPr>
            <w:tcW w:w="993" w:type="dxa"/>
          </w:tcPr>
          <w:p w14:paraId="4AAE01F2" w14:textId="77777777" w:rsidR="00F25E9F" w:rsidRDefault="00F25E9F" w:rsidP="007E5B69">
            <w:r>
              <w:rPr>
                <w:sz w:val="16"/>
              </w:rPr>
              <w:t>11</w:t>
            </w:r>
          </w:p>
        </w:tc>
        <w:tc>
          <w:tcPr>
            <w:tcW w:w="3685" w:type="dxa"/>
          </w:tcPr>
          <w:p w14:paraId="108D72D0" w14:textId="77777777" w:rsidR="00F25E9F" w:rsidRDefault="00F25E9F" w:rsidP="007E5B69">
            <w:r>
              <w:rPr>
                <w:sz w:val="16"/>
              </w:rPr>
              <w:t>Лазерлік принтер</w:t>
            </w:r>
          </w:p>
        </w:tc>
        <w:tc>
          <w:tcPr>
            <w:tcW w:w="1696" w:type="dxa"/>
          </w:tcPr>
          <w:p w14:paraId="7A6192FF" w14:textId="77777777" w:rsidR="00F25E9F" w:rsidRDefault="00F25E9F" w:rsidP="007E5B69">
            <w:r>
              <w:rPr>
                <w:sz w:val="16"/>
              </w:rPr>
              <w:t>241300000090</w:t>
            </w:r>
          </w:p>
        </w:tc>
        <w:tc>
          <w:tcPr>
            <w:tcW w:w="1701" w:type="dxa"/>
          </w:tcPr>
          <w:p w14:paraId="0C5133E1" w14:textId="77777777" w:rsidR="00F25E9F" w:rsidRDefault="00F25E9F" w:rsidP="007E5B69">
            <w:r>
              <w:rPr>
                <w:sz w:val="16"/>
              </w:rPr>
              <w:t>57150</w:t>
            </w:r>
          </w:p>
        </w:tc>
        <w:tc>
          <w:tcPr>
            <w:tcW w:w="1701" w:type="dxa"/>
          </w:tcPr>
          <w:p w14:paraId="2240004D" w14:textId="77777777" w:rsidR="00F25E9F" w:rsidRDefault="00F25E9F" w:rsidP="007E5B69">
            <w:r>
              <w:rPr>
                <w:sz w:val="16"/>
              </w:rPr>
              <w:t>0</w:t>
            </w:r>
          </w:p>
        </w:tc>
      </w:tr>
      <w:tr w:rsidR="00F25E9F" w14:paraId="2EF84302" w14:textId="77777777" w:rsidTr="00371F5F">
        <w:trPr>
          <w:jc w:val="center"/>
        </w:trPr>
        <w:tc>
          <w:tcPr>
            <w:tcW w:w="993" w:type="dxa"/>
          </w:tcPr>
          <w:p w14:paraId="359B1881" w14:textId="77777777" w:rsidR="00F25E9F" w:rsidRDefault="00F25E9F" w:rsidP="007E5B69">
            <w:r>
              <w:rPr>
                <w:sz w:val="16"/>
              </w:rPr>
              <w:t>12</w:t>
            </w:r>
          </w:p>
        </w:tc>
        <w:tc>
          <w:tcPr>
            <w:tcW w:w="3685" w:type="dxa"/>
          </w:tcPr>
          <w:p w14:paraId="1A07D4CC" w14:textId="77777777" w:rsidR="00F25E9F" w:rsidRDefault="00F25E9F" w:rsidP="007E5B69">
            <w:r>
              <w:rPr>
                <w:sz w:val="16"/>
              </w:rPr>
              <w:t>Лазерлік принтер</w:t>
            </w:r>
          </w:p>
        </w:tc>
        <w:tc>
          <w:tcPr>
            <w:tcW w:w="1696" w:type="dxa"/>
          </w:tcPr>
          <w:p w14:paraId="4BEAB855" w14:textId="77777777" w:rsidR="00F25E9F" w:rsidRDefault="00F25E9F" w:rsidP="007E5B69">
            <w:r>
              <w:rPr>
                <w:sz w:val="16"/>
              </w:rPr>
              <w:t>241300000092</w:t>
            </w:r>
          </w:p>
        </w:tc>
        <w:tc>
          <w:tcPr>
            <w:tcW w:w="1701" w:type="dxa"/>
          </w:tcPr>
          <w:p w14:paraId="06AE7CA9" w14:textId="77777777" w:rsidR="00F25E9F" w:rsidRDefault="00F25E9F" w:rsidP="007E5B69">
            <w:r>
              <w:rPr>
                <w:sz w:val="16"/>
              </w:rPr>
              <w:t>57150</w:t>
            </w:r>
          </w:p>
        </w:tc>
        <w:tc>
          <w:tcPr>
            <w:tcW w:w="1701" w:type="dxa"/>
          </w:tcPr>
          <w:p w14:paraId="6EF10275" w14:textId="77777777" w:rsidR="00F25E9F" w:rsidRDefault="00F25E9F" w:rsidP="007E5B69">
            <w:r>
              <w:rPr>
                <w:sz w:val="16"/>
              </w:rPr>
              <w:t>0</w:t>
            </w:r>
          </w:p>
        </w:tc>
      </w:tr>
      <w:tr w:rsidR="00F25E9F" w14:paraId="4FB6F51A" w14:textId="77777777" w:rsidTr="00371F5F">
        <w:trPr>
          <w:jc w:val="center"/>
        </w:trPr>
        <w:tc>
          <w:tcPr>
            <w:tcW w:w="993" w:type="dxa"/>
          </w:tcPr>
          <w:p w14:paraId="052F6AFD" w14:textId="77777777" w:rsidR="00F25E9F" w:rsidRDefault="00F25E9F" w:rsidP="007E5B69">
            <w:r>
              <w:rPr>
                <w:sz w:val="16"/>
              </w:rPr>
              <w:t>13</w:t>
            </w:r>
          </w:p>
        </w:tc>
        <w:tc>
          <w:tcPr>
            <w:tcW w:w="3685" w:type="dxa"/>
          </w:tcPr>
          <w:p w14:paraId="0728156D" w14:textId="77777777" w:rsidR="00F25E9F" w:rsidRDefault="00F25E9F" w:rsidP="007E5B69">
            <w:r>
              <w:rPr>
                <w:sz w:val="16"/>
              </w:rPr>
              <w:t>U127 HD камерасы</w:t>
            </w:r>
          </w:p>
        </w:tc>
        <w:tc>
          <w:tcPr>
            <w:tcW w:w="1696" w:type="dxa"/>
          </w:tcPr>
          <w:p w14:paraId="22C94526" w14:textId="77777777" w:rsidR="00F25E9F" w:rsidRDefault="00F25E9F" w:rsidP="007E5B69">
            <w:r>
              <w:rPr>
                <w:sz w:val="16"/>
              </w:rPr>
              <w:t>241300000094</w:t>
            </w:r>
          </w:p>
        </w:tc>
        <w:tc>
          <w:tcPr>
            <w:tcW w:w="1701" w:type="dxa"/>
          </w:tcPr>
          <w:p w14:paraId="1E6E8591" w14:textId="77777777" w:rsidR="00F25E9F" w:rsidRDefault="00F25E9F" w:rsidP="007E5B69">
            <w:r>
              <w:rPr>
                <w:sz w:val="16"/>
              </w:rPr>
              <w:t>18000</w:t>
            </w:r>
          </w:p>
        </w:tc>
        <w:tc>
          <w:tcPr>
            <w:tcW w:w="1701" w:type="dxa"/>
          </w:tcPr>
          <w:p w14:paraId="1106DF73" w14:textId="77777777" w:rsidR="00F25E9F" w:rsidRDefault="00F25E9F" w:rsidP="007E5B69">
            <w:r>
              <w:rPr>
                <w:sz w:val="16"/>
              </w:rPr>
              <w:t>0</w:t>
            </w:r>
          </w:p>
        </w:tc>
      </w:tr>
      <w:tr w:rsidR="00F25E9F" w14:paraId="0687C6E5" w14:textId="77777777" w:rsidTr="00371F5F">
        <w:trPr>
          <w:jc w:val="center"/>
        </w:trPr>
        <w:tc>
          <w:tcPr>
            <w:tcW w:w="993" w:type="dxa"/>
          </w:tcPr>
          <w:p w14:paraId="38E5B45F" w14:textId="77777777" w:rsidR="00F25E9F" w:rsidRDefault="00F25E9F" w:rsidP="007E5B69">
            <w:r>
              <w:rPr>
                <w:sz w:val="16"/>
              </w:rPr>
              <w:t>14</w:t>
            </w:r>
          </w:p>
        </w:tc>
        <w:tc>
          <w:tcPr>
            <w:tcW w:w="3685" w:type="dxa"/>
          </w:tcPr>
          <w:p w14:paraId="5F4576C1" w14:textId="77777777" w:rsidR="00F25E9F" w:rsidRDefault="00F25E9F" w:rsidP="007E5B69">
            <w:r>
              <w:rPr>
                <w:sz w:val="16"/>
              </w:rPr>
              <w:t>U127 HD камерасы</w:t>
            </w:r>
          </w:p>
        </w:tc>
        <w:tc>
          <w:tcPr>
            <w:tcW w:w="1696" w:type="dxa"/>
          </w:tcPr>
          <w:p w14:paraId="4CA834C9" w14:textId="77777777" w:rsidR="00F25E9F" w:rsidRDefault="00F25E9F" w:rsidP="007E5B69">
            <w:r>
              <w:rPr>
                <w:sz w:val="16"/>
              </w:rPr>
              <w:t>241300000095</w:t>
            </w:r>
          </w:p>
        </w:tc>
        <w:tc>
          <w:tcPr>
            <w:tcW w:w="1701" w:type="dxa"/>
          </w:tcPr>
          <w:p w14:paraId="6BFDE59F" w14:textId="77777777" w:rsidR="00F25E9F" w:rsidRDefault="00F25E9F" w:rsidP="007E5B69">
            <w:r>
              <w:rPr>
                <w:sz w:val="16"/>
              </w:rPr>
              <w:t>18000</w:t>
            </w:r>
          </w:p>
        </w:tc>
        <w:tc>
          <w:tcPr>
            <w:tcW w:w="1701" w:type="dxa"/>
          </w:tcPr>
          <w:p w14:paraId="065F0677" w14:textId="77777777" w:rsidR="00F25E9F" w:rsidRDefault="00F25E9F" w:rsidP="007E5B69">
            <w:r>
              <w:rPr>
                <w:sz w:val="16"/>
              </w:rPr>
              <w:t>0</w:t>
            </w:r>
          </w:p>
        </w:tc>
      </w:tr>
      <w:tr w:rsidR="00F25E9F" w14:paraId="712DECA4" w14:textId="77777777" w:rsidTr="00371F5F">
        <w:trPr>
          <w:jc w:val="center"/>
        </w:trPr>
        <w:tc>
          <w:tcPr>
            <w:tcW w:w="993" w:type="dxa"/>
          </w:tcPr>
          <w:p w14:paraId="21E5F37E" w14:textId="77777777" w:rsidR="00F25E9F" w:rsidRDefault="00F25E9F" w:rsidP="007E5B69">
            <w:r>
              <w:rPr>
                <w:sz w:val="16"/>
              </w:rPr>
              <w:t>15</w:t>
            </w:r>
          </w:p>
        </w:tc>
        <w:tc>
          <w:tcPr>
            <w:tcW w:w="3685" w:type="dxa"/>
          </w:tcPr>
          <w:p w14:paraId="0DBAFA60" w14:textId="77777777" w:rsidR="00F25E9F" w:rsidRDefault="00F25E9F" w:rsidP="007E5B69">
            <w:r>
              <w:rPr>
                <w:sz w:val="16"/>
              </w:rPr>
              <w:t>U127 HD камерасы</w:t>
            </w:r>
          </w:p>
        </w:tc>
        <w:tc>
          <w:tcPr>
            <w:tcW w:w="1696" w:type="dxa"/>
          </w:tcPr>
          <w:p w14:paraId="5079032B" w14:textId="77777777" w:rsidR="00F25E9F" w:rsidRDefault="00F25E9F" w:rsidP="007E5B69">
            <w:r>
              <w:rPr>
                <w:sz w:val="16"/>
              </w:rPr>
              <w:t>241300000096</w:t>
            </w:r>
          </w:p>
        </w:tc>
        <w:tc>
          <w:tcPr>
            <w:tcW w:w="1701" w:type="dxa"/>
          </w:tcPr>
          <w:p w14:paraId="4D7B7A5D" w14:textId="77777777" w:rsidR="00F25E9F" w:rsidRDefault="00F25E9F" w:rsidP="007E5B69">
            <w:r>
              <w:rPr>
                <w:sz w:val="16"/>
              </w:rPr>
              <w:t>18000</w:t>
            </w:r>
          </w:p>
        </w:tc>
        <w:tc>
          <w:tcPr>
            <w:tcW w:w="1701" w:type="dxa"/>
          </w:tcPr>
          <w:p w14:paraId="15121149" w14:textId="77777777" w:rsidR="00F25E9F" w:rsidRDefault="00F25E9F" w:rsidP="007E5B69">
            <w:r>
              <w:rPr>
                <w:sz w:val="16"/>
              </w:rPr>
              <w:t>0</w:t>
            </w:r>
          </w:p>
        </w:tc>
      </w:tr>
      <w:tr w:rsidR="00F25E9F" w14:paraId="16AF86EF" w14:textId="77777777" w:rsidTr="00371F5F">
        <w:trPr>
          <w:jc w:val="center"/>
        </w:trPr>
        <w:tc>
          <w:tcPr>
            <w:tcW w:w="993" w:type="dxa"/>
          </w:tcPr>
          <w:p w14:paraId="09DC4897" w14:textId="77777777" w:rsidR="00F25E9F" w:rsidRDefault="00F25E9F" w:rsidP="007E5B69">
            <w:r>
              <w:rPr>
                <w:sz w:val="16"/>
              </w:rPr>
              <w:t>16</w:t>
            </w:r>
          </w:p>
        </w:tc>
        <w:tc>
          <w:tcPr>
            <w:tcW w:w="3685" w:type="dxa"/>
          </w:tcPr>
          <w:p w14:paraId="62D989D1" w14:textId="77777777" w:rsidR="00F25E9F" w:rsidRDefault="00F25E9F" w:rsidP="007E5B69">
            <w:r>
              <w:rPr>
                <w:sz w:val="16"/>
              </w:rPr>
              <w:t>U127 HD камерасы</w:t>
            </w:r>
          </w:p>
        </w:tc>
        <w:tc>
          <w:tcPr>
            <w:tcW w:w="1696" w:type="dxa"/>
          </w:tcPr>
          <w:p w14:paraId="794F60EE" w14:textId="77777777" w:rsidR="00F25E9F" w:rsidRDefault="00F25E9F" w:rsidP="007E5B69">
            <w:r>
              <w:rPr>
                <w:sz w:val="16"/>
              </w:rPr>
              <w:t>241300000097</w:t>
            </w:r>
          </w:p>
        </w:tc>
        <w:tc>
          <w:tcPr>
            <w:tcW w:w="1701" w:type="dxa"/>
          </w:tcPr>
          <w:p w14:paraId="754675C1" w14:textId="77777777" w:rsidR="00F25E9F" w:rsidRDefault="00F25E9F" w:rsidP="007E5B69">
            <w:r>
              <w:rPr>
                <w:sz w:val="16"/>
              </w:rPr>
              <w:t>18000</w:t>
            </w:r>
          </w:p>
        </w:tc>
        <w:tc>
          <w:tcPr>
            <w:tcW w:w="1701" w:type="dxa"/>
          </w:tcPr>
          <w:p w14:paraId="2B207183" w14:textId="77777777" w:rsidR="00F25E9F" w:rsidRDefault="00F25E9F" w:rsidP="007E5B69">
            <w:r>
              <w:rPr>
                <w:sz w:val="16"/>
              </w:rPr>
              <w:t>0</w:t>
            </w:r>
          </w:p>
        </w:tc>
      </w:tr>
      <w:tr w:rsidR="00F25E9F" w14:paraId="5936CDF7" w14:textId="77777777" w:rsidTr="00371F5F">
        <w:trPr>
          <w:jc w:val="center"/>
        </w:trPr>
        <w:tc>
          <w:tcPr>
            <w:tcW w:w="993" w:type="dxa"/>
          </w:tcPr>
          <w:p w14:paraId="66D83838" w14:textId="77777777" w:rsidR="00F25E9F" w:rsidRDefault="00F25E9F" w:rsidP="007E5B69">
            <w:r>
              <w:rPr>
                <w:sz w:val="16"/>
              </w:rPr>
              <w:t>17</w:t>
            </w:r>
          </w:p>
        </w:tc>
        <w:tc>
          <w:tcPr>
            <w:tcW w:w="3685" w:type="dxa"/>
          </w:tcPr>
          <w:p w14:paraId="0FF19B6E" w14:textId="77777777" w:rsidR="00F25E9F" w:rsidRPr="00371F5F" w:rsidRDefault="00F25E9F" w:rsidP="007E5B69">
            <w:r w:rsidRPr="00371F5F">
              <w:rPr>
                <w:sz w:val="16"/>
              </w:rPr>
              <w:t xml:space="preserve">Deluxe DLOS-60AW </w:t>
            </w:r>
            <w:r w:rsidRPr="008240BA">
              <w:rPr>
                <w:sz w:val="16"/>
                <w:lang w:val="ru-RU"/>
              </w:rPr>
              <w:t>құжат</w:t>
            </w:r>
            <w:r w:rsidRPr="00371F5F">
              <w:rPr>
                <w:sz w:val="16"/>
              </w:rPr>
              <w:t xml:space="preserve"> </w:t>
            </w:r>
            <w:r w:rsidRPr="008240BA">
              <w:rPr>
                <w:sz w:val="16"/>
                <w:lang w:val="ru-RU"/>
              </w:rPr>
              <w:t>жойғышы</w:t>
            </w:r>
            <w:r w:rsidRPr="00371F5F">
              <w:rPr>
                <w:sz w:val="16"/>
              </w:rPr>
              <w:t xml:space="preserve">, 3 </w:t>
            </w:r>
            <w:r w:rsidRPr="008240BA">
              <w:rPr>
                <w:sz w:val="16"/>
                <w:lang w:val="ru-RU"/>
              </w:rPr>
              <w:t>м</w:t>
            </w:r>
            <w:r w:rsidRPr="00371F5F">
              <w:rPr>
                <w:sz w:val="16"/>
              </w:rPr>
              <w:t>/</w:t>
            </w:r>
            <w:r w:rsidRPr="008240BA">
              <w:rPr>
                <w:sz w:val="16"/>
                <w:lang w:val="ru-RU"/>
              </w:rPr>
              <w:t>мин</w:t>
            </w:r>
            <w:r w:rsidRPr="00371F5F">
              <w:rPr>
                <w:sz w:val="16"/>
              </w:rPr>
              <w:t xml:space="preserve">, 20 </w:t>
            </w:r>
            <w:r w:rsidRPr="008240BA">
              <w:rPr>
                <w:sz w:val="16"/>
                <w:lang w:val="ru-RU"/>
              </w:rPr>
              <w:t>л</w:t>
            </w:r>
            <w:r w:rsidRPr="00371F5F">
              <w:rPr>
                <w:sz w:val="16"/>
              </w:rPr>
              <w:t xml:space="preserve">, 60 </w:t>
            </w:r>
            <w:r w:rsidRPr="008240BA">
              <w:rPr>
                <w:sz w:val="16"/>
                <w:lang w:val="ru-RU"/>
              </w:rPr>
              <w:t>парақ</w:t>
            </w:r>
            <w:r w:rsidRPr="00371F5F">
              <w:rPr>
                <w:sz w:val="16"/>
              </w:rPr>
              <w:t xml:space="preserve">, 3×9 </w:t>
            </w:r>
            <w:r w:rsidRPr="008240BA">
              <w:rPr>
                <w:sz w:val="16"/>
                <w:lang w:val="ru-RU"/>
              </w:rPr>
              <w:t>мм</w:t>
            </w:r>
            <w:r w:rsidRPr="00371F5F">
              <w:rPr>
                <w:sz w:val="16"/>
              </w:rPr>
              <w:t xml:space="preserve">, </w:t>
            </w:r>
            <w:r w:rsidRPr="008240BA">
              <w:rPr>
                <w:sz w:val="16"/>
                <w:lang w:val="ru-RU"/>
              </w:rPr>
              <w:t>қағаз</w:t>
            </w:r>
            <w:r w:rsidRPr="00371F5F">
              <w:rPr>
                <w:sz w:val="16"/>
              </w:rPr>
              <w:t>/</w:t>
            </w:r>
            <w:r w:rsidRPr="008240BA">
              <w:rPr>
                <w:sz w:val="16"/>
                <w:lang w:val="ru-RU"/>
              </w:rPr>
              <w:t>карта</w:t>
            </w:r>
            <w:r w:rsidRPr="00371F5F">
              <w:rPr>
                <w:sz w:val="16"/>
              </w:rPr>
              <w:t>/</w:t>
            </w:r>
            <w:r w:rsidRPr="008240BA">
              <w:rPr>
                <w:sz w:val="16"/>
                <w:lang w:val="ru-RU"/>
              </w:rPr>
              <w:t>диск</w:t>
            </w:r>
            <w:r w:rsidRPr="00371F5F">
              <w:rPr>
                <w:sz w:val="16"/>
              </w:rPr>
              <w:t xml:space="preserve">, </w:t>
            </w:r>
            <w:r w:rsidRPr="008240BA">
              <w:rPr>
                <w:sz w:val="16"/>
                <w:lang w:val="ru-RU"/>
              </w:rPr>
              <w:t>ақ</w:t>
            </w:r>
          </w:p>
        </w:tc>
        <w:tc>
          <w:tcPr>
            <w:tcW w:w="1696" w:type="dxa"/>
          </w:tcPr>
          <w:p w14:paraId="55B61F1F" w14:textId="77777777" w:rsidR="00F25E9F" w:rsidRDefault="00F25E9F" w:rsidP="007E5B69">
            <w:r>
              <w:rPr>
                <w:sz w:val="16"/>
              </w:rPr>
              <w:t>241300000098</w:t>
            </w:r>
          </w:p>
        </w:tc>
        <w:tc>
          <w:tcPr>
            <w:tcW w:w="1701" w:type="dxa"/>
          </w:tcPr>
          <w:p w14:paraId="46D4D0B6" w14:textId="77777777" w:rsidR="00F25E9F" w:rsidRDefault="00F25E9F" w:rsidP="007E5B69">
            <w:r>
              <w:rPr>
                <w:sz w:val="16"/>
              </w:rPr>
              <w:t>53700</w:t>
            </w:r>
          </w:p>
        </w:tc>
        <w:tc>
          <w:tcPr>
            <w:tcW w:w="1701" w:type="dxa"/>
          </w:tcPr>
          <w:p w14:paraId="6D57B7E5" w14:textId="77777777" w:rsidR="00F25E9F" w:rsidRDefault="00F25E9F" w:rsidP="007E5B69">
            <w:r>
              <w:rPr>
                <w:sz w:val="16"/>
              </w:rPr>
              <w:t>0</w:t>
            </w:r>
          </w:p>
        </w:tc>
      </w:tr>
      <w:tr w:rsidR="00F25E9F" w14:paraId="1C4B4C14" w14:textId="77777777" w:rsidTr="00371F5F">
        <w:trPr>
          <w:jc w:val="center"/>
        </w:trPr>
        <w:tc>
          <w:tcPr>
            <w:tcW w:w="993" w:type="dxa"/>
          </w:tcPr>
          <w:p w14:paraId="26886DA6" w14:textId="77777777" w:rsidR="00F25E9F" w:rsidRDefault="00F25E9F" w:rsidP="007E5B69">
            <w:r>
              <w:rPr>
                <w:sz w:val="16"/>
              </w:rPr>
              <w:t>18</w:t>
            </w:r>
          </w:p>
        </w:tc>
        <w:tc>
          <w:tcPr>
            <w:tcW w:w="3685" w:type="dxa"/>
          </w:tcPr>
          <w:p w14:paraId="5AE348E1" w14:textId="77777777" w:rsidR="00F25E9F" w:rsidRPr="00371F5F" w:rsidRDefault="00F25E9F" w:rsidP="007E5B69">
            <w:r w:rsidRPr="00371F5F">
              <w:rPr>
                <w:sz w:val="16"/>
              </w:rPr>
              <w:t xml:space="preserve">Deluxe DLOS-60AW </w:t>
            </w:r>
            <w:r w:rsidRPr="008240BA">
              <w:rPr>
                <w:sz w:val="16"/>
                <w:lang w:val="ru-RU"/>
              </w:rPr>
              <w:t>құжат</w:t>
            </w:r>
            <w:r w:rsidRPr="00371F5F">
              <w:rPr>
                <w:sz w:val="16"/>
              </w:rPr>
              <w:t xml:space="preserve"> </w:t>
            </w:r>
            <w:r w:rsidRPr="008240BA">
              <w:rPr>
                <w:sz w:val="16"/>
                <w:lang w:val="ru-RU"/>
              </w:rPr>
              <w:t>жойғышы</w:t>
            </w:r>
            <w:r w:rsidRPr="00371F5F">
              <w:rPr>
                <w:sz w:val="16"/>
              </w:rPr>
              <w:t xml:space="preserve">, 3 </w:t>
            </w:r>
            <w:r w:rsidRPr="008240BA">
              <w:rPr>
                <w:sz w:val="16"/>
                <w:lang w:val="ru-RU"/>
              </w:rPr>
              <w:t>м</w:t>
            </w:r>
            <w:r w:rsidRPr="00371F5F">
              <w:rPr>
                <w:sz w:val="16"/>
              </w:rPr>
              <w:t>/</w:t>
            </w:r>
            <w:r w:rsidRPr="008240BA">
              <w:rPr>
                <w:sz w:val="16"/>
                <w:lang w:val="ru-RU"/>
              </w:rPr>
              <w:t>мин</w:t>
            </w:r>
            <w:r w:rsidRPr="00371F5F">
              <w:rPr>
                <w:sz w:val="16"/>
              </w:rPr>
              <w:t xml:space="preserve">, 20 </w:t>
            </w:r>
            <w:r w:rsidRPr="008240BA">
              <w:rPr>
                <w:sz w:val="16"/>
                <w:lang w:val="ru-RU"/>
              </w:rPr>
              <w:t>л</w:t>
            </w:r>
            <w:r w:rsidRPr="00371F5F">
              <w:rPr>
                <w:sz w:val="16"/>
              </w:rPr>
              <w:t xml:space="preserve">, 60 </w:t>
            </w:r>
            <w:r w:rsidRPr="008240BA">
              <w:rPr>
                <w:sz w:val="16"/>
                <w:lang w:val="ru-RU"/>
              </w:rPr>
              <w:t>парақ</w:t>
            </w:r>
            <w:r w:rsidRPr="00371F5F">
              <w:rPr>
                <w:sz w:val="16"/>
              </w:rPr>
              <w:t xml:space="preserve">, 3×9 </w:t>
            </w:r>
            <w:r w:rsidRPr="008240BA">
              <w:rPr>
                <w:sz w:val="16"/>
                <w:lang w:val="ru-RU"/>
              </w:rPr>
              <w:t>мм</w:t>
            </w:r>
            <w:r w:rsidRPr="00371F5F">
              <w:rPr>
                <w:sz w:val="16"/>
              </w:rPr>
              <w:t xml:space="preserve">, </w:t>
            </w:r>
            <w:r w:rsidRPr="008240BA">
              <w:rPr>
                <w:sz w:val="16"/>
                <w:lang w:val="ru-RU"/>
              </w:rPr>
              <w:t>қағаз</w:t>
            </w:r>
            <w:r w:rsidRPr="00371F5F">
              <w:rPr>
                <w:sz w:val="16"/>
              </w:rPr>
              <w:t>/</w:t>
            </w:r>
            <w:r w:rsidRPr="008240BA">
              <w:rPr>
                <w:sz w:val="16"/>
                <w:lang w:val="ru-RU"/>
              </w:rPr>
              <w:t>карта</w:t>
            </w:r>
            <w:r w:rsidRPr="00371F5F">
              <w:rPr>
                <w:sz w:val="16"/>
              </w:rPr>
              <w:t>/</w:t>
            </w:r>
            <w:r w:rsidRPr="008240BA">
              <w:rPr>
                <w:sz w:val="16"/>
                <w:lang w:val="ru-RU"/>
              </w:rPr>
              <w:t>диск</w:t>
            </w:r>
            <w:r w:rsidRPr="00371F5F">
              <w:rPr>
                <w:sz w:val="16"/>
              </w:rPr>
              <w:t xml:space="preserve">, </w:t>
            </w:r>
            <w:r w:rsidRPr="008240BA">
              <w:rPr>
                <w:sz w:val="16"/>
                <w:lang w:val="ru-RU"/>
              </w:rPr>
              <w:t>ақ</w:t>
            </w:r>
          </w:p>
        </w:tc>
        <w:tc>
          <w:tcPr>
            <w:tcW w:w="1696" w:type="dxa"/>
          </w:tcPr>
          <w:p w14:paraId="449F7AE7" w14:textId="77777777" w:rsidR="00F25E9F" w:rsidRDefault="00F25E9F" w:rsidP="007E5B69">
            <w:r>
              <w:rPr>
                <w:sz w:val="16"/>
              </w:rPr>
              <w:t>241300000099</w:t>
            </w:r>
          </w:p>
        </w:tc>
        <w:tc>
          <w:tcPr>
            <w:tcW w:w="1701" w:type="dxa"/>
          </w:tcPr>
          <w:p w14:paraId="353AD78B" w14:textId="77777777" w:rsidR="00F25E9F" w:rsidRDefault="00F25E9F" w:rsidP="007E5B69">
            <w:r>
              <w:rPr>
                <w:sz w:val="16"/>
              </w:rPr>
              <w:t>53700</w:t>
            </w:r>
          </w:p>
        </w:tc>
        <w:tc>
          <w:tcPr>
            <w:tcW w:w="1701" w:type="dxa"/>
          </w:tcPr>
          <w:p w14:paraId="2D6BD15B" w14:textId="77777777" w:rsidR="00F25E9F" w:rsidRDefault="00F25E9F" w:rsidP="007E5B69">
            <w:r>
              <w:rPr>
                <w:sz w:val="16"/>
              </w:rPr>
              <w:t>0</w:t>
            </w:r>
          </w:p>
        </w:tc>
      </w:tr>
      <w:tr w:rsidR="00F25E9F" w14:paraId="086F16E2" w14:textId="77777777" w:rsidTr="00371F5F">
        <w:trPr>
          <w:jc w:val="center"/>
        </w:trPr>
        <w:tc>
          <w:tcPr>
            <w:tcW w:w="993" w:type="dxa"/>
          </w:tcPr>
          <w:p w14:paraId="0FB261B4" w14:textId="77777777" w:rsidR="00F25E9F" w:rsidRDefault="00F25E9F" w:rsidP="007E5B69">
            <w:r>
              <w:rPr>
                <w:sz w:val="16"/>
              </w:rPr>
              <w:t>19</w:t>
            </w:r>
          </w:p>
        </w:tc>
        <w:tc>
          <w:tcPr>
            <w:tcW w:w="3685" w:type="dxa"/>
          </w:tcPr>
          <w:p w14:paraId="495ADFFA" w14:textId="77777777" w:rsidR="00F25E9F" w:rsidRDefault="00F25E9F" w:rsidP="007E5B69">
            <w:r>
              <w:rPr>
                <w:sz w:val="16"/>
              </w:rPr>
              <w:t>Визиткаларды кесуге арналған пресс</w:t>
            </w:r>
          </w:p>
        </w:tc>
        <w:tc>
          <w:tcPr>
            <w:tcW w:w="1696" w:type="dxa"/>
          </w:tcPr>
          <w:p w14:paraId="0332789D" w14:textId="77777777" w:rsidR="00F25E9F" w:rsidRDefault="00F25E9F" w:rsidP="007E5B69">
            <w:r>
              <w:rPr>
                <w:sz w:val="16"/>
              </w:rPr>
              <w:t>241300000101</w:t>
            </w:r>
          </w:p>
        </w:tc>
        <w:tc>
          <w:tcPr>
            <w:tcW w:w="1701" w:type="dxa"/>
          </w:tcPr>
          <w:p w14:paraId="4249E22C" w14:textId="77777777" w:rsidR="00F25E9F" w:rsidRDefault="00F25E9F" w:rsidP="007E5B69">
            <w:r>
              <w:rPr>
                <w:sz w:val="16"/>
              </w:rPr>
              <w:t>11900</w:t>
            </w:r>
          </w:p>
        </w:tc>
        <w:tc>
          <w:tcPr>
            <w:tcW w:w="1701" w:type="dxa"/>
          </w:tcPr>
          <w:p w14:paraId="2776823D" w14:textId="77777777" w:rsidR="00F25E9F" w:rsidRDefault="00F25E9F" w:rsidP="007E5B69">
            <w:r>
              <w:rPr>
                <w:sz w:val="16"/>
              </w:rPr>
              <w:t>0</w:t>
            </w:r>
          </w:p>
        </w:tc>
      </w:tr>
      <w:tr w:rsidR="00F25E9F" w14:paraId="4ADFD5CD" w14:textId="77777777" w:rsidTr="00371F5F">
        <w:trPr>
          <w:jc w:val="center"/>
        </w:trPr>
        <w:tc>
          <w:tcPr>
            <w:tcW w:w="993" w:type="dxa"/>
          </w:tcPr>
          <w:p w14:paraId="28CDA2D6" w14:textId="77777777" w:rsidR="00F25E9F" w:rsidRDefault="00F25E9F" w:rsidP="007E5B69">
            <w:r>
              <w:rPr>
                <w:sz w:val="16"/>
              </w:rPr>
              <w:t>20</w:t>
            </w:r>
          </w:p>
        </w:tc>
        <w:tc>
          <w:tcPr>
            <w:tcW w:w="3685" w:type="dxa"/>
          </w:tcPr>
          <w:p w14:paraId="73ECB133" w14:textId="77777777" w:rsidR="00F25E9F" w:rsidRDefault="00F25E9F" w:rsidP="007E5B69">
            <w:r>
              <w:rPr>
                <w:sz w:val="16"/>
              </w:rPr>
              <w:t>23 витрина, әрқайсысы 97 740 теңге, № 000000297</w:t>
            </w:r>
          </w:p>
        </w:tc>
        <w:tc>
          <w:tcPr>
            <w:tcW w:w="1696" w:type="dxa"/>
          </w:tcPr>
          <w:p w14:paraId="50F52DC0" w14:textId="77777777" w:rsidR="00F25E9F" w:rsidRDefault="00F25E9F" w:rsidP="007E5B69">
            <w:r>
              <w:rPr>
                <w:sz w:val="16"/>
              </w:rPr>
              <w:t>241500012445</w:t>
            </w:r>
          </w:p>
        </w:tc>
        <w:tc>
          <w:tcPr>
            <w:tcW w:w="1701" w:type="dxa"/>
          </w:tcPr>
          <w:p w14:paraId="68E90819" w14:textId="77777777" w:rsidR="00F25E9F" w:rsidRDefault="00F25E9F" w:rsidP="007E5B69">
            <w:r>
              <w:rPr>
                <w:sz w:val="16"/>
              </w:rPr>
              <w:t>97740</w:t>
            </w:r>
          </w:p>
        </w:tc>
        <w:tc>
          <w:tcPr>
            <w:tcW w:w="1701" w:type="dxa"/>
          </w:tcPr>
          <w:p w14:paraId="4EE88FC2" w14:textId="77777777" w:rsidR="00F25E9F" w:rsidRDefault="00F25E9F" w:rsidP="007E5B69">
            <w:r>
              <w:rPr>
                <w:sz w:val="16"/>
              </w:rPr>
              <w:t>0</w:t>
            </w:r>
          </w:p>
        </w:tc>
      </w:tr>
      <w:tr w:rsidR="00F25E9F" w14:paraId="78F0B4D0" w14:textId="77777777" w:rsidTr="00371F5F">
        <w:trPr>
          <w:jc w:val="center"/>
        </w:trPr>
        <w:tc>
          <w:tcPr>
            <w:tcW w:w="993" w:type="dxa"/>
          </w:tcPr>
          <w:p w14:paraId="0819E887" w14:textId="77777777" w:rsidR="00F25E9F" w:rsidRDefault="00F25E9F" w:rsidP="007E5B69">
            <w:r>
              <w:rPr>
                <w:sz w:val="16"/>
              </w:rPr>
              <w:t>21</w:t>
            </w:r>
          </w:p>
        </w:tc>
        <w:tc>
          <w:tcPr>
            <w:tcW w:w="3685" w:type="dxa"/>
          </w:tcPr>
          <w:p w14:paraId="64FA285B" w14:textId="77777777" w:rsidR="00F25E9F" w:rsidRDefault="00F25E9F" w:rsidP="007E5B69">
            <w:r>
              <w:rPr>
                <w:sz w:val="16"/>
              </w:rPr>
              <w:t>24 витрина, әрқайсысы 97 740 теңге, № 000000324</w:t>
            </w:r>
          </w:p>
        </w:tc>
        <w:tc>
          <w:tcPr>
            <w:tcW w:w="1696" w:type="dxa"/>
          </w:tcPr>
          <w:p w14:paraId="34C85EF7" w14:textId="77777777" w:rsidR="00F25E9F" w:rsidRDefault="00F25E9F" w:rsidP="007E5B69">
            <w:r>
              <w:rPr>
                <w:sz w:val="16"/>
              </w:rPr>
              <w:t>241500012446</w:t>
            </w:r>
          </w:p>
        </w:tc>
        <w:tc>
          <w:tcPr>
            <w:tcW w:w="1701" w:type="dxa"/>
          </w:tcPr>
          <w:p w14:paraId="05EFFDE1" w14:textId="77777777" w:rsidR="00F25E9F" w:rsidRDefault="00F25E9F" w:rsidP="007E5B69">
            <w:r>
              <w:rPr>
                <w:sz w:val="16"/>
              </w:rPr>
              <w:t>97740</w:t>
            </w:r>
          </w:p>
        </w:tc>
        <w:tc>
          <w:tcPr>
            <w:tcW w:w="1701" w:type="dxa"/>
          </w:tcPr>
          <w:p w14:paraId="62EB538A" w14:textId="77777777" w:rsidR="00F25E9F" w:rsidRDefault="00F25E9F" w:rsidP="007E5B69">
            <w:r>
              <w:rPr>
                <w:sz w:val="16"/>
              </w:rPr>
              <w:t>0</w:t>
            </w:r>
          </w:p>
        </w:tc>
      </w:tr>
      <w:tr w:rsidR="00F25E9F" w14:paraId="4E926EFB" w14:textId="77777777" w:rsidTr="00371F5F">
        <w:trPr>
          <w:jc w:val="center"/>
        </w:trPr>
        <w:tc>
          <w:tcPr>
            <w:tcW w:w="993" w:type="dxa"/>
          </w:tcPr>
          <w:p w14:paraId="45558E0B" w14:textId="77777777" w:rsidR="00F25E9F" w:rsidRDefault="00F25E9F" w:rsidP="007E5B69">
            <w:r>
              <w:rPr>
                <w:sz w:val="16"/>
              </w:rPr>
              <w:t>22</w:t>
            </w:r>
          </w:p>
        </w:tc>
        <w:tc>
          <w:tcPr>
            <w:tcW w:w="3685" w:type="dxa"/>
          </w:tcPr>
          <w:p w14:paraId="7E3706D9" w14:textId="77777777" w:rsidR="00F25E9F" w:rsidRDefault="00F25E9F" w:rsidP="007E5B69">
            <w:r>
              <w:rPr>
                <w:sz w:val="16"/>
              </w:rPr>
              <w:t>25 витрина, әрқайсысы 97 740 теңге, № 000000325</w:t>
            </w:r>
          </w:p>
        </w:tc>
        <w:tc>
          <w:tcPr>
            <w:tcW w:w="1696" w:type="dxa"/>
          </w:tcPr>
          <w:p w14:paraId="6BDAF5EA" w14:textId="77777777" w:rsidR="00F25E9F" w:rsidRDefault="00F25E9F" w:rsidP="007E5B69">
            <w:r>
              <w:rPr>
                <w:sz w:val="16"/>
              </w:rPr>
              <w:t>241500012447</w:t>
            </w:r>
          </w:p>
        </w:tc>
        <w:tc>
          <w:tcPr>
            <w:tcW w:w="1701" w:type="dxa"/>
          </w:tcPr>
          <w:p w14:paraId="4A18EFF8" w14:textId="77777777" w:rsidR="00F25E9F" w:rsidRDefault="00F25E9F" w:rsidP="007E5B69">
            <w:r>
              <w:rPr>
                <w:sz w:val="16"/>
              </w:rPr>
              <w:t>97740</w:t>
            </w:r>
          </w:p>
        </w:tc>
        <w:tc>
          <w:tcPr>
            <w:tcW w:w="1701" w:type="dxa"/>
          </w:tcPr>
          <w:p w14:paraId="39BACE8B" w14:textId="77777777" w:rsidR="00F25E9F" w:rsidRDefault="00F25E9F" w:rsidP="007E5B69">
            <w:r>
              <w:rPr>
                <w:sz w:val="16"/>
              </w:rPr>
              <w:t>0</w:t>
            </w:r>
          </w:p>
        </w:tc>
      </w:tr>
      <w:tr w:rsidR="00F25E9F" w14:paraId="63580F60" w14:textId="77777777" w:rsidTr="00371F5F">
        <w:trPr>
          <w:jc w:val="center"/>
        </w:trPr>
        <w:tc>
          <w:tcPr>
            <w:tcW w:w="993" w:type="dxa"/>
          </w:tcPr>
          <w:p w14:paraId="62B86DC5" w14:textId="77777777" w:rsidR="00F25E9F" w:rsidRDefault="00F25E9F" w:rsidP="007E5B69">
            <w:r>
              <w:rPr>
                <w:sz w:val="16"/>
              </w:rPr>
              <w:t>23</w:t>
            </w:r>
          </w:p>
        </w:tc>
        <w:tc>
          <w:tcPr>
            <w:tcW w:w="3685" w:type="dxa"/>
          </w:tcPr>
          <w:p w14:paraId="58580F8F" w14:textId="77777777" w:rsidR="00F25E9F" w:rsidRDefault="00F25E9F" w:rsidP="007E5B69">
            <w:r>
              <w:rPr>
                <w:sz w:val="16"/>
              </w:rPr>
              <w:t>29 витрина, әрқайсысы 97 740 теңге, № 000000302</w:t>
            </w:r>
          </w:p>
        </w:tc>
        <w:tc>
          <w:tcPr>
            <w:tcW w:w="1696" w:type="dxa"/>
          </w:tcPr>
          <w:p w14:paraId="1DE12EBF" w14:textId="77777777" w:rsidR="00F25E9F" w:rsidRDefault="00F25E9F" w:rsidP="007E5B69">
            <w:r>
              <w:rPr>
                <w:sz w:val="16"/>
              </w:rPr>
              <w:t>241500012448</w:t>
            </w:r>
          </w:p>
        </w:tc>
        <w:tc>
          <w:tcPr>
            <w:tcW w:w="1701" w:type="dxa"/>
          </w:tcPr>
          <w:p w14:paraId="62CB2449" w14:textId="77777777" w:rsidR="00F25E9F" w:rsidRDefault="00F25E9F" w:rsidP="007E5B69">
            <w:r>
              <w:rPr>
                <w:sz w:val="16"/>
              </w:rPr>
              <w:t>97740</w:t>
            </w:r>
          </w:p>
        </w:tc>
        <w:tc>
          <w:tcPr>
            <w:tcW w:w="1701" w:type="dxa"/>
          </w:tcPr>
          <w:p w14:paraId="263BE8A0" w14:textId="77777777" w:rsidR="00F25E9F" w:rsidRDefault="00F25E9F" w:rsidP="007E5B69">
            <w:r>
              <w:rPr>
                <w:sz w:val="16"/>
              </w:rPr>
              <w:t>0</w:t>
            </w:r>
          </w:p>
        </w:tc>
      </w:tr>
      <w:tr w:rsidR="00F25E9F" w14:paraId="7907F653" w14:textId="77777777" w:rsidTr="00371F5F">
        <w:trPr>
          <w:jc w:val="center"/>
        </w:trPr>
        <w:tc>
          <w:tcPr>
            <w:tcW w:w="993" w:type="dxa"/>
          </w:tcPr>
          <w:p w14:paraId="4452BA21" w14:textId="77777777" w:rsidR="00F25E9F" w:rsidRDefault="00F25E9F" w:rsidP="007E5B69">
            <w:r>
              <w:rPr>
                <w:sz w:val="16"/>
              </w:rPr>
              <w:t>24</w:t>
            </w:r>
          </w:p>
        </w:tc>
        <w:tc>
          <w:tcPr>
            <w:tcW w:w="3685" w:type="dxa"/>
          </w:tcPr>
          <w:p w14:paraId="34BB5F2D" w14:textId="77777777" w:rsidR="00F25E9F" w:rsidRDefault="00F25E9F" w:rsidP="007E5B69">
            <w:r>
              <w:rPr>
                <w:sz w:val="16"/>
              </w:rPr>
              <w:t>30 витрина, әрқайсысы 97 740 теңге, № 000000304</w:t>
            </w:r>
          </w:p>
        </w:tc>
        <w:tc>
          <w:tcPr>
            <w:tcW w:w="1696" w:type="dxa"/>
          </w:tcPr>
          <w:p w14:paraId="77562E5B" w14:textId="77777777" w:rsidR="00F25E9F" w:rsidRDefault="00F25E9F" w:rsidP="007E5B69">
            <w:r>
              <w:rPr>
                <w:sz w:val="16"/>
              </w:rPr>
              <w:t>241500012449</w:t>
            </w:r>
          </w:p>
        </w:tc>
        <w:tc>
          <w:tcPr>
            <w:tcW w:w="1701" w:type="dxa"/>
          </w:tcPr>
          <w:p w14:paraId="403D5464" w14:textId="77777777" w:rsidR="00F25E9F" w:rsidRDefault="00F25E9F" w:rsidP="007E5B69">
            <w:r>
              <w:rPr>
                <w:sz w:val="16"/>
              </w:rPr>
              <w:t>97740</w:t>
            </w:r>
          </w:p>
        </w:tc>
        <w:tc>
          <w:tcPr>
            <w:tcW w:w="1701" w:type="dxa"/>
          </w:tcPr>
          <w:p w14:paraId="0BDB5992" w14:textId="77777777" w:rsidR="00F25E9F" w:rsidRDefault="00F25E9F" w:rsidP="007E5B69">
            <w:r>
              <w:rPr>
                <w:sz w:val="16"/>
              </w:rPr>
              <w:t>0</w:t>
            </w:r>
          </w:p>
        </w:tc>
      </w:tr>
      <w:tr w:rsidR="00F25E9F" w14:paraId="0A84D5FF" w14:textId="77777777" w:rsidTr="00371F5F">
        <w:trPr>
          <w:jc w:val="center"/>
        </w:trPr>
        <w:tc>
          <w:tcPr>
            <w:tcW w:w="993" w:type="dxa"/>
          </w:tcPr>
          <w:p w14:paraId="4181C883" w14:textId="77777777" w:rsidR="00F25E9F" w:rsidRDefault="00F25E9F" w:rsidP="007E5B69">
            <w:r>
              <w:rPr>
                <w:sz w:val="16"/>
              </w:rPr>
              <w:t>25</w:t>
            </w:r>
          </w:p>
        </w:tc>
        <w:tc>
          <w:tcPr>
            <w:tcW w:w="3685" w:type="dxa"/>
          </w:tcPr>
          <w:p w14:paraId="2AF614E5" w14:textId="77777777" w:rsidR="00F25E9F" w:rsidRDefault="00F25E9F" w:rsidP="007E5B69">
            <w:r>
              <w:rPr>
                <w:sz w:val="16"/>
              </w:rPr>
              <w:t>31 витрина, әрқайсысы 97 740 теңге, № 000000305</w:t>
            </w:r>
          </w:p>
        </w:tc>
        <w:tc>
          <w:tcPr>
            <w:tcW w:w="1696" w:type="dxa"/>
          </w:tcPr>
          <w:p w14:paraId="4CF45574" w14:textId="77777777" w:rsidR="00F25E9F" w:rsidRDefault="00F25E9F" w:rsidP="007E5B69">
            <w:r>
              <w:rPr>
                <w:sz w:val="16"/>
              </w:rPr>
              <w:t>241500012450</w:t>
            </w:r>
          </w:p>
        </w:tc>
        <w:tc>
          <w:tcPr>
            <w:tcW w:w="1701" w:type="dxa"/>
          </w:tcPr>
          <w:p w14:paraId="547F1569" w14:textId="77777777" w:rsidR="00F25E9F" w:rsidRDefault="00F25E9F" w:rsidP="007E5B69">
            <w:r>
              <w:rPr>
                <w:sz w:val="16"/>
              </w:rPr>
              <w:t>97740</w:t>
            </w:r>
          </w:p>
        </w:tc>
        <w:tc>
          <w:tcPr>
            <w:tcW w:w="1701" w:type="dxa"/>
          </w:tcPr>
          <w:p w14:paraId="2A6547EB" w14:textId="77777777" w:rsidR="00F25E9F" w:rsidRDefault="00F25E9F" w:rsidP="007E5B69">
            <w:r>
              <w:rPr>
                <w:sz w:val="16"/>
              </w:rPr>
              <w:t>0</w:t>
            </w:r>
          </w:p>
        </w:tc>
      </w:tr>
      <w:tr w:rsidR="00F25E9F" w14:paraId="21B5D738" w14:textId="77777777" w:rsidTr="00371F5F">
        <w:trPr>
          <w:jc w:val="center"/>
        </w:trPr>
        <w:tc>
          <w:tcPr>
            <w:tcW w:w="993" w:type="dxa"/>
          </w:tcPr>
          <w:p w14:paraId="25124006" w14:textId="77777777" w:rsidR="00F25E9F" w:rsidRDefault="00F25E9F" w:rsidP="007E5B69">
            <w:r>
              <w:rPr>
                <w:sz w:val="16"/>
              </w:rPr>
              <w:t>26</w:t>
            </w:r>
          </w:p>
        </w:tc>
        <w:tc>
          <w:tcPr>
            <w:tcW w:w="3685" w:type="dxa"/>
          </w:tcPr>
          <w:p w14:paraId="482EFC59" w14:textId="77777777" w:rsidR="00F25E9F" w:rsidRDefault="00F25E9F" w:rsidP="007E5B69">
            <w:r>
              <w:rPr>
                <w:sz w:val="16"/>
              </w:rPr>
              <w:t>32 витрина, әрқайсысы 97 740 теңге, № 000000306</w:t>
            </w:r>
          </w:p>
        </w:tc>
        <w:tc>
          <w:tcPr>
            <w:tcW w:w="1696" w:type="dxa"/>
          </w:tcPr>
          <w:p w14:paraId="36FFFD28" w14:textId="77777777" w:rsidR="00F25E9F" w:rsidRDefault="00F25E9F" w:rsidP="007E5B69">
            <w:r>
              <w:rPr>
                <w:sz w:val="16"/>
              </w:rPr>
              <w:t>241500012451</w:t>
            </w:r>
          </w:p>
        </w:tc>
        <w:tc>
          <w:tcPr>
            <w:tcW w:w="1701" w:type="dxa"/>
          </w:tcPr>
          <w:p w14:paraId="159FC9C4" w14:textId="77777777" w:rsidR="00F25E9F" w:rsidRDefault="00F25E9F" w:rsidP="007E5B69">
            <w:r>
              <w:rPr>
                <w:sz w:val="16"/>
              </w:rPr>
              <w:t>97740</w:t>
            </w:r>
          </w:p>
        </w:tc>
        <w:tc>
          <w:tcPr>
            <w:tcW w:w="1701" w:type="dxa"/>
          </w:tcPr>
          <w:p w14:paraId="2E0C1CB3" w14:textId="77777777" w:rsidR="00F25E9F" w:rsidRDefault="00F25E9F" w:rsidP="007E5B69">
            <w:r>
              <w:rPr>
                <w:sz w:val="16"/>
              </w:rPr>
              <w:t>0</w:t>
            </w:r>
          </w:p>
        </w:tc>
      </w:tr>
      <w:tr w:rsidR="00F25E9F" w14:paraId="33B50733" w14:textId="77777777" w:rsidTr="00371F5F">
        <w:trPr>
          <w:jc w:val="center"/>
        </w:trPr>
        <w:tc>
          <w:tcPr>
            <w:tcW w:w="993" w:type="dxa"/>
          </w:tcPr>
          <w:p w14:paraId="580E512A" w14:textId="77777777" w:rsidR="00F25E9F" w:rsidRDefault="00F25E9F" w:rsidP="007E5B69">
            <w:r>
              <w:rPr>
                <w:sz w:val="16"/>
              </w:rPr>
              <w:t>27</w:t>
            </w:r>
          </w:p>
        </w:tc>
        <w:tc>
          <w:tcPr>
            <w:tcW w:w="3685" w:type="dxa"/>
          </w:tcPr>
          <w:p w14:paraId="384C9F96" w14:textId="77777777" w:rsidR="00F25E9F" w:rsidRDefault="00F25E9F" w:rsidP="007E5B69">
            <w:r>
              <w:rPr>
                <w:sz w:val="16"/>
              </w:rPr>
              <w:t>33 витрина, әрқайсысы 97 740 теңге, № 000000307</w:t>
            </w:r>
          </w:p>
        </w:tc>
        <w:tc>
          <w:tcPr>
            <w:tcW w:w="1696" w:type="dxa"/>
          </w:tcPr>
          <w:p w14:paraId="18F92BD3" w14:textId="77777777" w:rsidR="00F25E9F" w:rsidRDefault="00F25E9F" w:rsidP="007E5B69">
            <w:r>
              <w:rPr>
                <w:sz w:val="16"/>
              </w:rPr>
              <w:t>241500012452</w:t>
            </w:r>
          </w:p>
        </w:tc>
        <w:tc>
          <w:tcPr>
            <w:tcW w:w="1701" w:type="dxa"/>
          </w:tcPr>
          <w:p w14:paraId="2A1302AA" w14:textId="77777777" w:rsidR="00F25E9F" w:rsidRDefault="00F25E9F" w:rsidP="007E5B69">
            <w:r>
              <w:rPr>
                <w:sz w:val="16"/>
              </w:rPr>
              <w:t>97740</w:t>
            </w:r>
          </w:p>
        </w:tc>
        <w:tc>
          <w:tcPr>
            <w:tcW w:w="1701" w:type="dxa"/>
          </w:tcPr>
          <w:p w14:paraId="3659F266" w14:textId="77777777" w:rsidR="00F25E9F" w:rsidRDefault="00F25E9F" w:rsidP="007E5B69">
            <w:r>
              <w:rPr>
                <w:sz w:val="16"/>
              </w:rPr>
              <w:t>0</w:t>
            </w:r>
          </w:p>
        </w:tc>
      </w:tr>
      <w:tr w:rsidR="00F25E9F" w14:paraId="4D9D9109" w14:textId="77777777" w:rsidTr="00371F5F">
        <w:trPr>
          <w:jc w:val="center"/>
        </w:trPr>
        <w:tc>
          <w:tcPr>
            <w:tcW w:w="993" w:type="dxa"/>
          </w:tcPr>
          <w:p w14:paraId="42E208B1" w14:textId="77777777" w:rsidR="00F25E9F" w:rsidRDefault="00F25E9F" w:rsidP="007E5B69">
            <w:r>
              <w:rPr>
                <w:sz w:val="16"/>
              </w:rPr>
              <w:t>28</w:t>
            </w:r>
          </w:p>
        </w:tc>
        <w:tc>
          <w:tcPr>
            <w:tcW w:w="3685" w:type="dxa"/>
          </w:tcPr>
          <w:p w14:paraId="74744DFB" w14:textId="77777777" w:rsidR="00F25E9F" w:rsidRDefault="00F25E9F" w:rsidP="007E5B69">
            <w:r>
              <w:rPr>
                <w:sz w:val="16"/>
              </w:rPr>
              <w:t>34 витрина, әрқайсысы 97 740 теңге, № 000000308</w:t>
            </w:r>
          </w:p>
        </w:tc>
        <w:tc>
          <w:tcPr>
            <w:tcW w:w="1696" w:type="dxa"/>
          </w:tcPr>
          <w:p w14:paraId="3EB4089D" w14:textId="77777777" w:rsidR="00F25E9F" w:rsidRDefault="00F25E9F" w:rsidP="007E5B69">
            <w:r>
              <w:rPr>
                <w:sz w:val="16"/>
              </w:rPr>
              <w:t>241500012453</w:t>
            </w:r>
          </w:p>
        </w:tc>
        <w:tc>
          <w:tcPr>
            <w:tcW w:w="1701" w:type="dxa"/>
          </w:tcPr>
          <w:p w14:paraId="1BBB341F" w14:textId="77777777" w:rsidR="00F25E9F" w:rsidRDefault="00F25E9F" w:rsidP="007E5B69">
            <w:r>
              <w:rPr>
                <w:sz w:val="16"/>
              </w:rPr>
              <w:t>97740</w:t>
            </w:r>
          </w:p>
        </w:tc>
        <w:tc>
          <w:tcPr>
            <w:tcW w:w="1701" w:type="dxa"/>
          </w:tcPr>
          <w:p w14:paraId="77CB4EDE" w14:textId="77777777" w:rsidR="00F25E9F" w:rsidRDefault="00F25E9F" w:rsidP="007E5B69">
            <w:r>
              <w:rPr>
                <w:sz w:val="16"/>
              </w:rPr>
              <w:t>0</w:t>
            </w:r>
          </w:p>
        </w:tc>
      </w:tr>
      <w:tr w:rsidR="00F25E9F" w14:paraId="4BEDFA91" w14:textId="77777777" w:rsidTr="00371F5F">
        <w:trPr>
          <w:jc w:val="center"/>
        </w:trPr>
        <w:tc>
          <w:tcPr>
            <w:tcW w:w="993" w:type="dxa"/>
          </w:tcPr>
          <w:p w14:paraId="30D1DFCF" w14:textId="77777777" w:rsidR="00F25E9F" w:rsidRDefault="00F25E9F" w:rsidP="007E5B69">
            <w:r>
              <w:rPr>
                <w:sz w:val="16"/>
              </w:rPr>
              <w:t>29</w:t>
            </w:r>
          </w:p>
        </w:tc>
        <w:tc>
          <w:tcPr>
            <w:tcW w:w="3685" w:type="dxa"/>
          </w:tcPr>
          <w:p w14:paraId="7E83E45C" w14:textId="77777777" w:rsidR="00F25E9F" w:rsidRDefault="00F25E9F" w:rsidP="007E5B69">
            <w:r>
              <w:rPr>
                <w:sz w:val="16"/>
              </w:rPr>
              <w:t>35 витрина, әрқайсысы 97 740 теңге, № 000000309</w:t>
            </w:r>
          </w:p>
        </w:tc>
        <w:tc>
          <w:tcPr>
            <w:tcW w:w="1696" w:type="dxa"/>
          </w:tcPr>
          <w:p w14:paraId="3B3F3B69" w14:textId="77777777" w:rsidR="00F25E9F" w:rsidRDefault="00F25E9F" w:rsidP="007E5B69">
            <w:r>
              <w:rPr>
                <w:sz w:val="16"/>
              </w:rPr>
              <w:t>241500012454</w:t>
            </w:r>
          </w:p>
        </w:tc>
        <w:tc>
          <w:tcPr>
            <w:tcW w:w="1701" w:type="dxa"/>
          </w:tcPr>
          <w:p w14:paraId="03D70BF5" w14:textId="77777777" w:rsidR="00F25E9F" w:rsidRDefault="00F25E9F" w:rsidP="007E5B69">
            <w:r>
              <w:rPr>
                <w:sz w:val="16"/>
              </w:rPr>
              <w:t>97740</w:t>
            </w:r>
          </w:p>
        </w:tc>
        <w:tc>
          <w:tcPr>
            <w:tcW w:w="1701" w:type="dxa"/>
          </w:tcPr>
          <w:p w14:paraId="6BF25D30" w14:textId="77777777" w:rsidR="00F25E9F" w:rsidRDefault="00F25E9F" w:rsidP="007E5B69">
            <w:r>
              <w:rPr>
                <w:sz w:val="16"/>
              </w:rPr>
              <w:t>0</w:t>
            </w:r>
          </w:p>
        </w:tc>
      </w:tr>
      <w:tr w:rsidR="00F25E9F" w14:paraId="49347C73" w14:textId="77777777" w:rsidTr="00371F5F">
        <w:trPr>
          <w:jc w:val="center"/>
        </w:trPr>
        <w:tc>
          <w:tcPr>
            <w:tcW w:w="993" w:type="dxa"/>
          </w:tcPr>
          <w:p w14:paraId="03B25788" w14:textId="77777777" w:rsidR="00F25E9F" w:rsidRDefault="00F25E9F" w:rsidP="007E5B69">
            <w:r>
              <w:rPr>
                <w:sz w:val="16"/>
              </w:rPr>
              <w:t>30</w:t>
            </w:r>
          </w:p>
        </w:tc>
        <w:tc>
          <w:tcPr>
            <w:tcW w:w="3685" w:type="dxa"/>
          </w:tcPr>
          <w:p w14:paraId="6BD4C17D" w14:textId="77777777" w:rsidR="00F25E9F" w:rsidRDefault="00F25E9F" w:rsidP="007E5B69">
            <w:r>
              <w:rPr>
                <w:sz w:val="16"/>
              </w:rPr>
              <w:t>36 витрина, әрқайсысы 97 740 теңге, № 000000310</w:t>
            </w:r>
          </w:p>
        </w:tc>
        <w:tc>
          <w:tcPr>
            <w:tcW w:w="1696" w:type="dxa"/>
          </w:tcPr>
          <w:p w14:paraId="63EDB3B3" w14:textId="77777777" w:rsidR="00F25E9F" w:rsidRDefault="00F25E9F" w:rsidP="007E5B69">
            <w:r>
              <w:rPr>
                <w:sz w:val="16"/>
              </w:rPr>
              <w:t>241500012455</w:t>
            </w:r>
          </w:p>
        </w:tc>
        <w:tc>
          <w:tcPr>
            <w:tcW w:w="1701" w:type="dxa"/>
          </w:tcPr>
          <w:p w14:paraId="3113BA89" w14:textId="77777777" w:rsidR="00F25E9F" w:rsidRDefault="00F25E9F" w:rsidP="007E5B69">
            <w:r>
              <w:rPr>
                <w:sz w:val="16"/>
              </w:rPr>
              <w:t>97740</w:t>
            </w:r>
          </w:p>
        </w:tc>
        <w:tc>
          <w:tcPr>
            <w:tcW w:w="1701" w:type="dxa"/>
          </w:tcPr>
          <w:p w14:paraId="5CE7F1CF" w14:textId="77777777" w:rsidR="00F25E9F" w:rsidRDefault="00F25E9F" w:rsidP="007E5B69">
            <w:r>
              <w:rPr>
                <w:sz w:val="16"/>
              </w:rPr>
              <w:t>0</w:t>
            </w:r>
          </w:p>
        </w:tc>
      </w:tr>
      <w:tr w:rsidR="00F25E9F" w14:paraId="5DFD0E62" w14:textId="77777777" w:rsidTr="00371F5F">
        <w:trPr>
          <w:jc w:val="center"/>
        </w:trPr>
        <w:tc>
          <w:tcPr>
            <w:tcW w:w="993" w:type="dxa"/>
          </w:tcPr>
          <w:p w14:paraId="7D9710FB" w14:textId="77777777" w:rsidR="00F25E9F" w:rsidRDefault="00F25E9F" w:rsidP="007E5B69">
            <w:r>
              <w:rPr>
                <w:sz w:val="16"/>
              </w:rPr>
              <w:t>31</w:t>
            </w:r>
          </w:p>
        </w:tc>
        <w:tc>
          <w:tcPr>
            <w:tcW w:w="3685" w:type="dxa"/>
          </w:tcPr>
          <w:p w14:paraId="277358C8" w14:textId="77777777" w:rsidR="00F25E9F" w:rsidRDefault="00F25E9F" w:rsidP="007E5B69">
            <w:r>
              <w:rPr>
                <w:sz w:val="16"/>
              </w:rPr>
              <w:t>37 витрина, әрқайсысы 97 740 теңге, № 000000311</w:t>
            </w:r>
          </w:p>
        </w:tc>
        <w:tc>
          <w:tcPr>
            <w:tcW w:w="1696" w:type="dxa"/>
          </w:tcPr>
          <w:p w14:paraId="1D70C6AD" w14:textId="77777777" w:rsidR="00F25E9F" w:rsidRDefault="00F25E9F" w:rsidP="007E5B69">
            <w:r>
              <w:rPr>
                <w:sz w:val="16"/>
              </w:rPr>
              <w:t>241500012456</w:t>
            </w:r>
          </w:p>
        </w:tc>
        <w:tc>
          <w:tcPr>
            <w:tcW w:w="1701" w:type="dxa"/>
          </w:tcPr>
          <w:p w14:paraId="0A828EC7" w14:textId="77777777" w:rsidR="00F25E9F" w:rsidRDefault="00F25E9F" w:rsidP="007E5B69">
            <w:r>
              <w:rPr>
                <w:sz w:val="16"/>
              </w:rPr>
              <w:t>97740</w:t>
            </w:r>
          </w:p>
        </w:tc>
        <w:tc>
          <w:tcPr>
            <w:tcW w:w="1701" w:type="dxa"/>
          </w:tcPr>
          <w:p w14:paraId="4DAC170C" w14:textId="77777777" w:rsidR="00F25E9F" w:rsidRDefault="00F25E9F" w:rsidP="007E5B69">
            <w:r>
              <w:rPr>
                <w:sz w:val="16"/>
              </w:rPr>
              <w:t>0</w:t>
            </w:r>
          </w:p>
        </w:tc>
      </w:tr>
      <w:tr w:rsidR="00F25E9F" w14:paraId="709D4FF2" w14:textId="77777777" w:rsidTr="00371F5F">
        <w:trPr>
          <w:jc w:val="center"/>
        </w:trPr>
        <w:tc>
          <w:tcPr>
            <w:tcW w:w="993" w:type="dxa"/>
          </w:tcPr>
          <w:p w14:paraId="501DBC70" w14:textId="77777777" w:rsidR="00F25E9F" w:rsidRDefault="00F25E9F" w:rsidP="007E5B69">
            <w:r>
              <w:rPr>
                <w:sz w:val="16"/>
              </w:rPr>
              <w:t>32</w:t>
            </w:r>
          </w:p>
        </w:tc>
        <w:tc>
          <w:tcPr>
            <w:tcW w:w="3685" w:type="dxa"/>
          </w:tcPr>
          <w:p w14:paraId="1FD2F1AD" w14:textId="77777777" w:rsidR="00F25E9F" w:rsidRDefault="00F25E9F" w:rsidP="007E5B69">
            <w:r>
              <w:rPr>
                <w:sz w:val="16"/>
              </w:rPr>
              <w:t>38 витрина, әрқайсысы 97 740 теңге, № 000000312</w:t>
            </w:r>
          </w:p>
        </w:tc>
        <w:tc>
          <w:tcPr>
            <w:tcW w:w="1696" w:type="dxa"/>
          </w:tcPr>
          <w:p w14:paraId="3DD1DF47" w14:textId="77777777" w:rsidR="00F25E9F" w:rsidRDefault="00F25E9F" w:rsidP="007E5B69">
            <w:r>
              <w:rPr>
                <w:sz w:val="16"/>
              </w:rPr>
              <w:t>241500012457</w:t>
            </w:r>
          </w:p>
        </w:tc>
        <w:tc>
          <w:tcPr>
            <w:tcW w:w="1701" w:type="dxa"/>
          </w:tcPr>
          <w:p w14:paraId="376F84D4" w14:textId="77777777" w:rsidR="00F25E9F" w:rsidRDefault="00F25E9F" w:rsidP="007E5B69">
            <w:r>
              <w:rPr>
                <w:sz w:val="16"/>
              </w:rPr>
              <w:t>97740</w:t>
            </w:r>
          </w:p>
        </w:tc>
        <w:tc>
          <w:tcPr>
            <w:tcW w:w="1701" w:type="dxa"/>
          </w:tcPr>
          <w:p w14:paraId="4C479148" w14:textId="77777777" w:rsidR="00F25E9F" w:rsidRDefault="00F25E9F" w:rsidP="007E5B69">
            <w:r>
              <w:rPr>
                <w:sz w:val="16"/>
              </w:rPr>
              <w:t>0</w:t>
            </w:r>
          </w:p>
        </w:tc>
      </w:tr>
      <w:tr w:rsidR="00F25E9F" w14:paraId="4CC1784A" w14:textId="77777777" w:rsidTr="00371F5F">
        <w:trPr>
          <w:jc w:val="center"/>
        </w:trPr>
        <w:tc>
          <w:tcPr>
            <w:tcW w:w="993" w:type="dxa"/>
          </w:tcPr>
          <w:p w14:paraId="5E10DA1E" w14:textId="77777777" w:rsidR="00F25E9F" w:rsidRDefault="00F25E9F" w:rsidP="007E5B69">
            <w:r>
              <w:rPr>
                <w:sz w:val="16"/>
              </w:rPr>
              <w:t>33</w:t>
            </w:r>
          </w:p>
        </w:tc>
        <w:tc>
          <w:tcPr>
            <w:tcW w:w="3685" w:type="dxa"/>
          </w:tcPr>
          <w:p w14:paraId="478C9D9F" w14:textId="77777777" w:rsidR="00F25E9F" w:rsidRDefault="00F25E9F" w:rsidP="007E5B69">
            <w:r>
              <w:rPr>
                <w:sz w:val="16"/>
              </w:rPr>
              <w:t>4 витрина, әрқайсысы 97 740 теңге, № 000000314</w:t>
            </w:r>
          </w:p>
        </w:tc>
        <w:tc>
          <w:tcPr>
            <w:tcW w:w="1696" w:type="dxa"/>
          </w:tcPr>
          <w:p w14:paraId="06EE40B8" w14:textId="77777777" w:rsidR="00F25E9F" w:rsidRDefault="00F25E9F" w:rsidP="007E5B69">
            <w:r>
              <w:rPr>
                <w:sz w:val="16"/>
              </w:rPr>
              <w:t>241500012458</w:t>
            </w:r>
          </w:p>
        </w:tc>
        <w:tc>
          <w:tcPr>
            <w:tcW w:w="1701" w:type="dxa"/>
          </w:tcPr>
          <w:p w14:paraId="7D358C76" w14:textId="77777777" w:rsidR="00F25E9F" w:rsidRDefault="00F25E9F" w:rsidP="007E5B69">
            <w:r>
              <w:rPr>
                <w:sz w:val="16"/>
              </w:rPr>
              <w:t>97740</w:t>
            </w:r>
          </w:p>
        </w:tc>
        <w:tc>
          <w:tcPr>
            <w:tcW w:w="1701" w:type="dxa"/>
          </w:tcPr>
          <w:p w14:paraId="0A5A7EDC" w14:textId="77777777" w:rsidR="00F25E9F" w:rsidRDefault="00F25E9F" w:rsidP="007E5B69">
            <w:r>
              <w:rPr>
                <w:sz w:val="16"/>
              </w:rPr>
              <w:t>0</w:t>
            </w:r>
          </w:p>
        </w:tc>
      </w:tr>
      <w:tr w:rsidR="00F25E9F" w14:paraId="5A74D983" w14:textId="77777777" w:rsidTr="00371F5F">
        <w:trPr>
          <w:jc w:val="center"/>
        </w:trPr>
        <w:tc>
          <w:tcPr>
            <w:tcW w:w="993" w:type="dxa"/>
          </w:tcPr>
          <w:p w14:paraId="35309BD4" w14:textId="77777777" w:rsidR="00F25E9F" w:rsidRDefault="00F25E9F" w:rsidP="007E5B69">
            <w:r>
              <w:rPr>
                <w:sz w:val="16"/>
              </w:rPr>
              <w:t>34</w:t>
            </w:r>
          </w:p>
        </w:tc>
        <w:tc>
          <w:tcPr>
            <w:tcW w:w="3685" w:type="dxa"/>
          </w:tcPr>
          <w:p w14:paraId="24D6F1E7" w14:textId="77777777" w:rsidR="00F25E9F" w:rsidRDefault="00F25E9F" w:rsidP="007E5B69">
            <w:r>
              <w:rPr>
                <w:sz w:val="16"/>
              </w:rPr>
              <w:t>40 витрина, әрқайсысы 97 740 теңге, № 000000315</w:t>
            </w:r>
          </w:p>
        </w:tc>
        <w:tc>
          <w:tcPr>
            <w:tcW w:w="1696" w:type="dxa"/>
          </w:tcPr>
          <w:p w14:paraId="706F52EB" w14:textId="77777777" w:rsidR="00F25E9F" w:rsidRDefault="00F25E9F" w:rsidP="007E5B69">
            <w:r>
              <w:rPr>
                <w:sz w:val="16"/>
              </w:rPr>
              <w:t>241500012459</w:t>
            </w:r>
          </w:p>
        </w:tc>
        <w:tc>
          <w:tcPr>
            <w:tcW w:w="1701" w:type="dxa"/>
          </w:tcPr>
          <w:p w14:paraId="79CCE3D3" w14:textId="77777777" w:rsidR="00F25E9F" w:rsidRDefault="00F25E9F" w:rsidP="007E5B69">
            <w:r>
              <w:rPr>
                <w:sz w:val="16"/>
              </w:rPr>
              <w:t>97740</w:t>
            </w:r>
          </w:p>
        </w:tc>
        <w:tc>
          <w:tcPr>
            <w:tcW w:w="1701" w:type="dxa"/>
          </w:tcPr>
          <w:p w14:paraId="444D0991" w14:textId="77777777" w:rsidR="00F25E9F" w:rsidRDefault="00F25E9F" w:rsidP="007E5B69">
            <w:r>
              <w:rPr>
                <w:sz w:val="16"/>
              </w:rPr>
              <w:t>0</w:t>
            </w:r>
          </w:p>
        </w:tc>
      </w:tr>
      <w:tr w:rsidR="00F25E9F" w14:paraId="3AA5C13C" w14:textId="77777777" w:rsidTr="00371F5F">
        <w:trPr>
          <w:jc w:val="center"/>
        </w:trPr>
        <w:tc>
          <w:tcPr>
            <w:tcW w:w="993" w:type="dxa"/>
          </w:tcPr>
          <w:p w14:paraId="4FC96EA0" w14:textId="77777777" w:rsidR="00F25E9F" w:rsidRDefault="00F25E9F" w:rsidP="007E5B69">
            <w:r>
              <w:rPr>
                <w:sz w:val="16"/>
              </w:rPr>
              <w:t>35</w:t>
            </w:r>
          </w:p>
        </w:tc>
        <w:tc>
          <w:tcPr>
            <w:tcW w:w="3685" w:type="dxa"/>
          </w:tcPr>
          <w:p w14:paraId="7DA5C983" w14:textId="77777777" w:rsidR="00F25E9F" w:rsidRDefault="00F25E9F" w:rsidP="007E5B69">
            <w:r>
              <w:rPr>
                <w:sz w:val="16"/>
              </w:rPr>
              <w:t>42 витрина, әрқайсысы 97 740 теңге, № 000000317</w:t>
            </w:r>
          </w:p>
        </w:tc>
        <w:tc>
          <w:tcPr>
            <w:tcW w:w="1696" w:type="dxa"/>
          </w:tcPr>
          <w:p w14:paraId="4FBDFF76" w14:textId="77777777" w:rsidR="00F25E9F" w:rsidRDefault="00F25E9F" w:rsidP="007E5B69">
            <w:r>
              <w:rPr>
                <w:sz w:val="16"/>
              </w:rPr>
              <w:t>241500012460</w:t>
            </w:r>
          </w:p>
        </w:tc>
        <w:tc>
          <w:tcPr>
            <w:tcW w:w="1701" w:type="dxa"/>
          </w:tcPr>
          <w:p w14:paraId="46FE4435" w14:textId="77777777" w:rsidR="00F25E9F" w:rsidRDefault="00F25E9F" w:rsidP="007E5B69">
            <w:r>
              <w:rPr>
                <w:sz w:val="16"/>
              </w:rPr>
              <w:t>97740</w:t>
            </w:r>
          </w:p>
        </w:tc>
        <w:tc>
          <w:tcPr>
            <w:tcW w:w="1701" w:type="dxa"/>
          </w:tcPr>
          <w:p w14:paraId="238B8623" w14:textId="77777777" w:rsidR="00F25E9F" w:rsidRDefault="00F25E9F" w:rsidP="007E5B69">
            <w:r>
              <w:rPr>
                <w:sz w:val="16"/>
              </w:rPr>
              <w:t>0</w:t>
            </w:r>
          </w:p>
        </w:tc>
      </w:tr>
      <w:tr w:rsidR="00F25E9F" w14:paraId="05765385" w14:textId="77777777" w:rsidTr="00371F5F">
        <w:trPr>
          <w:jc w:val="center"/>
        </w:trPr>
        <w:tc>
          <w:tcPr>
            <w:tcW w:w="993" w:type="dxa"/>
          </w:tcPr>
          <w:p w14:paraId="03F2F072" w14:textId="77777777" w:rsidR="00F25E9F" w:rsidRDefault="00F25E9F" w:rsidP="007E5B69">
            <w:r>
              <w:rPr>
                <w:sz w:val="16"/>
              </w:rPr>
              <w:t>36</w:t>
            </w:r>
          </w:p>
        </w:tc>
        <w:tc>
          <w:tcPr>
            <w:tcW w:w="3685" w:type="dxa"/>
          </w:tcPr>
          <w:p w14:paraId="19FEEA22" w14:textId="77777777" w:rsidR="00F25E9F" w:rsidRDefault="00F25E9F" w:rsidP="007E5B69">
            <w:r>
              <w:rPr>
                <w:sz w:val="16"/>
              </w:rPr>
              <w:t>43 витрина, әрқайсысы 97 740 теңге, № 000000318</w:t>
            </w:r>
          </w:p>
        </w:tc>
        <w:tc>
          <w:tcPr>
            <w:tcW w:w="1696" w:type="dxa"/>
          </w:tcPr>
          <w:p w14:paraId="46B2CF6E" w14:textId="77777777" w:rsidR="00F25E9F" w:rsidRDefault="00F25E9F" w:rsidP="007E5B69">
            <w:r>
              <w:rPr>
                <w:sz w:val="16"/>
              </w:rPr>
              <w:t>241500012461</w:t>
            </w:r>
          </w:p>
        </w:tc>
        <w:tc>
          <w:tcPr>
            <w:tcW w:w="1701" w:type="dxa"/>
          </w:tcPr>
          <w:p w14:paraId="54CC801B" w14:textId="77777777" w:rsidR="00F25E9F" w:rsidRDefault="00F25E9F" w:rsidP="007E5B69">
            <w:r>
              <w:rPr>
                <w:sz w:val="16"/>
              </w:rPr>
              <w:t>97740</w:t>
            </w:r>
          </w:p>
        </w:tc>
        <w:tc>
          <w:tcPr>
            <w:tcW w:w="1701" w:type="dxa"/>
          </w:tcPr>
          <w:p w14:paraId="445B8125" w14:textId="77777777" w:rsidR="00F25E9F" w:rsidRDefault="00F25E9F" w:rsidP="007E5B69">
            <w:r>
              <w:rPr>
                <w:sz w:val="16"/>
              </w:rPr>
              <w:t>0</w:t>
            </w:r>
          </w:p>
        </w:tc>
      </w:tr>
      <w:tr w:rsidR="00F25E9F" w14:paraId="672D31A0" w14:textId="77777777" w:rsidTr="00371F5F">
        <w:trPr>
          <w:jc w:val="center"/>
        </w:trPr>
        <w:tc>
          <w:tcPr>
            <w:tcW w:w="993" w:type="dxa"/>
          </w:tcPr>
          <w:p w14:paraId="276EB816" w14:textId="77777777" w:rsidR="00F25E9F" w:rsidRDefault="00F25E9F" w:rsidP="007E5B69">
            <w:r>
              <w:rPr>
                <w:sz w:val="16"/>
              </w:rPr>
              <w:t>37</w:t>
            </w:r>
          </w:p>
        </w:tc>
        <w:tc>
          <w:tcPr>
            <w:tcW w:w="3685" w:type="dxa"/>
          </w:tcPr>
          <w:p w14:paraId="5D98E242" w14:textId="77777777" w:rsidR="00F25E9F" w:rsidRDefault="00F25E9F" w:rsidP="007E5B69">
            <w:r>
              <w:rPr>
                <w:sz w:val="16"/>
              </w:rPr>
              <w:t>50 витрина, әрқайсысы 97 740 теңге, № 000000320</w:t>
            </w:r>
          </w:p>
        </w:tc>
        <w:tc>
          <w:tcPr>
            <w:tcW w:w="1696" w:type="dxa"/>
          </w:tcPr>
          <w:p w14:paraId="4C0CE259" w14:textId="77777777" w:rsidR="00F25E9F" w:rsidRDefault="00F25E9F" w:rsidP="007E5B69">
            <w:r>
              <w:rPr>
                <w:sz w:val="16"/>
              </w:rPr>
              <w:t>241500012462</w:t>
            </w:r>
          </w:p>
        </w:tc>
        <w:tc>
          <w:tcPr>
            <w:tcW w:w="1701" w:type="dxa"/>
          </w:tcPr>
          <w:p w14:paraId="25544E25" w14:textId="77777777" w:rsidR="00F25E9F" w:rsidRDefault="00F25E9F" w:rsidP="007E5B69">
            <w:r>
              <w:rPr>
                <w:sz w:val="16"/>
              </w:rPr>
              <w:t>97740</w:t>
            </w:r>
          </w:p>
        </w:tc>
        <w:tc>
          <w:tcPr>
            <w:tcW w:w="1701" w:type="dxa"/>
          </w:tcPr>
          <w:p w14:paraId="2E46A4CE" w14:textId="77777777" w:rsidR="00F25E9F" w:rsidRDefault="00F25E9F" w:rsidP="007E5B69">
            <w:r>
              <w:rPr>
                <w:sz w:val="16"/>
              </w:rPr>
              <w:t>0</w:t>
            </w:r>
          </w:p>
        </w:tc>
      </w:tr>
      <w:tr w:rsidR="00F25E9F" w14:paraId="7DB6015A" w14:textId="77777777" w:rsidTr="00371F5F">
        <w:trPr>
          <w:jc w:val="center"/>
        </w:trPr>
        <w:tc>
          <w:tcPr>
            <w:tcW w:w="993" w:type="dxa"/>
          </w:tcPr>
          <w:p w14:paraId="4BD5A935" w14:textId="77777777" w:rsidR="00F25E9F" w:rsidRDefault="00F25E9F" w:rsidP="007E5B69">
            <w:r>
              <w:rPr>
                <w:sz w:val="16"/>
              </w:rPr>
              <w:t>38</w:t>
            </w:r>
          </w:p>
        </w:tc>
        <w:tc>
          <w:tcPr>
            <w:tcW w:w="3685" w:type="dxa"/>
          </w:tcPr>
          <w:p w14:paraId="5EC9272D" w14:textId="77777777" w:rsidR="00F25E9F" w:rsidRDefault="00F25E9F" w:rsidP="007E5B69">
            <w:r>
              <w:rPr>
                <w:sz w:val="16"/>
              </w:rPr>
              <w:t>8 витрина, әрқайсысы 97 740 теңге, № 000000323</w:t>
            </w:r>
          </w:p>
        </w:tc>
        <w:tc>
          <w:tcPr>
            <w:tcW w:w="1696" w:type="dxa"/>
          </w:tcPr>
          <w:p w14:paraId="6179CEBA" w14:textId="77777777" w:rsidR="00F25E9F" w:rsidRDefault="00F25E9F" w:rsidP="007E5B69">
            <w:r>
              <w:rPr>
                <w:sz w:val="16"/>
              </w:rPr>
              <w:t>241500012463</w:t>
            </w:r>
          </w:p>
        </w:tc>
        <w:tc>
          <w:tcPr>
            <w:tcW w:w="1701" w:type="dxa"/>
          </w:tcPr>
          <w:p w14:paraId="18FCA3F1" w14:textId="77777777" w:rsidR="00F25E9F" w:rsidRDefault="00F25E9F" w:rsidP="007E5B69">
            <w:r>
              <w:rPr>
                <w:sz w:val="16"/>
              </w:rPr>
              <w:t>97740</w:t>
            </w:r>
          </w:p>
        </w:tc>
        <w:tc>
          <w:tcPr>
            <w:tcW w:w="1701" w:type="dxa"/>
          </w:tcPr>
          <w:p w14:paraId="2F2A1D62" w14:textId="77777777" w:rsidR="00F25E9F" w:rsidRDefault="00F25E9F" w:rsidP="007E5B69">
            <w:r>
              <w:rPr>
                <w:sz w:val="16"/>
              </w:rPr>
              <w:t>0</w:t>
            </w:r>
          </w:p>
        </w:tc>
      </w:tr>
      <w:tr w:rsidR="00F25E9F" w14:paraId="61E71305" w14:textId="77777777" w:rsidTr="00371F5F">
        <w:trPr>
          <w:jc w:val="center"/>
        </w:trPr>
        <w:tc>
          <w:tcPr>
            <w:tcW w:w="993" w:type="dxa"/>
          </w:tcPr>
          <w:p w14:paraId="4A5EE835" w14:textId="77777777" w:rsidR="00F25E9F" w:rsidRDefault="00F25E9F" w:rsidP="007E5B69">
            <w:r>
              <w:rPr>
                <w:sz w:val="16"/>
              </w:rPr>
              <w:t>39</w:t>
            </w:r>
          </w:p>
        </w:tc>
        <w:tc>
          <w:tcPr>
            <w:tcW w:w="3685" w:type="dxa"/>
          </w:tcPr>
          <w:p w14:paraId="35FF25AD" w14:textId="77777777" w:rsidR="00F25E9F" w:rsidRDefault="00F25E9F" w:rsidP="007E5B69">
            <w:r>
              <w:rPr>
                <w:sz w:val="16"/>
              </w:rPr>
              <w:t>9 витрина, әрқайсысы 97 740 теңге, № 000000298</w:t>
            </w:r>
          </w:p>
        </w:tc>
        <w:tc>
          <w:tcPr>
            <w:tcW w:w="1696" w:type="dxa"/>
          </w:tcPr>
          <w:p w14:paraId="1751D79B" w14:textId="77777777" w:rsidR="00F25E9F" w:rsidRDefault="00F25E9F" w:rsidP="007E5B69">
            <w:r>
              <w:rPr>
                <w:sz w:val="16"/>
              </w:rPr>
              <w:t>241500012464</w:t>
            </w:r>
          </w:p>
        </w:tc>
        <w:tc>
          <w:tcPr>
            <w:tcW w:w="1701" w:type="dxa"/>
          </w:tcPr>
          <w:p w14:paraId="39C90D5B" w14:textId="77777777" w:rsidR="00F25E9F" w:rsidRDefault="00F25E9F" w:rsidP="007E5B69">
            <w:r>
              <w:rPr>
                <w:sz w:val="16"/>
              </w:rPr>
              <w:t>97740</w:t>
            </w:r>
          </w:p>
        </w:tc>
        <w:tc>
          <w:tcPr>
            <w:tcW w:w="1701" w:type="dxa"/>
          </w:tcPr>
          <w:p w14:paraId="711230CD" w14:textId="77777777" w:rsidR="00F25E9F" w:rsidRDefault="00F25E9F" w:rsidP="007E5B69">
            <w:r>
              <w:rPr>
                <w:sz w:val="16"/>
              </w:rPr>
              <w:t>0</w:t>
            </w:r>
          </w:p>
        </w:tc>
      </w:tr>
      <w:tr w:rsidR="00F25E9F" w14:paraId="09ACDEE0" w14:textId="77777777" w:rsidTr="00371F5F">
        <w:trPr>
          <w:jc w:val="center"/>
        </w:trPr>
        <w:tc>
          <w:tcPr>
            <w:tcW w:w="993" w:type="dxa"/>
          </w:tcPr>
          <w:p w14:paraId="78D18C0B" w14:textId="77777777" w:rsidR="00F25E9F" w:rsidRDefault="00F25E9F" w:rsidP="007E5B69">
            <w:r>
              <w:rPr>
                <w:sz w:val="16"/>
              </w:rPr>
              <w:t>40</w:t>
            </w:r>
          </w:p>
        </w:tc>
        <w:tc>
          <w:tcPr>
            <w:tcW w:w="3685" w:type="dxa"/>
          </w:tcPr>
          <w:p w14:paraId="19F66B0C" w14:textId="77777777" w:rsidR="00F25E9F" w:rsidRDefault="00F25E9F" w:rsidP="007E5B69">
            <w:r>
              <w:rPr>
                <w:sz w:val="16"/>
              </w:rPr>
              <w:t>№2 үлгідегі витрина-тумба</w:t>
            </w:r>
          </w:p>
        </w:tc>
        <w:tc>
          <w:tcPr>
            <w:tcW w:w="1696" w:type="dxa"/>
          </w:tcPr>
          <w:p w14:paraId="3E955D72" w14:textId="77777777" w:rsidR="00F25E9F" w:rsidRDefault="00F25E9F" w:rsidP="007E5B69">
            <w:r>
              <w:rPr>
                <w:sz w:val="16"/>
              </w:rPr>
              <w:t>241500012471</w:t>
            </w:r>
          </w:p>
        </w:tc>
        <w:tc>
          <w:tcPr>
            <w:tcW w:w="1701" w:type="dxa"/>
          </w:tcPr>
          <w:p w14:paraId="032EA3BA" w14:textId="77777777" w:rsidR="00F25E9F" w:rsidRDefault="00F25E9F" w:rsidP="007E5B69">
            <w:r>
              <w:rPr>
                <w:sz w:val="16"/>
              </w:rPr>
              <w:t>57623.8</w:t>
            </w:r>
          </w:p>
        </w:tc>
        <w:tc>
          <w:tcPr>
            <w:tcW w:w="1701" w:type="dxa"/>
          </w:tcPr>
          <w:p w14:paraId="2F4BCAB9" w14:textId="77777777" w:rsidR="00F25E9F" w:rsidRDefault="00F25E9F" w:rsidP="007E5B69">
            <w:r>
              <w:rPr>
                <w:sz w:val="16"/>
              </w:rPr>
              <w:t>0</w:t>
            </w:r>
          </w:p>
        </w:tc>
      </w:tr>
      <w:tr w:rsidR="00F25E9F" w14:paraId="46817992" w14:textId="77777777" w:rsidTr="00371F5F">
        <w:trPr>
          <w:jc w:val="center"/>
        </w:trPr>
        <w:tc>
          <w:tcPr>
            <w:tcW w:w="993" w:type="dxa"/>
          </w:tcPr>
          <w:p w14:paraId="47EEDC51" w14:textId="77777777" w:rsidR="00F25E9F" w:rsidRDefault="00F25E9F" w:rsidP="007E5B69">
            <w:r>
              <w:rPr>
                <w:sz w:val="16"/>
              </w:rPr>
              <w:t>41</w:t>
            </w:r>
          </w:p>
        </w:tc>
        <w:tc>
          <w:tcPr>
            <w:tcW w:w="3685" w:type="dxa"/>
          </w:tcPr>
          <w:p w14:paraId="3186D7F5" w14:textId="77777777" w:rsidR="00F25E9F" w:rsidRDefault="00F25E9F" w:rsidP="007E5B69">
            <w:r>
              <w:rPr>
                <w:sz w:val="16"/>
              </w:rPr>
              <w:t>№2 үлгідегі витрина-тумба</w:t>
            </w:r>
          </w:p>
        </w:tc>
        <w:tc>
          <w:tcPr>
            <w:tcW w:w="1696" w:type="dxa"/>
          </w:tcPr>
          <w:p w14:paraId="2F2B5A86" w14:textId="77777777" w:rsidR="00F25E9F" w:rsidRDefault="00F25E9F" w:rsidP="007E5B69">
            <w:r>
              <w:rPr>
                <w:sz w:val="16"/>
              </w:rPr>
              <w:t>241500012472</w:t>
            </w:r>
          </w:p>
        </w:tc>
        <w:tc>
          <w:tcPr>
            <w:tcW w:w="1701" w:type="dxa"/>
          </w:tcPr>
          <w:p w14:paraId="2D3C8B17" w14:textId="77777777" w:rsidR="00F25E9F" w:rsidRDefault="00F25E9F" w:rsidP="007E5B69">
            <w:r>
              <w:rPr>
                <w:sz w:val="16"/>
              </w:rPr>
              <w:t>57623.8</w:t>
            </w:r>
          </w:p>
        </w:tc>
        <w:tc>
          <w:tcPr>
            <w:tcW w:w="1701" w:type="dxa"/>
          </w:tcPr>
          <w:p w14:paraId="06B0C4FB" w14:textId="77777777" w:rsidR="00F25E9F" w:rsidRDefault="00F25E9F" w:rsidP="007E5B69">
            <w:r>
              <w:rPr>
                <w:sz w:val="16"/>
              </w:rPr>
              <w:t>0</w:t>
            </w:r>
          </w:p>
        </w:tc>
      </w:tr>
      <w:tr w:rsidR="00F25E9F" w14:paraId="21911505" w14:textId="77777777" w:rsidTr="00371F5F">
        <w:trPr>
          <w:jc w:val="center"/>
        </w:trPr>
        <w:tc>
          <w:tcPr>
            <w:tcW w:w="993" w:type="dxa"/>
          </w:tcPr>
          <w:p w14:paraId="7021AC34" w14:textId="77777777" w:rsidR="00F25E9F" w:rsidRDefault="00F25E9F" w:rsidP="007E5B69">
            <w:r>
              <w:rPr>
                <w:sz w:val="16"/>
              </w:rPr>
              <w:t>42</w:t>
            </w:r>
          </w:p>
        </w:tc>
        <w:tc>
          <w:tcPr>
            <w:tcW w:w="3685" w:type="dxa"/>
          </w:tcPr>
          <w:p w14:paraId="56D842BF" w14:textId="77777777" w:rsidR="00F25E9F" w:rsidRDefault="00F25E9F" w:rsidP="007E5B69">
            <w:r>
              <w:rPr>
                <w:sz w:val="16"/>
              </w:rPr>
              <w:t>№2 үлгідегі витрина-тумба</w:t>
            </w:r>
          </w:p>
        </w:tc>
        <w:tc>
          <w:tcPr>
            <w:tcW w:w="1696" w:type="dxa"/>
          </w:tcPr>
          <w:p w14:paraId="3917F8EE" w14:textId="77777777" w:rsidR="00F25E9F" w:rsidRDefault="00F25E9F" w:rsidP="007E5B69">
            <w:r>
              <w:rPr>
                <w:sz w:val="16"/>
              </w:rPr>
              <w:t>241500012473</w:t>
            </w:r>
          </w:p>
        </w:tc>
        <w:tc>
          <w:tcPr>
            <w:tcW w:w="1701" w:type="dxa"/>
          </w:tcPr>
          <w:p w14:paraId="67B59D32" w14:textId="77777777" w:rsidR="00F25E9F" w:rsidRDefault="00F25E9F" w:rsidP="007E5B69">
            <w:r>
              <w:rPr>
                <w:sz w:val="16"/>
              </w:rPr>
              <w:t>57623.8</w:t>
            </w:r>
          </w:p>
        </w:tc>
        <w:tc>
          <w:tcPr>
            <w:tcW w:w="1701" w:type="dxa"/>
          </w:tcPr>
          <w:p w14:paraId="3D5C8618" w14:textId="77777777" w:rsidR="00F25E9F" w:rsidRDefault="00F25E9F" w:rsidP="007E5B69">
            <w:r>
              <w:rPr>
                <w:sz w:val="16"/>
              </w:rPr>
              <w:t>0</w:t>
            </w:r>
          </w:p>
        </w:tc>
      </w:tr>
      <w:tr w:rsidR="00F25E9F" w14:paraId="593C5DDE" w14:textId="77777777" w:rsidTr="00371F5F">
        <w:trPr>
          <w:jc w:val="center"/>
        </w:trPr>
        <w:tc>
          <w:tcPr>
            <w:tcW w:w="993" w:type="dxa"/>
          </w:tcPr>
          <w:p w14:paraId="55E03389" w14:textId="77777777" w:rsidR="00F25E9F" w:rsidRDefault="00F25E9F" w:rsidP="007E5B69">
            <w:r>
              <w:rPr>
                <w:sz w:val="16"/>
              </w:rPr>
              <w:t>43</w:t>
            </w:r>
          </w:p>
        </w:tc>
        <w:tc>
          <w:tcPr>
            <w:tcW w:w="3685" w:type="dxa"/>
          </w:tcPr>
          <w:p w14:paraId="1525FCFE" w14:textId="77777777" w:rsidR="00F25E9F" w:rsidRDefault="00F25E9F" w:rsidP="007E5B69">
            <w:r>
              <w:rPr>
                <w:sz w:val="16"/>
              </w:rPr>
              <w:t>№2 үлгідегі витрина-тумба</w:t>
            </w:r>
          </w:p>
        </w:tc>
        <w:tc>
          <w:tcPr>
            <w:tcW w:w="1696" w:type="dxa"/>
          </w:tcPr>
          <w:p w14:paraId="3087DD9F" w14:textId="77777777" w:rsidR="00F25E9F" w:rsidRDefault="00F25E9F" w:rsidP="007E5B69">
            <w:r>
              <w:rPr>
                <w:sz w:val="16"/>
              </w:rPr>
              <w:t>241500012474</w:t>
            </w:r>
          </w:p>
        </w:tc>
        <w:tc>
          <w:tcPr>
            <w:tcW w:w="1701" w:type="dxa"/>
          </w:tcPr>
          <w:p w14:paraId="674DDDDF" w14:textId="77777777" w:rsidR="00F25E9F" w:rsidRDefault="00F25E9F" w:rsidP="007E5B69">
            <w:r>
              <w:rPr>
                <w:sz w:val="16"/>
              </w:rPr>
              <w:t>57623.8</w:t>
            </w:r>
          </w:p>
        </w:tc>
        <w:tc>
          <w:tcPr>
            <w:tcW w:w="1701" w:type="dxa"/>
          </w:tcPr>
          <w:p w14:paraId="3145AE4C" w14:textId="77777777" w:rsidR="00F25E9F" w:rsidRDefault="00F25E9F" w:rsidP="007E5B69">
            <w:r>
              <w:rPr>
                <w:sz w:val="16"/>
              </w:rPr>
              <w:t>0</w:t>
            </w:r>
          </w:p>
        </w:tc>
      </w:tr>
      <w:tr w:rsidR="00F25E9F" w14:paraId="0D04705C" w14:textId="77777777" w:rsidTr="00371F5F">
        <w:trPr>
          <w:jc w:val="center"/>
        </w:trPr>
        <w:tc>
          <w:tcPr>
            <w:tcW w:w="993" w:type="dxa"/>
          </w:tcPr>
          <w:p w14:paraId="7BE9F9B1" w14:textId="77777777" w:rsidR="00F25E9F" w:rsidRDefault="00F25E9F" w:rsidP="007E5B69">
            <w:r>
              <w:rPr>
                <w:sz w:val="16"/>
              </w:rPr>
              <w:t>44</w:t>
            </w:r>
          </w:p>
        </w:tc>
        <w:tc>
          <w:tcPr>
            <w:tcW w:w="3685" w:type="dxa"/>
          </w:tcPr>
          <w:p w14:paraId="5A1CF8A8" w14:textId="77777777" w:rsidR="00F25E9F" w:rsidRDefault="00F25E9F" w:rsidP="007E5B69">
            <w:r>
              <w:rPr>
                <w:sz w:val="16"/>
              </w:rPr>
              <w:t>№2 үлгідегі витрина-тумба</w:t>
            </w:r>
          </w:p>
        </w:tc>
        <w:tc>
          <w:tcPr>
            <w:tcW w:w="1696" w:type="dxa"/>
          </w:tcPr>
          <w:p w14:paraId="48126A2F" w14:textId="77777777" w:rsidR="00F25E9F" w:rsidRDefault="00F25E9F" w:rsidP="007E5B69">
            <w:r>
              <w:rPr>
                <w:sz w:val="16"/>
              </w:rPr>
              <w:t>241500012475</w:t>
            </w:r>
          </w:p>
        </w:tc>
        <w:tc>
          <w:tcPr>
            <w:tcW w:w="1701" w:type="dxa"/>
          </w:tcPr>
          <w:p w14:paraId="05806F4F" w14:textId="77777777" w:rsidR="00F25E9F" w:rsidRDefault="00F25E9F" w:rsidP="007E5B69">
            <w:r>
              <w:rPr>
                <w:sz w:val="16"/>
              </w:rPr>
              <w:t>57623.8</w:t>
            </w:r>
          </w:p>
        </w:tc>
        <w:tc>
          <w:tcPr>
            <w:tcW w:w="1701" w:type="dxa"/>
          </w:tcPr>
          <w:p w14:paraId="2B3AE232" w14:textId="77777777" w:rsidR="00F25E9F" w:rsidRDefault="00F25E9F" w:rsidP="007E5B69">
            <w:r>
              <w:rPr>
                <w:sz w:val="16"/>
              </w:rPr>
              <w:t>0</w:t>
            </w:r>
          </w:p>
        </w:tc>
      </w:tr>
      <w:tr w:rsidR="00F25E9F" w14:paraId="0A9021C1" w14:textId="77777777" w:rsidTr="00371F5F">
        <w:trPr>
          <w:jc w:val="center"/>
        </w:trPr>
        <w:tc>
          <w:tcPr>
            <w:tcW w:w="993" w:type="dxa"/>
          </w:tcPr>
          <w:p w14:paraId="7E5724E0" w14:textId="77777777" w:rsidR="00F25E9F" w:rsidRDefault="00F25E9F" w:rsidP="007E5B69">
            <w:r>
              <w:rPr>
                <w:sz w:val="16"/>
              </w:rPr>
              <w:t>45</w:t>
            </w:r>
          </w:p>
        </w:tc>
        <w:tc>
          <w:tcPr>
            <w:tcW w:w="3685" w:type="dxa"/>
          </w:tcPr>
          <w:p w14:paraId="702EB310" w14:textId="77777777" w:rsidR="00F25E9F" w:rsidRDefault="00F25E9F" w:rsidP="007E5B69">
            <w:r>
              <w:rPr>
                <w:sz w:val="16"/>
              </w:rPr>
              <w:t>№2 үлгідегі витрина-тумба</w:t>
            </w:r>
          </w:p>
        </w:tc>
        <w:tc>
          <w:tcPr>
            <w:tcW w:w="1696" w:type="dxa"/>
          </w:tcPr>
          <w:p w14:paraId="51A42657" w14:textId="77777777" w:rsidR="00F25E9F" w:rsidRDefault="00F25E9F" w:rsidP="007E5B69">
            <w:r>
              <w:rPr>
                <w:sz w:val="16"/>
              </w:rPr>
              <w:t>241500012476</w:t>
            </w:r>
          </w:p>
        </w:tc>
        <w:tc>
          <w:tcPr>
            <w:tcW w:w="1701" w:type="dxa"/>
          </w:tcPr>
          <w:p w14:paraId="215FC5C1" w14:textId="77777777" w:rsidR="00F25E9F" w:rsidRDefault="00F25E9F" w:rsidP="007E5B69">
            <w:r>
              <w:rPr>
                <w:sz w:val="16"/>
              </w:rPr>
              <w:t>57623.8</w:t>
            </w:r>
          </w:p>
        </w:tc>
        <w:tc>
          <w:tcPr>
            <w:tcW w:w="1701" w:type="dxa"/>
          </w:tcPr>
          <w:p w14:paraId="72323109" w14:textId="77777777" w:rsidR="00F25E9F" w:rsidRDefault="00F25E9F" w:rsidP="007E5B69">
            <w:r>
              <w:rPr>
                <w:sz w:val="16"/>
              </w:rPr>
              <w:t>0</w:t>
            </w:r>
          </w:p>
        </w:tc>
      </w:tr>
      <w:tr w:rsidR="00F25E9F" w14:paraId="5B9379E1" w14:textId="77777777" w:rsidTr="00371F5F">
        <w:trPr>
          <w:jc w:val="center"/>
        </w:trPr>
        <w:tc>
          <w:tcPr>
            <w:tcW w:w="993" w:type="dxa"/>
          </w:tcPr>
          <w:p w14:paraId="566BA9C6" w14:textId="77777777" w:rsidR="00F25E9F" w:rsidRDefault="00F25E9F" w:rsidP="007E5B69">
            <w:r>
              <w:rPr>
                <w:sz w:val="16"/>
              </w:rPr>
              <w:t>46</w:t>
            </w:r>
          </w:p>
        </w:tc>
        <w:tc>
          <w:tcPr>
            <w:tcW w:w="3685" w:type="dxa"/>
          </w:tcPr>
          <w:p w14:paraId="7B5D07C3" w14:textId="77777777" w:rsidR="00F25E9F" w:rsidRDefault="00F25E9F" w:rsidP="007E5B69">
            <w:r>
              <w:rPr>
                <w:sz w:val="16"/>
              </w:rPr>
              <w:t>№2 үлгідегі витрина-тумба</w:t>
            </w:r>
          </w:p>
        </w:tc>
        <w:tc>
          <w:tcPr>
            <w:tcW w:w="1696" w:type="dxa"/>
          </w:tcPr>
          <w:p w14:paraId="01896651" w14:textId="77777777" w:rsidR="00F25E9F" w:rsidRDefault="00F25E9F" w:rsidP="007E5B69">
            <w:r>
              <w:rPr>
                <w:sz w:val="16"/>
              </w:rPr>
              <w:t>241500012477</w:t>
            </w:r>
          </w:p>
        </w:tc>
        <w:tc>
          <w:tcPr>
            <w:tcW w:w="1701" w:type="dxa"/>
          </w:tcPr>
          <w:p w14:paraId="0F26D7CB" w14:textId="77777777" w:rsidR="00F25E9F" w:rsidRDefault="00F25E9F" w:rsidP="007E5B69">
            <w:r>
              <w:rPr>
                <w:sz w:val="16"/>
              </w:rPr>
              <w:t>57623.8</w:t>
            </w:r>
          </w:p>
        </w:tc>
        <w:tc>
          <w:tcPr>
            <w:tcW w:w="1701" w:type="dxa"/>
          </w:tcPr>
          <w:p w14:paraId="60313A39" w14:textId="77777777" w:rsidR="00F25E9F" w:rsidRDefault="00F25E9F" w:rsidP="007E5B69">
            <w:r>
              <w:rPr>
                <w:sz w:val="16"/>
              </w:rPr>
              <w:t>0</w:t>
            </w:r>
          </w:p>
        </w:tc>
      </w:tr>
      <w:tr w:rsidR="00F25E9F" w14:paraId="25E5EA4C" w14:textId="77777777" w:rsidTr="00371F5F">
        <w:trPr>
          <w:jc w:val="center"/>
        </w:trPr>
        <w:tc>
          <w:tcPr>
            <w:tcW w:w="993" w:type="dxa"/>
          </w:tcPr>
          <w:p w14:paraId="43B794BD" w14:textId="77777777" w:rsidR="00F25E9F" w:rsidRDefault="00F25E9F" w:rsidP="007E5B69">
            <w:r>
              <w:rPr>
                <w:sz w:val="16"/>
              </w:rPr>
              <w:t>47</w:t>
            </w:r>
          </w:p>
        </w:tc>
        <w:tc>
          <w:tcPr>
            <w:tcW w:w="3685" w:type="dxa"/>
          </w:tcPr>
          <w:p w14:paraId="74D1F4FE" w14:textId="77777777" w:rsidR="00F25E9F" w:rsidRDefault="00F25E9F" w:rsidP="007E5B69">
            <w:r>
              <w:rPr>
                <w:sz w:val="16"/>
              </w:rPr>
              <w:t>№2 үлгідегі витрина-тумба</w:t>
            </w:r>
          </w:p>
        </w:tc>
        <w:tc>
          <w:tcPr>
            <w:tcW w:w="1696" w:type="dxa"/>
          </w:tcPr>
          <w:p w14:paraId="5539B2F6" w14:textId="77777777" w:rsidR="00F25E9F" w:rsidRDefault="00F25E9F" w:rsidP="007E5B69">
            <w:r>
              <w:rPr>
                <w:sz w:val="16"/>
              </w:rPr>
              <w:t>241500012478</w:t>
            </w:r>
          </w:p>
        </w:tc>
        <w:tc>
          <w:tcPr>
            <w:tcW w:w="1701" w:type="dxa"/>
          </w:tcPr>
          <w:p w14:paraId="21937A02" w14:textId="77777777" w:rsidR="00F25E9F" w:rsidRDefault="00F25E9F" w:rsidP="007E5B69">
            <w:r>
              <w:rPr>
                <w:sz w:val="16"/>
              </w:rPr>
              <w:t>57623.8</w:t>
            </w:r>
          </w:p>
        </w:tc>
        <w:tc>
          <w:tcPr>
            <w:tcW w:w="1701" w:type="dxa"/>
          </w:tcPr>
          <w:p w14:paraId="31BC751F" w14:textId="77777777" w:rsidR="00F25E9F" w:rsidRDefault="00F25E9F" w:rsidP="007E5B69">
            <w:r>
              <w:rPr>
                <w:sz w:val="16"/>
              </w:rPr>
              <w:t>0</w:t>
            </w:r>
          </w:p>
        </w:tc>
      </w:tr>
      <w:tr w:rsidR="00F25E9F" w14:paraId="4D40CBD9" w14:textId="77777777" w:rsidTr="00371F5F">
        <w:trPr>
          <w:jc w:val="center"/>
        </w:trPr>
        <w:tc>
          <w:tcPr>
            <w:tcW w:w="993" w:type="dxa"/>
          </w:tcPr>
          <w:p w14:paraId="005A3CC1" w14:textId="77777777" w:rsidR="00F25E9F" w:rsidRDefault="00F25E9F" w:rsidP="007E5B69">
            <w:r>
              <w:rPr>
                <w:sz w:val="16"/>
              </w:rPr>
              <w:t>48</w:t>
            </w:r>
          </w:p>
        </w:tc>
        <w:tc>
          <w:tcPr>
            <w:tcW w:w="3685" w:type="dxa"/>
          </w:tcPr>
          <w:p w14:paraId="20D9751B" w14:textId="77777777" w:rsidR="00F25E9F" w:rsidRDefault="00F25E9F" w:rsidP="007E5B69">
            <w:r>
              <w:rPr>
                <w:sz w:val="16"/>
              </w:rPr>
              <w:t>Өнеркәсіптік шаңсорғыш</w:t>
            </w:r>
          </w:p>
        </w:tc>
        <w:tc>
          <w:tcPr>
            <w:tcW w:w="1696" w:type="dxa"/>
          </w:tcPr>
          <w:p w14:paraId="129017F0" w14:textId="77777777" w:rsidR="00F25E9F" w:rsidRDefault="00F25E9F" w:rsidP="007E5B69">
            <w:r>
              <w:rPr>
                <w:sz w:val="16"/>
              </w:rPr>
              <w:t>241500012508</w:t>
            </w:r>
          </w:p>
        </w:tc>
        <w:tc>
          <w:tcPr>
            <w:tcW w:w="1701" w:type="dxa"/>
          </w:tcPr>
          <w:p w14:paraId="3CF2FE78" w14:textId="77777777" w:rsidR="00F25E9F" w:rsidRDefault="00F25E9F" w:rsidP="007E5B69">
            <w:r>
              <w:rPr>
                <w:sz w:val="16"/>
              </w:rPr>
              <w:t>284760</w:t>
            </w:r>
          </w:p>
        </w:tc>
        <w:tc>
          <w:tcPr>
            <w:tcW w:w="1701" w:type="dxa"/>
          </w:tcPr>
          <w:p w14:paraId="511928D8" w14:textId="77777777" w:rsidR="00F25E9F" w:rsidRDefault="00F25E9F" w:rsidP="007E5B69">
            <w:r>
              <w:rPr>
                <w:sz w:val="16"/>
              </w:rPr>
              <w:t>0</w:t>
            </w:r>
          </w:p>
        </w:tc>
      </w:tr>
      <w:tr w:rsidR="00F25E9F" w14:paraId="21865B0C" w14:textId="77777777" w:rsidTr="00371F5F">
        <w:trPr>
          <w:jc w:val="center"/>
        </w:trPr>
        <w:tc>
          <w:tcPr>
            <w:tcW w:w="993" w:type="dxa"/>
          </w:tcPr>
          <w:p w14:paraId="49D91474" w14:textId="77777777" w:rsidR="00F25E9F" w:rsidRDefault="00F25E9F" w:rsidP="007E5B69">
            <w:r>
              <w:rPr>
                <w:sz w:val="16"/>
              </w:rPr>
              <w:t>49</w:t>
            </w:r>
          </w:p>
        </w:tc>
        <w:tc>
          <w:tcPr>
            <w:tcW w:w="3685" w:type="dxa"/>
          </w:tcPr>
          <w:p w14:paraId="27F29111" w14:textId="77777777" w:rsidR="00F25E9F" w:rsidRPr="008240BA" w:rsidRDefault="00F25E9F" w:rsidP="007E5B69">
            <w:pPr>
              <w:rPr>
                <w:lang w:val="ru-RU"/>
              </w:rPr>
            </w:pPr>
            <w:r w:rsidRPr="008240BA">
              <w:rPr>
                <w:sz w:val="16"/>
                <w:lang w:val="ru-RU"/>
              </w:rPr>
              <w:t>«Энергомаш» ағаш жону станогы</w:t>
            </w:r>
          </w:p>
        </w:tc>
        <w:tc>
          <w:tcPr>
            <w:tcW w:w="1696" w:type="dxa"/>
          </w:tcPr>
          <w:p w14:paraId="55B2A705" w14:textId="77777777" w:rsidR="00F25E9F" w:rsidRDefault="00F25E9F" w:rsidP="007E5B69">
            <w:r>
              <w:rPr>
                <w:sz w:val="16"/>
              </w:rPr>
              <w:t>241500012511</w:t>
            </w:r>
          </w:p>
        </w:tc>
        <w:tc>
          <w:tcPr>
            <w:tcW w:w="1701" w:type="dxa"/>
          </w:tcPr>
          <w:p w14:paraId="41BE41BC" w14:textId="77777777" w:rsidR="00F25E9F" w:rsidRDefault="00F25E9F" w:rsidP="007E5B69">
            <w:r>
              <w:rPr>
                <w:sz w:val="16"/>
              </w:rPr>
              <w:t>45000</w:t>
            </w:r>
          </w:p>
        </w:tc>
        <w:tc>
          <w:tcPr>
            <w:tcW w:w="1701" w:type="dxa"/>
          </w:tcPr>
          <w:p w14:paraId="3AEC97BF" w14:textId="77777777" w:rsidR="00F25E9F" w:rsidRDefault="00F25E9F" w:rsidP="007E5B69">
            <w:r>
              <w:rPr>
                <w:sz w:val="16"/>
              </w:rPr>
              <w:t>0</w:t>
            </w:r>
          </w:p>
        </w:tc>
      </w:tr>
      <w:tr w:rsidR="00F25E9F" w14:paraId="0BA07D2F" w14:textId="77777777" w:rsidTr="00371F5F">
        <w:trPr>
          <w:jc w:val="center"/>
        </w:trPr>
        <w:tc>
          <w:tcPr>
            <w:tcW w:w="993" w:type="dxa"/>
          </w:tcPr>
          <w:p w14:paraId="3A5F9AF9" w14:textId="77777777" w:rsidR="00F25E9F" w:rsidRDefault="00F25E9F" w:rsidP="007E5B69">
            <w:r>
              <w:rPr>
                <w:sz w:val="16"/>
              </w:rPr>
              <w:t>50</w:t>
            </w:r>
          </w:p>
        </w:tc>
        <w:tc>
          <w:tcPr>
            <w:tcW w:w="3685" w:type="dxa"/>
          </w:tcPr>
          <w:p w14:paraId="00C92478" w14:textId="77777777" w:rsidR="00F25E9F" w:rsidRDefault="00F25E9F" w:rsidP="007E5B69">
            <w:r>
              <w:rPr>
                <w:sz w:val="16"/>
              </w:rPr>
              <w:t>Үстел тақтайы</w:t>
            </w:r>
          </w:p>
        </w:tc>
        <w:tc>
          <w:tcPr>
            <w:tcW w:w="1696" w:type="dxa"/>
          </w:tcPr>
          <w:p w14:paraId="7A4EF6A0" w14:textId="77777777" w:rsidR="00F25E9F" w:rsidRDefault="00F25E9F" w:rsidP="007E5B69">
            <w:r>
              <w:rPr>
                <w:sz w:val="16"/>
              </w:rPr>
              <w:t>241500012524</w:t>
            </w:r>
          </w:p>
        </w:tc>
        <w:tc>
          <w:tcPr>
            <w:tcW w:w="1701" w:type="dxa"/>
          </w:tcPr>
          <w:p w14:paraId="42585AA6" w14:textId="77777777" w:rsidR="00F25E9F" w:rsidRDefault="00F25E9F" w:rsidP="007E5B69">
            <w:r>
              <w:rPr>
                <w:sz w:val="16"/>
              </w:rPr>
              <w:t>50000</w:t>
            </w:r>
          </w:p>
        </w:tc>
        <w:tc>
          <w:tcPr>
            <w:tcW w:w="1701" w:type="dxa"/>
          </w:tcPr>
          <w:p w14:paraId="529A7C54" w14:textId="77777777" w:rsidR="00F25E9F" w:rsidRDefault="00F25E9F" w:rsidP="007E5B69">
            <w:r>
              <w:rPr>
                <w:sz w:val="16"/>
              </w:rPr>
              <w:t>0</w:t>
            </w:r>
          </w:p>
        </w:tc>
      </w:tr>
      <w:tr w:rsidR="00F25E9F" w14:paraId="4EA6E406" w14:textId="77777777" w:rsidTr="00371F5F">
        <w:trPr>
          <w:jc w:val="center"/>
        </w:trPr>
        <w:tc>
          <w:tcPr>
            <w:tcW w:w="993" w:type="dxa"/>
          </w:tcPr>
          <w:p w14:paraId="26EF1F4F" w14:textId="77777777" w:rsidR="00F25E9F" w:rsidRDefault="00F25E9F" w:rsidP="007E5B69">
            <w:r>
              <w:rPr>
                <w:sz w:val="16"/>
              </w:rPr>
              <w:lastRenderedPageBreak/>
              <w:t>51</w:t>
            </w:r>
          </w:p>
        </w:tc>
        <w:tc>
          <w:tcPr>
            <w:tcW w:w="3685" w:type="dxa"/>
          </w:tcPr>
          <w:p w14:paraId="3E90EC1F" w14:textId="77777777" w:rsidR="00F25E9F" w:rsidRDefault="00F25E9F" w:rsidP="007E5B69">
            <w:r>
              <w:rPr>
                <w:sz w:val="16"/>
              </w:rPr>
              <w:t>ISO орындығы /4</w:t>
            </w:r>
          </w:p>
        </w:tc>
        <w:tc>
          <w:tcPr>
            <w:tcW w:w="1696" w:type="dxa"/>
          </w:tcPr>
          <w:p w14:paraId="3A2BB30D" w14:textId="77777777" w:rsidR="00F25E9F" w:rsidRDefault="00F25E9F" w:rsidP="007E5B69">
            <w:r>
              <w:rPr>
                <w:sz w:val="16"/>
              </w:rPr>
              <w:t>241500012525</w:t>
            </w:r>
          </w:p>
        </w:tc>
        <w:tc>
          <w:tcPr>
            <w:tcW w:w="1701" w:type="dxa"/>
          </w:tcPr>
          <w:p w14:paraId="3980C939" w14:textId="77777777" w:rsidR="00F25E9F" w:rsidRDefault="00F25E9F" w:rsidP="007E5B69">
            <w:r>
              <w:rPr>
                <w:sz w:val="16"/>
              </w:rPr>
              <w:t>3598</w:t>
            </w:r>
          </w:p>
        </w:tc>
        <w:tc>
          <w:tcPr>
            <w:tcW w:w="1701" w:type="dxa"/>
          </w:tcPr>
          <w:p w14:paraId="1CB45ED5" w14:textId="77777777" w:rsidR="00F25E9F" w:rsidRDefault="00F25E9F" w:rsidP="007E5B69">
            <w:r>
              <w:rPr>
                <w:sz w:val="16"/>
              </w:rPr>
              <w:t>0</w:t>
            </w:r>
          </w:p>
        </w:tc>
      </w:tr>
      <w:tr w:rsidR="00F25E9F" w14:paraId="44F7BFC0" w14:textId="77777777" w:rsidTr="00371F5F">
        <w:trPr>
          <w:jc w:val="center"/>
        </w:trPr>
        <w:tc>
          <w:tcPr>
            <w:tcW w:w="993" w:type="dxa"/>
          </w:tcPr>
          <w:p w14:paraId="7386A16E" w14:textId="77777777" w:rsidR="00F25E9F" w:rsidRDefault="00F25E9F" w:rsidP="007E5B69">
            <w:r>
              <w:rPr>
                <w:sz w:val="16"/>
              </w:rPr>
              <w:t>52</w:t>
            </w:r>
          </w:p>
        </w:tc>
        <w:tc>
          <w:tcPr>
            <w:tcW w:w="3685" w:type="dxa"/>
          </w:tcPr>
          <w:p w14:paraId="0EEBDE58" w14:textId="77777777" w:rsidR="00F25E9F" w:rsidRDefault="00F25E9F" w:rsidP="007E5B69">
            <w:r>
              <w:rPr>
                <w:sz w:val="16"/>
              </w:rPr>
              <w:t>ISO орындығы /5</w:t>
            </w:r>
          </w:p>
        </w:tc>
        <w:tc>
          <w:tcPr>
            <w:tcW w:w="1696" w:type="dxa"/>
          </w:tcPr>
          <w:p w14:paraId="45EFFBDD" w14:textId="77777777" w:rsidR="00F25E9F" w:rsidRDefault="00F25E9F" w:rsidP="007E5B69">
            <w:r>
              <w:rPr>
                <w:sz w:val="16"/>
              </w:rPr>
              <w:t>241500012526</w:t>
            </w:r>
          </w:p>
        </w:tc>
        <w:tc>
          <w:tcPr>
            <w:tcW w:w="1701" w:type="dxa"/>
          </w:tcPr>
          <w:p w14:paraId="229E2AB9" w14:textId="77777777" w:rsidR="00F25E9F" w:rsidRDefault="00F25E9F" w:rsidP="007E5B69">
            <w:r>
              <w:rPr>
                <w:sz w:val="16"/>
              </w:rPr>
              <w:t>3598</w:t>
            </w:r>
          </w:p>
        </w:tc>
        <w:tc>
          <w:tcPr>
            <w:tcW w:w="1701" w:type="dxa"/>
          </w:tcPr>
          <w:p w14:paraId="28D9C217" w14:textId="77777777" w:rsidR="00F25E9F" w:rsidRDefault="00F25E9F" w:rsidP="007E5B69">
            <w:r>
              <w:rPr>
                <w:sz w:val="16"/>
              </w:rPr>
              <w:t>0</w:t>
            </w:r>
          </w:p>
        </w:tc>
      </w:tr>
      <w:tr w:rsidR="00F25E9F" w14:paraId="62CC7D5C" w14:textId="77777777" w:rsidTr="00371F5F">
        <w:trPr>
          <w:jc w:val="center"/>
        </w:trPr>
        <w:tc>
          <w:tcPr>
            <w:tcW w:w="993" w:type="dxa"/>
          </w:tcPr>
          <w:p w14:paraId="6F8408F5" w14:textId="77777777" w:rsidR="00F25E9F" w:rsidRDefault="00F25E9F" w:rsidP="007E5B69">
            <w:r>
              <w:rPr>
                <w:sz w:val="16"/>
              </w:rPr>
              <w:t>53</w:t>
            </w:r>
          </w:p>
        </w:tc>
        <w:tc>
          <w:tcPr>
            <w:tcW w:w="3685" w:type="dxa"/>
          </w:tcPr>
          <w:p w14:paraId="37588189" w14:textId="77777777" w:rsidR="00F25E9F" w:rsidRDefault="00F25E9F" w:rsidP="007E5B69">
            <w:r>
              <w:rPr>
                <w:sz w:val="16"/>
              </w:rPr>
              <w:t>ISO орындығы /6</w:t>
            </w:r>
          </w:p>
        </w:tc>
        <w:tc>
          <w:tcPr>
            <w:tcW w:w="1696" w:type="dxa"/>
          </w:tcPr>
          <w:p w14:paraId="7495C1A7" w14:textId="77777777" w:rsidR="00F25E9F" w:rsidRDefault="00F25E9F" w:rsidP="007E5B69">
            <w:r>
              <w:rPr>
                <w:sz w:val="16"/>
              </w:rPr>
              <w:t>241500012527</w:t>
            </w:r>
          </w:p>
        </w:tc>
        <w:tc>
          <w:tcPr>
            <w:tcW w:w="1701" w:type="dxa"/>
          </w:tcPr>
          <w:p w14:paraId="3033193B" w14:textId="77777777" w:rsidR="00F25E9F" w:rsidRDefault="00F25E9F" w:rsidP="007E5B69">
            <w:r>
              <w:rPr>
                <w:sz w:val="16"/>
              </w:rPr>
              <w:t>3598</w:t>
            </w:r>
          </w:p>
        </w:tc>
        <w:tc>
          <w:tcPr>
            <w:tcW w:w="1701" w:type="dxa"/>
          </w:tcPr>
          <w:p w14:paraId="335BC620" w14:textId="77777777" w:rsidR="00F25E9F" w:rsidRDefault="00F25E9F" w:rsidP="007E5B69">
            <w:r>
              <w:rPr>
                <w:sz w:val="16"/>
              </w:rPr>
              <w:t>0</w:t>
            </w:r>
          </w:p>
        </w:tc>
      </w:tr>
      <w:tr w:rsidR="00F25E9F" w14:paraId="61A9BADA" w14:textId="77777777" w:rsidTr="00371F5F">
        <w:trPr>
          <w:jc w:val="center"/>
        </w:trPr>
        <w:tc>
          <w:tcPr>
            <w:tcW w:w="993" w:type="dxa"/>
          </w:tcPr>
          <w:p w14:paraId="59F2140D" w14:textId="77777777" w:rsidR="00F25E9F" w:rsidRDefault="00F25E9F" w:rsidP="007E5B69">
            <w:r>
              <w:rPr>
                <w:sz w:val="16"/>
              </w:rPr>
              <w:t>54</w:t>
            </w:r>
          </w:p>
        </w:tc>
        <w:tc>
          <w:tcPr>
            <w:tcW w:w="3685" w:type="dxa"/>
          </w:tcPr>
          <w:p w14:paraId="36F82A90" w14:textId="77777777" w:rsidR="00F25E9F" w:rsidRDefault="00F25E9F" w:rsidP="007E5B69">
            <w:r>
              <w:rPr>
                <w:sz w:val="16"/>
              </w:rPr>
              <w:t>ISO орындығы /7</w:t>
            </w:r>
          </w:p>
        </w:tc>
        <w:tc>
          <w:tcPr>
            <w:tcW w:w="1696" w:type="dxa"/>
          </w:tcPr>
          <w:p w14:paraId="47B565FF" w14:textId="77777777" w:rsidR="00F25E9F" w:rsidRDefault="00F25E9F" w:rsidP="007E5B69">
            <w:r>
              <w:rPr>
                <w:sz w:val="16"/>
              </w:rPr>
              <w:t>241500012528</w:t>
            </w:r>
          </w:p>
        </w:tc>
        <w:tc>
          <w:tcPr>
            <w:tcW w:w="1701" w:type="dxa"/>
          </w:tcPr>
          <w:p w14:paraId="1516C4C7" w14:textId="77777777" w:rsidR="00F25E9F" w:rsidRDefault="00F25E9F" w:rsidP="007E5B69">
            <w:r>
              <w:rPr>
                <w:sz w:val="16"/>
              </w:rPr>
              <w:t>3598</w:t>
            </w:r>
          </w:p>
        </w:tc>
        <w:tc>
          <w:tcPr>
            <w:tcW w:w="1701" w:type="dxa"/>
          </w:tcPr>
          <w:p w14:paraId="2587B14E" w14:textId="77777777" w:rsidR="00F25E9F" w:rsidRDefault="00F25E9F" w:rsidP="007E5B69">
            <w:r>
              <w:rPr>
                <w:sz w:val="16"/>
              </w:rPr>
              <w:t>0</w:t>
            </w:r>
          </w:p>
        </w:tc>
      </w:tr>
      <w:tr w:rsidR="00F25E9F" w14:paraId="43390292" w14:textId="77777777" w:rsidTr="00371F5F">
        <w:trPr>
          <w:jc w:val="center"/>
        </w:trPr>
        <w:tc>
          <w:tcPr>
            <w:tcW w:w="993" w:type="dxa"/>
          </w:tcPr>
          <w:p w14:paraId="47721BE8" w14:textId="77777777" w:rsidR="00F25E9F" w:rsidRDefault="00F25E9F" w:rsidP="007E5B69">
            <w:r>
              <w:rPr>
                <w:sz w:val="16"/>
              </w:rPr>
              <w:t>55</w:t>
            </w:r>
          </w:p>
        </w:tc>
        <w:tc>
          <w:tcPr>
            <w:tcW w:w="3685" w:type="dxa"/>
          </w:tcPr>
          <w:p w14:paraId="7FA55D88" w14:textId="77777777" w:rsidR="00F25E9F" w:rsidRDefault="00F25E9F" w:rsidP="007E5B69">
            <w:r>
              <w:rPr>
                <w:sz w:val="16"/>
              </w:rPr>
              <w:t>ISO орындығы /8</w:t>
            </w:r>
          </w:p>
        </w:tc>
        <w:tc>
          <w:tcPr>
            <w:tcW w:w="1696" w:type="dxa"/>
          </w:tcPr>
          <w:p w14:paraId="1C32141C" w14:textId="77777777" w:rsidR="00F25E9F" w:rsidRDefault="00F25E9F" w:rsidP="007E5B69">
            <w:r>
              <w:rPr>
                <w:sz w:val="16"/>
              </w:rPr>
              <w:t>241500012529</w:t>
            </w:r>
          </w:p>
        </w:tc>
        <w:tc>
          <w:tcPr>
            <w:tcW w:w="1701" w:type="dxa"/>
          </w:tcPr>
          <w:p w14:paraId="483A2AC5" w14:textId="77777777" w:rsidR="00F25E9F" w:rsidRDefault="00F25E9F" w:rsidP="007E5B69">
            <w:r>
              <w:rPr>
                <w:sz w:val="16"/>
              </w:rPr>
              <w:t>3598</w:t>
            </w:r>
          </w:p>
        </w:tc>
        <w:tc>
          <w:tcPr>
            <w:tcW w:w="1701" w:type="dxa"/>
          </w:tcPr>
          <w:p w14:paraId="7A87B509" w14:textId="77777777" w:rsidR="00F25E9F" w:rsidRDefault="00F25E9F" w:rsidP="007E5B69">
            <w:r>
              <w:rPr>
                <w:sz w:val="16"/>
              </w:rPr>
              <w:t>0</w:t>
            </w:r>
          </w:p>
        </w:tc>
      </w:tr>
      <w:tr w:rsidR="00F25E9F" w14:paraId="225034CE" w14:textId="77777777" w:rsidTr="00371F5F">
        <w:trPr>
          <w:jc w:val="center"/>
        </w:trPr>
        <w:tc>
          <w:tcPr>
            <w:tcW w:w="993" w:type="dxa"/>
          </w:tcPr>
          <w:p w14:paraId="7D246EE1" w14:textId="77777777" w:rsidR="00F25E9F" w:rsidRDefault="00F25E9F" w:rsidP="007E5B69">
            <w:r>
              <w:rPr>
                <w:sz w:val="16"/>
              </w:rPr>
              <w:t>56</w:t>
            </w:r>
          </w:p>
        </w:tc>
        <w:tc>
          <w:tcPr>
            <w:tcW w:w="3685" w:type="dxa"/>
          </w:tcPr>
          <w:p w14:paraId="79BEB7C1" w14:textId="77777777" w:rsidR="00F25E9F" w:rsidRDefault="00F25E9F" w:rsidP="007E5B69">
            <w:r>
              <w:rPr>
                <w:sz w:val="16"/>
              </w:rPr>
              <w:t>ISO орындығы /9</w:t>
            </w:r>
          </w:p>
        </w:tc>
        <w:tc>
          <w:tcPr>
            <w:tcW w:w="1696" w:type="dxa"/>
          </w:tcPr>
          <w:p w14:paraId="1CD2FB98" w14:textId="77777777" w:rsidR="00F25E9F" w:rsidRDefault="00F25E9F" w:rsidP="007E5B69">
            <w:r>
              <w:rPr>
                <w:sz w:val="16"/>
              </w:rPr>
              <w:t>241500012530</w:t>
            </w:r>
          </w:p>
        </w:tc>
        <w:tc>
          <w:tcPr>
            <w:tcW w:w="1701" w:type="dxa"/>
          </w:tcPr>
          <w:p w14:paraId="650AA785" w14:textId="77777777" w:rsidR="00F25E9F" w:rsidRDefault="00F25E9F" w:rsidP="007E5B69">
            <w:r>
              <w:rPr>
                <w:sz w:val="16"/>
              </w:rPr>
              <w:t>3598</w:t>
            </w:r>
          </w:p>
        </w:tc>
        <w:tc>
          <w:tcPr>
            <w:tcW w:w="1701" w:type="dxa"/>
          </w:tcPr>
          <w:p w14:paraId="64C98716" w14:textId="77777777" w:rsidR="00F25E9F" w:rsidRDefault="00F25E9F" w:rsidP="007E5B69">
            <w:r>
              <w:rPr>
                <w:sz w:val="16"/>
              </w:rPr>
              <w:t>0</w:t>
            </w:r>
          </w:p>
        </w:tc>
      </w:tr>
      <w:tr w:rsidR="00F25E9F" w14:paraId="0896658B" w14:textId="77777777" w:rsidTr="00371F5F">
        <w:trPr>
          <w:jc w:val="center"/>
        </w:trPr>
        <w:tc>
          <w:tcPr>
            <w:tcW w:w="993" w:type="dxa"/>
          </w:tcPr>
          <w:p w14:paraId="7A068631" w14:textId="77777777" w:rsidR="00F25E9F" w:rsidRDefault="00F25E9F" w:rsidP="007E5B69">
            <w:r>
              <w:rPr>
                <w:sz w:val="16"/>
              </w:rPr>
              <w:t>57</w:t>
            </w:r>
          </w:p>
        </w:tc>
        <w:tc>
          <w:tcPr>
            <w:tcW w:w="3685" w:type="dxa"/>
          </w:tcPr>
          <w:p w14:paraId="67571151" w14:textId="77777777" w:rsidR="00F25E9F" w:rsidRDefault="00F25E9F" w:rsidP="007E5B69">
            <w:r>
              <w:rPr>
                <w:sz w:val="16"/>
              </w:rPr>
              <w:t>Тилиаш-1</w:t>
            </w:r>
          </w:p>
        </w:tc>
        <w:tc>
          <w:tcPr>
            <w:tcW w:w="1696" w:type="dxa"/>
          </w:tcPr>
          <w:p w14:paraId="43E435E4" w14:textId="77777777" w:rsidR="00F25E9F" w:rsidRDefault="00F25E9F" w:rsidP="007E5B69">
            <w:r>
              <w:rPr>
                <w:sz w:val="16"/>
              </w:rPr>
              <w:t>241500012533</w:t>
            </w:r>
          </w:p>
        </w:tc>
        <w:tc>
          <w:tcPr>
            <w:tcW w:w="1701" w:type="dxa"/>
          </w:tcPr>
          <w:p w14:paraId="24F44405" w14:textId="77777777" w:rsidR="00F25E9F" w:rsidRDefault="00F25E9F" w:rsidP="007E5B69">
            <w:r>
              <w:rPr>
                <w:sz w:val="16"/>
              </w:rPr>
              <w:t>19000</w:t>
            </w:r>
          </w:p>
        </w:tc>
        <w:tc>
          <w:tcPr>
            <w:tcW w:w="1701" w:type="dxa"/>
          </w:tcPr>
          <w:p w14:paraId="49E245A3" w14:textId="77777777" w:rsidR="00F25E9F" w:rsidRDefault="00F25E9F" w:rsidP="007E5B69">
            <w:r>
              <w:rPr>
                <w:sz w:val="16"/>
              </w:rPr>
              <w:t>0</w:t>
            </w:r>
          </w:p>
        </w:tc>
      </w:tr>
      <w:tr w:rsidR="00F25E9F" w14:paraId="02E9C704" w14:textId="77777777" w:rsidTr="00371F5F">
        <w:trPr>
          <w:jc w:val="center"/>
        </w:trPr>
        <w:tc>
          <w:tcPr>
            <w:tcW w:w="993" w:type="dxa"/>
          </w:tcPr>
          <w:p w14:paraId="0CC24B7C" w14:textId="77777777" w:rsidR="00F25E9F" w:rsidRDefault="00F25E9F" w:rsidP="007E5B69">
            <w:r>
              <w:rPr>
                <w:sz w:val="16"/>
              </w:rPr>
              <w:t>58</w:t>
            </w:r>
          </w:p>
        </w:tc>
        <w:tc>
          <w:tcPr>
            <w:tcW w:w="3685" w:type="dxa"/>
          </w:tcPr>
          <w:p w14:paraId="14D67A30" w14:textId="77777777" w:rsidR="00F25E9F" w:rsidRDefault="00F25E9F" w:rsidP="007E5B69">
            <w:r>
              <w:rPr>
                <w:sz w:val="16"/>
              </w:rPr>
              <w:t>Картотекаға арналған шкаф, түгендеу № 162100157</w:t>
            </w:r>
          </w:p>
        </w:tc>
        <w:tc>
          <w:tcPr>
            <w:tcW w:w="1696" w:type="dxa"/>
          </w:tcPr>
          <w:p w14:paraId="2257428D" w14:textId="77777777" w:rsidR="00F25E9F" w:rsidRDefault="00F25E9F" w:rsidP="007E5B69">
            <w:r>
              <w:rPr>
                <w:sz w:val="16"/>
              </w:rPr>
              <w:t>241500012548</w:t>
            </w:r>
          </w:p>
        </w:tc>
        <w:tc>
          <w:tcPr>
            <w:tcW w:w="1701" w:type="dxa"/>
          </w:tcPr>
          <w:p w14:paraId="08A0CD22" w14:textId="77777777" w:rsidR="00F25E9F" w:rsidRDefault="00F25E9F" w:rsidP="007E5B69">
            <w:r>
              <w:rPr>
                <w:sz w:val="16"/>
              </w:rPr>
              <w:t>60970</w:t>
            </w:r>
          </w:p>
        </w:tc>
        <w:tc>
          <w:tcPr>
            <w:tcW w:w="1701" w:type="dxa"/>
          </w:tcPr>
          <w:p w14:paraId="1BEA346C" w14:textId="77777777" w:rsidR="00F25E9F" w:rsidRDefault="00F25E9F" w:rsidP="007E5B69">
            <w:r>
              <w:rPr>
                <w:sz w:val="16"/>
              </w:rPr>
              <w:t>0</w:t>
            </w:r>
          </w:p>
        </w:tc>
      </w:tr>
      <w:tr w:rsidR="00F25E9F" w14:paraId="5B937E2E" w14:textId="77777777" w:rsidTr="00371F5F">
        <w:trPr>
          <w:jc w:val="center"/>
        </w:trPr>
        <w:tc>
          <w:tcPr>
            <w:tcW w:w="993" w:type="dxa"/>
          </w:tcPr>
          <w:p w14:paraId="5D848545" w14:textId="77777777" w:rsidR="00F25E9F" w:rsidRDefault="00F25E9F" w:rsidP="007E5B69">
            <w:r>
              <w:rPr>
                <w:sz w:val="16"/>
              </w:rPr>
              <w:t>59</w:t>
            </w:r>
          </w:p>
        </w:tc>
        <w:tc>
          <w:tcPr>
            <w:tcW w:w="3685" w:type="dxa"/>
          </w:tcPr>
          <w:p w14:paraId="3FF99756" w14:textId="77777777" w:rsidR="00F25E9F" w:rsidRDefault="00F25E9F" w:rsidP="007E5B69">
            <w:r>
              <w:rPr>
                <w:sz w:val="16"/>
              </w:rPr>
              <w:t>Металл іздегіш</w:t>
            </w:r>
          </w:p>
        </w:tc>
        <w:tc>
          <w:tcPr>
            <w:tcW w:w="1696" w:type="dxa"/>
          </w:tcPr>
          <w:p w14:paraId="6FD8990E" w14:textId="77777777" w:rsidR="00F25E9F" w:rsidRDefault="00F25E9F" w:rsidP="007E5B69">
            <w:r>
              <w:rPr>
                <w:sz w:val="16"/>
              </w:rPr>
              <w:t>241500012562</w:t>
            </w:r>
          </w:p>
        </w:tc>
        <w:tc>
          <w:tcPr>
            <w:tcW w:w="1701" w:type="dxa"/>
          </w:tcPr>
          <w:p w14:paraId="63749B8E" w14:textId="77777777" w:rsidR="00F25E9F" w:rsidRDefault="00F25E9F" w:rsidP="007E5B69">
            <w:r>
              <w:rPr>
                <w:sz w:val="16"/>
              </w:rPr>
              <w:t>42550</w:t>
            </w:r>
          </w:p>
        </w:tc>
        <w:tc>
          <w:tcPr>
            <w:tcW w:w="1701" w:type="dxa"/>
          </w:tcPr>
          <w:p w14:paraId="0B807EF7" w14:textId="77777777" w:rsidR="00F25E9F" w:rsidRDefault="00F25E9F" w:rsidP="007E5B69">
            <w:r>
              <w:rPr>
                <w:sz w:val="16"/>
              </w:rPr>
              <w:t>0</w:t>
            </w:r>
          </w:p>
        </w:tc>
      </w:tr>
      <w:tr w:rsidR="00F25E9F" w14:paraId="47F895C1" w14:textId="77777777" w:rsidTr="00371F5F">
        <w:trPr>
          <w:jc w:val="center"/>
        </w:trPr>
        <w:tc>
          <w:tcPr>
            <w:tcW w:w="993" w:type="dxa"/>
          </w:tcPr>
          <w:p w14:paraId="445C8A3F" w14:textId="77777777" w:rsidR="00F25E9F" w:rsidRDefault="00F25E9F" w:rsidP="007E5B69">
            <w:r>
              <w:rPr>
                <w:sz w:val="16"/>
              </w:rPr>
              <w:t>60</w:t>
            </w:r>
          </w:p>
        </w:tc>
        <w:tc>
          <w:tcPr>
            <w:tcW w:w="3685" w:type="dxa"/>
          </w:tcPr>
          <w:p w14:paraId="2D305D11" w14:textId="77777777" w:rsidR="00F25E9F" w:rsidRDefault="00F25E9F" w:rsidP="007E5B69">
            <w:r>
              <w:rPr>
                <w:sz w:val="16"/>
              </w:rPr>
              <w:t>Қоңыр жұмсақ ағаш орындық</w:t>
            </w:r>
          </w:p>
        </w:tc>
        <w:tc>
          <w:tcPr>
            <w:tcW w:w="1696" w:type="dxa"/>
          </w:tcPr>
          <w:p w14:paraId="4A68C9C4" w14:textId="77777777" w:rsidR="00F25E9F" w:rsidRDefault="00F25E9F" w:rsidP="007E5B69">
            <w:r>
              <w:rPr>
                <w:sz w:val="16"/>
              </w:rPr>
              <w:t>241500012599</w:t>
            </w:r>
          </w:p>
        </w:tc>
        <w:tc>
          <w:tcPr>
            <w:tcW w:w="1701" w:type="dxa"/>
          </w:tcPr>
          <w:p w14:paraId="311130DB" w14:textId="77777777" w:rsidR="00F25E9F" w:rsidRDefault="00F25E9F" w:rsidP="007E5B69">
            <w:r>
              <w:rPr>
                <w:sz w:val="16"/>
              </w:rPr>
              <w:t>9000</w:t>
            </w:r>
          </w:p>
        </w:tc>
        <w:tc>
          <w:tcPr>
            <w:tcW w:w="1701" w:type="dxa"/>
          </w:tcPr>
          <w:p w14:paraId="7B8C146D" w14:textId="77777777" w:rsidR="00F25E9F" w:rsidRDefault="00F25E9F" w:rsidP="007E5B69">
            <w:r>
              <w:rPr>
                <w:sz w:val="16"/>
              </w:rPr>
              <w:t>0</w:t>
            </w:r>
          </w:p>
        </w:tc>
      </w:tr>
      <w:tr w:rsidR="00F25E9F" w14:paraId="5A115487" w14:textId="77777777" w:rsidTr="00371F5F">
        <w:trPr>
          <w:jc w:val="center"/>
        </w:trPr>
        <w:tc>
          <w:tcPr>
            <w:tcW w:w="993" w:type="dxa"/>
          </w:tcPr>
          <w:p w14:paraId="2695E634" w14:textId="77777777" w:rsidR="00F25E9F" w:rsidRDefault="00F25E9F" w:rsidP="007E5B69">
            <w:r>
              <w:rPr>
                <w:sz w:val="16"/>
              </w:rPr>
              <w:t>61</w:t>
            </w:r>
          </w:p>
        </w:tc>
        <w:tc>
          <w:tcPr>
            <w:tcW w:w="3685" w:type="dxa"/>
          </w:tcPr>
          <w:p w14:paraId="5FAD319B" w14:textId="77777777" w:rsidR="00F25E9F" w:rsidRDefault="00F25E9F" w:rsidP="007E5B69">
            <w:r>
              <w:rPr>
                <w:sz w:val="16"/>
              </w:rPr>
              <w:t>Қоңыр жұмсақ ағаш орындық 10</w:t>
            </w:r>
          </w:p>
        </w:tc>
        <w:tc>
          <w:tcPr>
            <w:tcW w:w="1696" w:type="dxa"/>
          </w:tcPr>
          <w:p w14:paraId="5DAA3C56" w14:textId="77777777" w:rsidR="00F25E9F" w:rsidRDefault="00F25E9F" w:rsidP="007E5B69">
            <w:r>
              <w:rPr>
                <w:sz w:val="16"/>
              </w:rPr>
              <w:t>241500012600</w:t>
            </w:r>
          </w:p>
        </w:tc>
        <w:tc>
          <w:tcPr>
            <w:tcW w:w="1701" w:type="dxa"/>
          </w:tcPr>
          <w:p w14:paraId="66D99E35" w14:textId="77777777" w:rsidR="00F25E9F" w:rsidRDefault="00F25E9F" w:rsidP="007E5B69">
            <w:r>
              <w:rPr>
                <w:sz w:val="16"/>
              </w:rPr>
              <w:t>9000</w:t>
            </w:r>
          </w:p>
        </w:tc>
        <w:tc>
          <w:tcPr>
            <w:tcW w:w="1701" w:type="dxa"/>
          </w:tcPr>
          <w:p w14:paraId="459757D5" w14:textId="77777777" w:rsidR="00F25E9F" w:rsidRDefault="00F25E9F" w:rsidP="007E5B69">
            <w:r>
              <w:rPr>
                <w:sz w:val="16"/>
              </w:rPr>
              <w:t>0</w:t>
            </w:r>
          </w:p>
        </w:tc>
      </w:tr>
      <w:tr w:rsidR="00F25E9F" w14:paraId="7086B9BD" w14:textId="77777777" w:rsidTr="00371F5F">
        <w:trPr>
          <w:jc w:val="center"/>
        </w:trPr>
        <w:tc>
          <w:tcPr>
            <w:tcW w:w="993" w:type="dxa"/>
          </w:tcPr>
          <w:p w14:paraId="65E4AA30" w14:textId="77777777" w:rsidR="00F25E9F" w:rsidRDefault="00F25E9F" w:rsidP="007E5B69">
            <w:r>
              <w:rPr>
                <w:sz w:val="16"/>
              </w:rPr>
              <w:t>62</w:t>
            </w:r>
          </w:p>
        </w:tc>
        <w:tc>
          <w:tcPr>
            <w:tcW w:w="3685" w:type="dxa"/>
          </w:tcPr>
          <w:p w14:paraId="1061E9E7" w14:textId="77777777" w:rsidR="00F25E9F" w:rsidRDefault="00F25E9F" w:rsidP="007E5B69">
            <w:r>
              <w:rPr>
                <w:sz w:val="16"/>
              </w:rPr>
              <w:t>Қоңыр жұмсақ ағаш орындық 11</w:t>
            </w:r>
          </w:p>
        </w:tc>
        <w:tc>
          <w:tcPr>
            <w:tcW w:w="1696" w:type="dxa"/>
          </w:tcPr>
          <w:p w14:paraId="7F3726DA" w14:textId="77777777" w:rsidR="00F25E9F" w:rsidRDefault="00F25E9F" w:rsidP="007E5B69">
            <w:r>
              <w:rPr>
                <w:sz w:val="16"/>
              </w:rPr>
              <w:t>241500012601</w:t>
            </w:r>
          </w:p>
        </w:tc>
        <w:tc>
          <w:tcPr>
            <w:tcW w:w="1701" w:type="dxa"/>
          </w:tcPr>
          <w:p w14:paraId="01DA6373" w14:textId="77777777" w:rsidR="00F25E9F" w:rsidRDefault="00F25E9F" w:rsidP="007E5B69">
            <w:r>
              <w:rPr>
                <w:sz w:val="16"/>
              </w:rPr>
              <w:t>9000</w:t>
            </w:r>
          </w:p>
        </w:tc>
        <w:tc>
          <w:tcPr>
            <w:tcW w:w="1701" w:type="dxa"/>
          </w:tcPr>
          <w:p w14:paraId="3225D5C5" w14:textId="77777777" w:rsidR="00F25E9F" w:rsidRDefault="00F25E9F" w:rsidP="007E5B69">
            <w:r>
              <w:rPr>
                <w:sz w:val="16"/>
              </w:rPr>
              <w:t>0</w:t>
            </w:r>
          </w:p>
        </w:tc>
      </w:tr>
      <w:tr w:rsidR="00F25E9F" w14:paraId="11BA86C6" w14:textId="77777777" w:rsidTr="00371F5F">
        <w:trPr>
          <w:jc w:val="center"/>
        </w:trPr>
        <w:tc>
          <w:tcPr>
            <w:tcW w:w="993" w:type="dxa"/>
          </w:tcPr>
          <w:p w14:paraId="7B9069F6" w14:textId="77777777" w:rsidR="00F25E9F" w:rsidRDefault="00F25E9F" w:rsidP="007E5B69">
            <w:r>
              <w:rPr>
                <w:sz w:val="16"/>
              </w:rPr>
              <w:t>63</w:t>
            </w:r>
          </w:p>
        </w:tc>
        <w:tc>
          <w:tcPr>
            <w:tcW w:w="3685" w:type="dxa"/>
          </w:tcPr>
          <w:p w14:paraId="6E3E0E8E" w14:textId="77777777" w:rsidR="00F25E9F" w:rsidRDefault="00F25E9F" w:rsidP="007E5B69">
            <w:r>
              <w:rPr>
                <w:sz w:val="16"/>
              </w:rPr>
              <w:t>Қоңыр жұмсақ ағаш орындық 2</w:t>
            </w:r>
          </w:p>
        </w:tc>
        <w:tc>
          <w:tcPr>
            <w:tcW w:w="1696" w:type="dxa"/>
          </w:tcPr>
          <w:p w14:paraId="5D5D69F5" w14:textId="77777777" w:rsidR="00F25E9F" w:rsidRDefault="00F25E9F" w:rsidP="007E5B69">
            <w:r>
              <w:rPr>
                <w:sz w:val="16"/>
              </w:rPr>
              <w:t>241500012602</w:t>
            </w:r>
          </w:p>
        </w:tc>
        <w:tc>
          <w:tcPr>
            <w:tcW w:w="1701" w:type="dxa"/>
          </w:tcPr>
          <w:p w14:paraId="63B6C2A7" w14:textId="77777777" w:rsidR="00F25E9F" w:rsidRDefault="00F25E9F" w:rsidP="007E5B69">
            <w:r>
              <w:rPr>
                <w:sz w:val="16"/>
              </w:rPr>
              <w:t>9000</w:t>
            </w:r>
          </w:p>
        </w:tc>
        <w:tc>
          <w:tcPr>
            <w:tcW w:w="1701" w:type="dxa"/>
          </w:tcPr>
          <w:p w14:paraId="75567B06" w14:textId="77777777" w:rsidR="00F25E9F" w:rsidRDefault="00F25E9F" w:rsidP="007E5B69">
            <w:r>
              <w:rPr>
                <w:sz w:val="16"/>
              </w:rPr>
              <w:t>0</w:t>
            </w:r>
          </w:p>
        </w:tc>
      </w:tr>
      <w:tr w:rsidR="00F25E9F" w14:paraId="1866F471" w14:textId="77777777" w:rsidTr="00371F5F">
        <w:trPr>
          <w:jc w:val="center"/>
        </w:trPr>
        <w:tc>
          <w:tcPr>
            <w:tcW w:w="993" w:type="dxa"/>
          </w:tcPr>
          <w:p w14:paraId="3BD11B7E" w14:textId="77777777" w:rsidR="00F25E9F" w:rsidRDefault="00F25E9F" w:rsidP="007E5B69">
            <w:r>
              <w:rPr>
                <w:sz w:val="16"/>
              </w:rPr>
              <w:t>64</w:t>
            </w:r>
          </w:p>
        </w:tc>
        <w:tc>
          <w:tcPr>
            <w:tcW w:w="3685" w:type="dxa"/>
          </w:tcPr>
          <w:p w14:paraId="60188823" w14:textId="77777777" w:rsidR="00F25E9F" w:rsidRDefault="00F25E9F" w:rsidP="007E5B69">
            <w:r>
              <w:rPr>
                <w:sz w:val="16"/>
              </w:rPr>
              <w:t>Қоңыр жұмсақ ағаш орындық 3</w:t>
            </w:r>
          </w:p>
        </w:tc>
        <w:tc>
          <w:tcPr>
            <w:tcW w:w="1696" w:type="dxa"/>
          </w:tcPr>
          <w:p w14:paraId="2C7EA4C1" w14:textId="77777777" w:rsidR="00F25E9F" w:rsidRDefault="00F25E9F" w:rsidP="007E5B69">
            <w:r>
              <w:rPr>
                <w:sz w:val="16"/>
              </w:rPr>
              <w:t>241500012603</w:t>
            </w:r>
          </w:p>
        </w:tc>
        <w:tc>
          <w:tcPr>
            <w:tcW w:w="1701" w:type="dxa"/>
          </w:tcPr>
          <w:p w14:paraId="118341FA" w14:textId="77777777" w:rsidR="00F25E9F" w:rsidRDefault="00F25E9F" w:rsidP="007E5B69">
            <w:r>
              <w:rPr>
                <w:sz w:val="16"/>
              </w:rPr>
              <w:t>9000</w:t>
            </w:r>
          </w:p>
        </w:tc>
        <w:tc>
          <w:tcPr>
            <w:tcW w:w="1701" w:type="dxa"/>
          </w:tcPr>
          <w:p w14:paraId="7386E0B2" w14:textId="77777777" w:rsidR="00F25E9F" w:rsidRDefault="00F25E9F" w:rsidP="007E5B69">
            <w:r>
              <w:rPr>
                <w:sz w:val="16"/>
              </w:rPr>
              <w:t>0</w:t>
            </w:r>
          </w:p>
        </w:tc>
      </w:tr>
      <w:tr w:rsidR="00F25E9F" w14:paraId="097E28B7" w14:textId="77777777" w:rsidTr="00371F5F">
        <w:trPr>
          <w:jc w:val="center"/>
        </w:trPr>
        <w:tc>
          <w:tcPr>
            <w:tcW w:w="993" w:type="dxa"/>
          </w:tcPr>
          <w:p w14:paraId="40BC5C8E" w14:textId="77777777" w:rsidR="00F25E9F" w:rsidRDefault="00F25E9F" w:rsidP="007E5B69">
            <w:r>
              <w:rPr>
                <w:sz w:val="16"/>
              </w:rPr>
              <w:t>65</w:t>
            </w:r>
          </w:p>
        </w:tc>
        <w:tc>
          <w:tcPr>
            <w:tcW w:w="3685" w:type="dxa"/>
          </w:tcPr>
          <w:p w14:paraId="153794B2" w14:textId="77777777" w:rsidR="00F25E9F" w:rsidRDefault="00F25E9F" w:rsidP="007E5B69">
            <w:r>
              <w:rPr>
                <w:sz w:val="16"/>
              </w:rPr>
              <w:t>Қоңыр жұмсақ ағаш орындық 4</w:t>
            </w:r>
          </w:p>
        </w:tc>
        <w:tc>
          <w:tcPr>
            <w:tcW w:w="1696" w:type="dxa"/>
          </w:tcPr>
          <w:p w14:paraId="6FDD2FD9" w14:textId="77777777" w:rsidR="00F25E9F" w:rsidRDefault="00F25E9F" w:rsidP="007E5B69">
            <w:r>
              <w:rPr>
                <w:sz w:val="16"/>
              </w:rPr>
              <w:t>241500012604</w:t>
            </w:r>
          </w:p>
        </w:tc>
        <w:tc>
          <w:tcPr>
            <w:tcW w:w="1701" w:type="dxa"/>
          </w:tcPr>
          <w:p w14:paraId="13818A67" w14:textId="77777777" w:rsidR="00F25E9F" w:rsidRDefault="00F25E9F" w:rsidP="007E5B69">
            <w:r>
              <w:rPr>
                <w:sz w:val="16"/>
              </w:rPr>
              <w:t>9000</w:t>
            </w:r>
          </w:p>
        </w:tc>
        <w:tc>
          <w:tcPr>
            <w:tcW w:w="1701" w:type="dxa"/>
          </w:tcPr>
          <w:p w14:paraId="6BA73A8D" w14:textId="77777777" w:rsidR="00F25E9F" w:rsidRDefault="00F25E9F" w:rsidP="007E5B69">
            <w:r>
              <w:rPr>
                <w:sz w:val="16"/>
              </w:rPr>
              <w:t>0</w:t>
            </w:r>
          </w:p>
        </w:tc>
      </w:tr>
      <w:tr w:rsidR="00F25E9F" w14:paraId="50E77058" w14:textId="77777777" w:rsidTr="00371F5F">
        <w:trPr>
          <w:jc w:val="center"/>
        </w:trPr>
        <w:tc>
          <w:tcPr>
            <w:tcW w:w="993" w:type="dxa"/>
          </w:tcPr>
          <w:p w14:paraId="47ECA0C3" w14:textId="77777777" w:rsidR="00F25E9F" w:rsidRDefault="00F25E9F" w:rsidP="007E5B69">
            <w:r>
              <w:rPr>
                <w:sz w:val="16"/>
              </w:rPr>
              <w:t>66</w:t>
            </w:r>
          </w:p>
        </w:tc>
        <w:tc>
          <w:tcPr>
            <w:tcW w:w="3685" w:type="dxa"/>
          </w:tcPr>
          <w:p w14:paraId="5BE04017" w14:textId="77777777" w:rsidR="00F25E9F" w:rsidRDefault="00F25E9F" w:rsidP="007E5B69">
            <w:r>
              <w:rPr>
                <w:sz w:val="16"/>
              </w:rPr>
              <w:t>Қоңыр жұмсақ ағаш орындық 5</w:t>
            </w:r>
          </w:p>
        </w:tc>
        <w:tc>
          <w:tcPr>
            <w:tcW w:w="1696" w:type="dxa"/>
          </w:tcPr>
          <w:p w14:paraId="4F54D7EB" w14:textId="77777777" w:rsidR="00F25E9F" w:rsidRDefault="00F25E9F" w:rsidP="007E5B69">
            <w:r>
              <w:rPr>
                <w:sz w:val="16"/>
              </w:rPr>
              <w:t>241500012605</w:t>
            </w:r>
          </w:p>
        </w:tc>
        <w:tc>
          <w:tcPr>
            <w:tcW w:w="1701" w:type="dxa"/>
          </w:tcPr>
          <w:p w14:paraId="04EC3D4C" w14:textId="77777777" w:rsidR="00F25E9F" w:rsidRDefault="00F25E9F" w:rsidP="007E5B69">
            <w:r>
              <w:rPr>
                <w:sz w:val="16"/>
              </w:rPr>
              <w:t>9000</w:t>
            </w:r>
          </w:p>
        </w:tc>
        <w:tc>
          <w:tcPr>
            <w:tcW w:w="1701" w:type="dxa"/>
          </w:tcPr>
          <w:p w14:paraId="75F847CD" w14:textId="77777777" w:rsidR="00F25E9F" w:rsidRDefault="00F25E9F" w:rsidP="007E5B69">
            <w:r>
              <w:rPr>
                <w:sz w:val="16"/>
              </w:rPr>
              <w:t>0</w:t>
            </w:r>
          </w:p>
        </w:tc>
      </w:tr>
      <w:tr w:rsidR="00F25E9F" w14:paraId="4F58D797" w14:textId="77777777" w:rsidTr="00371F5F">
        <w:trPr>
          <w:jc w:val="center"/>
        </w:trPr>
        <w:tc>
          <w:tcPr>
            <w:tcW w:w="993" w:type="dxa"/>
          </w:tcPr>
          <w:p w14:paraId="59CDB6F6" w14:textId="77777777" w:rsidR="00F25E9F" w:rsidRDefault="00F25E9F" w:rsidP="007E5B69">
            <w:r>
              <w:rPr>
                <w:sz w:val="16"/>
              </w:rPr>
              <w:t>67</w:t>
            </w:r>
          </w:p>
        </w:tc>
        <w:tc>
          <w:tcPr>
            <w:tcW w:w="3685" w:type="dxa"/>
          </w:tcPr>
          <w:p w14:paraId="43F0D0C9" w14:textId="77777777" w:rsidR="00F25E9F" w:rsidRDefault="00F25E9F" w:rsidP="007E5B69">
            <w:r>
              <w:rPr>
                <w:sz w:val="16"/>
              </w:rPr>
              <w:t>Қоңыр жұмсақ ағаш орындық 6</w:t>
            </w:r>
          </w:p>
        </w:tc>
        <w:tc>
          <w:tcPr>
            <w:tcW w:w="1696" w:type="dxa"/>
          </w:tcPr>
          <w:p w14:paraId="2CA4ACF1" w14:textId="77777777" w:rsidR="00F25E9F" w:rsidRDefault="00F25E9F" w:rsidP="007E5B69">
            <w:r>
              <w:rPr>
                <w:sz w:val="16"/>
              </w:rPr>
              <w:t>241500012606</w:t>
            </w:r>
          </w:p>
        </w:tc>
        <w:tc>
          <w:tcPr>
            <w:tcW w:w="1701" w:type="dxa"/>
          </w:tcPr>
          <w:p w14:paraId="448B51AC" w14:textId="77777777" w:rsidR="00F25E9F" w:rsidRDefault="00F25E9F" w:rsidP="007E5B69">
            <w:r>
              <w:rPr>
                <w:sz w:val="16"/>
              </w:rPr>
              <w:t>9000</w:t>
            </w:r>
          </w:p>
        </w:tc>
        <w:tc>
          <w:tcPr>
            <w:tcW w:w="1701" w:type="dxa"/>
          </w:tcPr>
          <w:p w14:paraId="2FC90F33" w14:textId="77777777" w:rsidR="00F25E9F" w:rsidRDefault="00F25E9F" w:rsidP="007E5B69">
            <w:r>
              <w:rPr>
                <w:sz w:val="16"/>
              </w:rPr>
              <w:t>0</w:t>
            </w:r>
          </w:p>
        </w:tc>
      </w:tr>
      <w:tr w:rsidR="00F25E9F" w14:paraId="2EAD5E50" w14:textId="77777777" w:rsidTr="00371F5F">
        <w:trPr>
          <w:jc w:val="center"/>
        </w:trPr>
        <w:tc>
          <w:tcPr>
            <w:tcW w:w="993" w:type="dxa"/>
          </w:tcPr>
          <w:p w14:paraId="1E53A150" w14:textId="77777777" w:rsidR="00F25E9F" w:rsidRDefault="00F25E9F" w:rsidP="007E5B69">
            <w:r>
              <w:rPr>
                <w:sz w:val="16"/>
              </w:rPr>
              <w:t>68</w:t>
            </w:r>
          </w:p>
        </w:tc>
        <w:tc>
          <w:tcPr>
            <w:tcW w:w="3685" w:type="dxa"/>
          </w:tcPr>
          <w:p w14:paraId="09602B4B" w14:textId="77777777" w:rsidR="00F25E9F" w:rsidRDefault="00F25E9F" w:rsidP="007E5B69">
            <w:r>
              <w:rPr>
                <w:sz w:val="16"/>
              </w:rPr>
              <w:t>Қоңыр жұмсақ ағаш орындық 7</w:t>
            </w:r>
          </w:p>
        </w:tc>
        <w:tc>
          <w:tcPr>
            <w:tcW w:w="1696" w:type="dxa"/>
          </w:tcPr>
          <w:p w14:paraId="73ACC781" w14:textId="77777777" w:rsidR="00F25E9F" w:rsidRDefault="00F25E9F" w:rsidP="007E5B69">
            <w:r>
              <w:rPr>
                <w:sz w:val="16"/>
              </w:rPr>
              <w:t>241500012607</w:t>
            </w:r>
          </w:p>
        </w:tc>
        <w:tc>
          <w:tcPr>
            <w:tcW w:w="1701" w:type="dxa"/>
          </w:tcPr>
          <w:p w14:paraId="466E8936" w14:textId="77777777" w:rsidR="00F25E9F" w:rsidRDefault="00F25E9F" w:rsidP="007E5B69">
            <w:r>
              <w:rPr>
                <w:sz w:val="16"/>
              </w:rPr>
              <w:t>9000</w:t>
            </w:r>
          </w:p>
        </w:tc>
        <w:tc>
          <w:tcPr>
            <w:tcW w:w="1701" w:type="dxa"/>
          </w:tcPr>
          <w:p w14:paraId="1992C572" w14:textId="77777777" w:rsidR="00F25E9F" w:rsidRDefault="00F25E9F" w:rsidP="007E5B69">
            <w:r>
              <w:rPr>
                <w:sz w:val="16"/>
              </w:rPr>
              <w:t>0</w:t>
            </w:r>
          </w:p>
        </w:tc>
      </w:tr>
      <w:tr w:rsidR="00F25E9F" w14:paraId="6F82C392" w14:textId="77777777" w:rsidTr="00371F5F">
        <w:trPr>
          <w:jc w:val="center"/>
        </w:trPr>
        <w:tc>
          <w:tcPr>
            <w:tcW w:w="993" w:type="dxa"/>
          </w:tcPr>
          <w:p w14:paraId="4C07E9DF" w14:textId="77777777" w:rsidR="00F25E9F" w:rsidRDefault="00F25E9F" w:rsidP="007E5B69">
            <w:r>
              <w:rPr>
                <w:sz w:val="16"/>
              </w:rPr>
              <w:t>69</w:t>
            </w:r>
          </w:p>
        </w:tc>
        <w:tc>
          <w:tcPr>
            <w:tcW w:w="3685" w:type="dxa"/>
          </w:tcPr>
          <w:p w14:paraId="66A3DC70" w14:textId="77777777" w:rsidR="00F25E9F" w:rsidRDefault="00F25E9F" w:rsidP="007E5B69">
            <w:r>
              <w:rPr>
                <w:sz w:val="16"/>
              </w:rPr>
              <w:t>Қоңыр жұмсақ ағаш орындық 8</w:t>
            </w:r>
          </w:p>
        </w:tc>
        <w:tc>
          <w:tcPr>
            <w:tcW w:w="1696" w:type="dxa"/>
          </w:tcPr>
          <w:p w14:paraId="1097109D" w14:textId="77777777" w:rsidR="00F25E9F" w:rsidRDefault="00F25E9F" w:rsidP="007E5B69">
            <w:r>
              <w:rPr>
                <w:sz w:val="16"/>
              </w:rPr>
              <w:t>241500012608</w:t>
            </w:r>
          </w:p>
        </w:tc>
        <w:tc>
          <w:tcPr>
            <w:tcW w:w="1701" w:type="dxa"/>
          </w:tcPr>
          <w:p w14:paraId="0E650891" w14:textId="77777777" w:rsidR="00F25E9F" w:rsidRDefault="00F25E9F" w:rsidP="007E5B69">
            <w:r>
              <w:rPr>
                <w:sz w:val="16"/>
              </w:rPr>
              <w:t>9000</w:t>
            </w:r>
          </w:p>
        </w:tc>
        <w:tc>
          <w:tcPr>
            <w:tcW w:w="1701" w:type="dxa"/>
          </w:tcPr>
          <w:p w14:paraId="550658A0" w14:textId="77777777" w:rsidR="00F25E9F" w:rsidRDefault="00F25E9F" w:rsidP="007E5B69">
            <w:r>
              <w:rPr>
                <w:sz w:val="16"/>
              </w:rPr>
              <w:t>0</w:t>
            </w:r>
          </w:p>
        </w:tc>
      </w:tr>
      <w:tr w:rsidR="00F25E9F" w14:paraId="0F5369FD" w14:textId="77777777" w:rsidTr="00371F5F">
        <w:trPr>
          <w:jc w:val="center"/>
        </w:trPr>
        <w:tc>
          <w:tcPr>
            <w:tcW w:w="993" w:type="dxa"/>
          </w:tcPr>
          <w:p w14:paraId="0695A2E4" w14:textId="77777777" w:rsidR="00F25E9F" w:rsidRDefault="00F25E9F" w:rsidP="007E5B69">
            <w:r>
              <w:rPr>
                <w:sz w:val="16"/>
              </w:rPr>
              <w:t>70</w:t>
            </w:r>
          </w:p>
        </w:tc>
        <w:tc>
          <w:tcPr>
            <w:tcW w:w="3685" w:type="dxa"/>
          </w:tcPr>
          <w:p w14:paraId="3596B934" w14:textId="77777777" w:rsidR="00F25E9F" w:rsidRDefault="00F25E9F" w:rsidP="007E5B69">
            <w:r>
              <w:rPr>
                <w:sz w:val="16"/>
              </w:rPr>
              <w:t>Қоңыр жұмсақ ағаш орындық 9</w:t>
            </w:r>
          </w:p>
        </w:tc>
        <w:tc>
          <w:tcPr>
            <w:tcW w:w="1696" w:type="dxa"/>
          </w:tcPr>
          <w:p w14:paraId="62BBCECD" w14:textId="77777777" w:rsidR="00F25E9F" w:rsidRDefault="00F25E9F" w:rsidP="007E5B69">
            <w:r>
              <w:rPr>
                <w:sz w:val="16"/>
              </w:rPr>
              <w:t>241500012609</w:t>
            </w:r>
          </w:p>
        </w:tc>
        <w:tc>
          <w:tcPr>
            <w:tcW w:w="1701" w:type="dxa"/>
          </w:tcPr>
          <w:p w14:paraId="59F987A1" w14:textId="77777777" w:rsidR="00F25E9F" w:rsidRDefault="00F25E9F" w:rsidP="007E5B69">
            <w:r>
              <w:rPr>
                <w:sz w:val="16"/>
              </w:rPr>
              <w:t>9000</w:t>
            </w:r>
          </w:p>
        </w:tc>
        <w:tc>
          <w:tcPr>
            <w:tcW w:w="1701" w:type="dxa"/>
          </w:tcPr>
          <w:p w14:paraId="54D520AD" w14:textId="77777777" w:rsidR="00F25E9F" w:rsidRDefault="00F25E9F" w:rsidP="007E5B69">
            <w:r>
              <w:rPr>
                <w:sz w:val="16"/>
              </w:rPr>
              <w:t>0</w:t>
            </w:r>
          </w:p>
        </w:tc>
      </w:tr>
      <w:tr w:rsidR="00F25E9F" w14:paraId="4729A276" w14:textId="77777777" w:rsidTr="00371F5F">
        <w:trPr>
          <w:jc w:val="center"/>
        </w:trPr>
        <w:tc>
          <w:tcPr>
            <w:tcW w:w="993" w:type="dxa"/>
          </w:tcPr>
          <w:p w14:paraId="0E15B9EC" w14:textId="77777777" w:rsidR="00F25E9F" w:rsidRDefault="00F25E9F" w:rsidP="007E5B69">
            <w:r>
              <w:rPr>
                <w:sz w:val="16"/>
              </w:rPr>
              <w:t>71</w:t>
            </w:r>
          </w:p>
        </w:tc>
        <w:tc>
          <w:tcPr>
            <w:tcW w:w="3685" w:type="dxa"/>
          </w:tcPr>
          <w:p w14:paraId="728A503F" w14:textId="77777777" w:rsidR="00F25E9F" w:rsidRDefault="00F25E9F" w:rsidP="007E5B69">
            <w:r>
              <w:rPr>
                <w:sz w:val="16"/>
              </w:rPr>
              <w:t>Жиынтықтағы аудиогид</w:t>
            </w:r>
          </w:p>
        </w:tc>
        <w:tc>
          <w:tcPr>
            <w:tcW w:w="1696" w:type="dxa"/>
          </w:tcPr>
          <w:p w14:paraId="0360F8A0" w14:textId="77777777" w:rsidR="00F25E9F" w:rsidRDefault="00F25E9F" w:rsidP="007E5B69">
            <w:r>
              <w:rPr>
                <w:sz w:val="16"/>
              </w:rPr>
              <w:t>241500012621</w:t>
            </w:r>
          </w:p>
        </w:tc>
        <w:tc>
          <w:tcPr>
            <w:tcW w:w="1701" w:type="dxa"/>
          </w:tcPr>
          <w:p w14:paraId="3A2EC5D4" w14:textId="77777777" w:rsidR="00F25E9F" w:rsidRDefault="00F25E9F" w:rsidP="007E5B69">
            <w:r>
              <w:rPr>
                <w:sz w:val="16"/>
              </w:rPr>
              <w:t>119000</w:t>
            </w:r>
          </w:p>
        </w:tc>
        <w:tc>
          <w:tcPr>
            <w:tcW w:w="1701" w:type="dxa"/>
          </w:tcPr>
          <w:p w14:paraId="2F68163B" w14:textId="77777777" w:rsidR="00F25E9F" w:rsidRDefault="00F25E9F" w:rsidP="007E5B69">
            <w:r>
              <w:rPr>
                <w:sz w:val="16"/>
              </w:rPr>
              <w:t>0</w:t>
            </w:r>
          </w:p>
        </w:tc>
      </w:tr>
      <w:tr w:rsidR="00F25E9F" w14:paraId="4645F680" w14:textId="77777777" w:rsidTr="00371F5F">
        <w:trPr>
          <w:jc w:val="center"/>
        </w:trPr>
        <w:tc>
          <w:tcPr>
            <w:tcW w:w="993" w:type="dxa"/>
          </w:tcPr>
          <w:p w14:paraId="234A5838" w14:textId="77777777" w:rsidR="00F25E9F" w:rsidRDefault="00F25E9F" w:rsidP="007E5B69">
            <w:r>
              <w:rPr>
                <w:sz w:val="16"/>
              </w:rPr>
              <w:t>72</w:t>
            </w:r>
          </w:p>
        </w:tc>
        <w:tc>
          <w:tcPr>
            <w:tcW w:w="3685" w:type="dxa"/>
          </w:tcPr>
          <w:p w14:paraId="76271D87" w14:textId="77777777" w:rsidR="00F25E9F" w:rsidRDefault="00F25E9F" w:rsidP="007E5B69">
            <w:r>
              <w:rPr>
                <w:sz w:val="16"/>
              </w:rPr>
              <w:t>Жиынтықтағы аудиогид</w:t>
            </w:r>
          </w:p>
        </w:tc>
        <w:tc>
          <w:tcPr>
            <w:tcW w:w="1696" w:type="dxa"/>
          </w:tcPr>
          <w:p w14:paraId="2D31B4D3" w14:textId="77777777" w:rsidR="00F25E9F" w:rsidRDefault="00F25E9F" w:rsidP="007E5B69">
            <w:r>
              <w:rPr>
                <w:sz w:val="16"/>
              </w:rPr>
              <w:t>241500012622</w:t>
            </w:r>
          </w:p>
        </w:tc>
        <w:tc>
          <w:tcPr>
            <w:tcW w:w="1701" w:type="dxa"/>
          </w:tcPr>
          <w:p w14:paraId="66F2CFAD" w14:textId="77777777" w:rsidR="00F25E9F" w:rsidRDefault="00F25E9F" w:rsidP="007E5B69">
            <w:r>
              <w:rPr>
                <w:sz w:val="16"/>
              </w:rPr>
              <w:t>119000</w:t>
            </w:r>
          </w:p>
        </w:tc>
        <w:tc>
          <w:tcPr>
            <w:tcW w:w="1701" w:type="dxa"/>
          </w:tcPr>
          <w:p w14:paraId="0C161590" w14:textId="77777777" w:rsidR="00F25E9F" w:rsidRDefault="00F25E9F" w:rsidP="007E5B69">
            <w:r>
              <w:rPr>
                <w:sz w:val="16"/>
              </w:rPr>
              <w:t>0</w:t>
            </w:r>
          </w:p>
        </w:tc>
      </w:tr>
      <w:tr w:rsidR="00F25E9F" w14:paraId="17B738E8" w14:textId="77777777" w:rsidTr="00371F5F">
        <w:trPr>
          <w:jc w:val="center"/>
        </w:trPr>
        <w:tc>
          <w:tcPr>
            <w:tcW w:w="993" w:type="dxa"/>
          </w:tcPr>
          <w:p w14:paraId="050E6764" w14:textId="77777777" w:rsidR="00F25E9F" w:rsidRDefault="00F25E9F" w:rsidP="007E5B69">
            <w:r>
              <w:rPr>
                <w:sz w:val="16"/>
              </w:rPr>
              <w:t>73</w:t>
            </w:r>
          </w:p>
        </w:tc>
        <w:tc>
          <w:tcPr>
            <w:tcW w:w="3685" w:type="dxa"/>
          </w:tcPr>
          <w:p w14:paraId="14A12778" w14:textId="77777777" w:rsidR="00F25E9F" w:rsidRDefault="00F25E9F" w:rsidP="007E5B69">
            <w:r>
              <w:rPr>
                <w:sz w:val="16"/>
              </w:rPr>
              <w:t>Жиынтықтағы аудиогид</w:t>
            </w:r>
          </w:p>
        </w:tc>
        <w:tc>
          <w:tcPr>
            <w:tcW w:w="1696" w:type="dxa"/>
          </w:tcPr>
          <w:p w14:paraId="4B4A9623" w14:textId="77777777" w:rsidR="00F25E9F" w:rsidRDefault="00F25E9F" w:rsidP="007E5B69">
            <w:r>
              <w:rPr>
                <w:sz w:val="16"/>
              </w:rPr>
              <w:t>241500012623</w:t>
            </w:r>
          </w:p>
        </w:tc>
        <w:tc>
          <w:tcPr>
            <w:tcW w:w="1701" w:type="dxa"/>
          </w:tcPr>
          <w:p w14:paraId="076EA3E5" w14:textId="77777777" w:rsidR="00F25E9F" w:rsidRDefault="00F25E9F" w:rsidP="007E5B69">
            <w:r>
              <w:rPr>
                <w:sz w:val="16"/>
              </w:rPr>
              <w:t>119000</w:t>
            </w:r>
          </w:p>
        </w:tc>
        <w:tc>
          <w:tcPr>
            <w:tcW w:w="1701" w:type="dxa"/>
          </w:tcPr>
          <w:p w14:paraId="3A92403D" w14:textId="77777777" w:rsidR="00F25E9F" w:rsidRDefault="00F25E9F" w:rsidP="007E5B69">
            <w:r>
              <w:rPr>
                <w:sz w:val="16"/>
              </w:rPr>
              <w:t>0</w:t>
            </w:r>
          </w:p>
        </w:tc>
      </w:tr>
      <w:tr w:rsidR="00F25E9F" w14:paraId="6E912C00" w14:textId="77777777" w:rsidTr="00371F5F">
        <w:trPr>
          <w:jc w:val="center"/>
        </w:trPr>
        <w:tc>
          <w:tcPr>
            <w:tcW w:w="993" w:type="dxa"/>
          </w:tcPr>
          <w:p w14:paraId="6B0EE077" w14:textId="77777777" w:rsidR="00F25E9F" w:rsidRDefault="00F25E9F" w:rsidP="007E5B69">
            <w:r>
              <w:rPr>
                <w:sz w:val="16"/>
              </w:rPr>
              <w:t>74</w:t>
            </w:r>
          </w:p>
        </w:tc>
        <w:tc>
          <w:tcPr>
            <w:tcW w:w="3685" w:type="dxa"/>
          </w:tcPr>
          <w:p w14:paraId="34C61A4F" w14:textId="77777777" w:rsidR="00F25E9F" w:rsidRDefault="00F25E9F" w:rsidP="007E5B69">
            <w:r>
              <w:rPr>
                <w:sz w:val="16"/>
              </w:rPr>
              <w:t>Жиынтықтағы аудиогид</w:t>
            </w:r>
          </w:p>
        </w:tc>
        <w:tc>
          <w:tcPr>
            <w:tcW w:w="1696" w:type="dxa"/>
          </w:tcPr>
          <w:p w14:paraId="3429977A" w14:textId="77777777" w:rsidR="00F25E9F" w:rsidRDefault="00F25E9F" w:rsidP="007E5B69">
            <w:r>
              <w:rPr>
                <w:sz w:val="16"/>
              </w:rPr>
              <w:t>241500012624</w:t>
            </w:r>
          </w:p>
        </w:tc>
        <w:tc>
          <w:tcPr>
            <w:tcW w:w="1701" w:type="dxa"/>
          </w:tcPr>
          <w:p w14:paraId="3AA4FF42" w14:textId="77777777" w:rsidR="00F25E9F" w:rsidRDefault="00F25E9F" w:rsidP="007E5B69">
            <w:r>
              <w:rPr>
                <w:sz w:val="16"/>
              </w:rPr>
              <w:t>119000</w:t>
            </w:r>
          </w:p>
        </w:tc>
        <w:tc>
          <w:tcPr>
            <w:tcW w:w="1701" w:type="dxa"/>
          </w:tcPr>
          <w:p w14:paraId="66E15BF1" w14:textId="77777777" w:rsidR="00F25E9F" w:rsidRDefault="00F25E9F" w:rsidP="007E5B69">
            <w:r>
              <w:rPr>
                <w:sz w:val="16"/>
              </w:rPr>
              <w:t>0</w:t>
            </w:r>
          </w:p>
        </w:tc>
      </w:tr>
      <w:tr w:rsidR="00F25E9F" w14:paraId="138BA716" w14:textId="77777777" w:rsidTr="00371F5F">
        <w:trPr>
          <w:jc w:val="center"/>
        </w:trPr>
        <w:tc>
          <w:tcPr>
            <w:tcW w:w="993" w:type="dxa"/>
          </w:tcPr>
          <w:p w14:paraId="5251FB14" w14:textId="77777777" w:rsidR="00F25E9F" w:rsidRDefault="00F25E9F" w:rsidP="007E5B69">
            <w:r>
              <w:rPr>
                <w:sz w:val="16"/>
              </w:rPr>
              <w:t>75</w:t>
            </w:r>
          </w:p>
        </w:tc>
        <w:tc>
          <w:tcPr>
            <w:tcW w:w="3685" w:type="dxa"/>
          </w:tcPr>
          <w:p w14:paraId="2E1A0A81" w14:textId="77777777" w:rsidR="00F25E9F" w:rsidRDefault="00F25E9F" w:rsidP="007E5B69">
            <w:r>
              <w:rPr>
                <w:sz w:val="16"/>
              </w:rPr>
              <w:t>Жиынтықтағы аудиогид</w:t>
            </w:r>
          </w:p>
        </w:tc>
        <w:tc>
          <w:tcPr>
            <w:tcW w:w="1696" w:type="dxa"/>
          </w:tcPr>
          <w:p w14:paraId="1C331594" w14:textId="77777777" w:rsidR="00F25E9F" w:rsidRDefault="00F25E9F" w:rsidP="007E5B69">
            <w:r>
              <w:rPr>
                <w:sz w:val="16"/>
              </w:rPr>
              <w:t>241500012625</w:t>
            </w:r>
          </w:p>
        </w:tc>
        <w:tc>
          <w:tcPr>
            <w:tcW w:w="1701" w:type="dxa"/>
          </w:tcPr>
          <w:p w14:paraId="6ECF829D" w14:textId="77777777" w:rsidR="00F25E9F" w:rsidRDefault="00F25E9F" w:rsidP="007E5B69">
            <w:r>
              <w:rPr>
                <w:sz w:val="16"/>
              </w:rPr>
              <w:t>119000</w:t>
            </w:r>
          </w:p>
        </w:tc>
        <w:tc>
          <w:tcPr>
            <w:tcW w:w="1701" w:type="dxa"/>
          </w:tcPr>
          <w:p w14:paraId="29D2B58D" w14:textId="77777777" w:rsidR="00F25E9F" w:rsidRDefault="00F25E9F" w:rsidP="007E5B69">
            <w:r>
              <w:rPr>
                <w:sz w:val="16"/>
              </w:rPr>
              <w:t>0</w:t>
            </w:r>
          </w:p>
        </w:tc>
      </w:tr>
      <w:tr w:rsidR="00F25E9F" w14:paraId="18EB3F9F" w14:textId="77777777" w:rsidTr="00371F5F">
        <w:trPr>
          <w:jc w:val="center"/>
        </w:trPr>
        <w:tc>
          <w:tcPr>
            <w:tcW w:w="993" w:type="dxa"/>
          </w:tcPr>
          <w:p w14:paraId="6F95A7B1" w14:textId="77777777" w:rsidR="00F25E9F" w:rsidRDefault="00F25E9F" w:rsidP="007E5B69">
            <w:r>
              <w:rPr>
                <w:sz w:val="16"/>
              </w:rPr>
              <w:t>76</w:t>
            </w:r>
          </w:p>
        </w:tc>
        <w:tc>
          <w:tcPr>
            <w:tcW w:w="3685" w:type="dxa"/>
          </w:tcPr>
          <w:p w14:paraId="5B4F340D" w14:textId="77777777" w:rsidR="00F25E9F" w:rsidRDefault="00F25E9F" w:rsidP="007E5B69">
            <w:r>
              <w:rPr>
                <w:sz w:val="16"/>
              </w:rPr>
              <w:t>Жиынтықтағы аудиогид</w:t>
            </w:r>
          </w:p>
        </w:tc>
        <w:tc>
          <w:tcPr>
            <w:tcW w:w="1696" w:type="dxa"/>
          </w:tcPr>
          <w:p w14:paraId="182A9851" w14:textId="77777777" w:rsidR="00F25E9F" w:rsidRDefault="00F25E9F" w:rsidP="007E5B69">
            <w:r>
              <w:rPr>
                <w:sz w:val="16"/>
              </w:rPr>
              <w:t>241500012626</w:t>
            </w:r>
          </w:p>
        </w:tc>
        <w:tc>
          <w:tcPr>
            <w:tcW w:w="1701" w:type="dxa"/>
          </w:tcPr>
          <w:p w14:paraId="35220BE8" w14:textId="77777777" w:rsidR="00F25E9F" w:rsidRDefault="00F25E9F" w:rsidP="007E5B69">
            <w:r>
              <w:rPr>
                <w:sz w:val="16"/>
              </w:rPr>
              <w:t>119000</w:t>
            </w:r>
          </w:p>
        </w:tc>
        <w:tc>
          <w:tcPr>
            <w:tcW w:w="1701" w:type="dxa"/>
          </w:tcPr>
          <w:p w14:paraId="762F8AC3" w14:textId="77777777" w:rsidR="00F25E9F" w:rsidRDefault="00F25E9F" w:rsidP="007E5B69">
            <w:r>
              <w:rPr>
                <w:sz w:val="16"/>
              </w:rPr>
              <w:t>0</w:t>
            </w:r>
          </w:p>
        </w:tc>
      </w:tr>
      <w:tr w:rsidR="00F25E9F" w14:paraId="560F6489" w14:textId="77777777" w:rsidTr="00371F5F">
        <w:trPr>
          <w:jc w:val="center"/>
        </w:trPr>
        <w:tc>
          <w:tcPr>
            <w:tcW w:w="993" w:type="dxa"/>
          </w:tcPr>
          <w:p w14:paraId="13F47614" w14:textId="77777777" w:rsidR="00F25E9F" w:rsidRDefault="00F25E9F" w:rsidP="007E5B69">
            <w:r>
              <w:rPr>
                <w:sz w:val="16"/>
              </w:rPr>
              <w:t>77</w:t>
            </w:r>
          </w:p>
        </w:tc>
        <w:tc>
          <w:tcPr>
            <w:tcW w:w="3685" w:type="dxa"/>
          </w:tcPr>
          <w:p w14:paraId="2462A367" w14:textId="77777777" w:rsidR="00F25E9F" w:rsidRDefault="00F25E9F" w:rsidP="007E5B69">
            <w:r>
              <w:rPr>
                <w:sz w:val="16"/>
              </w:rPr>
              <w:t>Жиынтықтағы аудиогид</w:t>
            </w:r>
          </w:p>
        </w:tc>
        <w:tc>
          <w:tcPr>
            <w:tcW w:w="1696" w:type="dxa"/>
          </w:tcPr>
          <w:p w14:paraId="225376D5" w14:textId="77777777" w:rsidR="00F25E9F" w:rsidRDefault="00F25E9F" w:rsidP="007E5B69">
            <w:r>
              <w:rPr>
                <w:sz w:val="16"/>
              </w:rPr>
              <w:t>241500012627</w:t>
            </w:r>
          </w:p>
        </w:tc>
        <w:tc>
          <w:tcPr>
            <w:tcW w:w="1701" w:type="dxa"/>
          </w:tcPr>
          <w:p w14:paraId="770281F2" w14:textId="77777777" w:rsidR="00F25E9F" w:rsidRDefault="00F25E9F" w:rsidP="007E5B69">
            <w:r>
              <w:rPr>
                <w:sz w:val="16"/>
              </w:rPr>
              <w:t>119000</w:t>
            </w:r>
          </w:p>
        </w:tc>
        <w:tc>
          <w:tcPr>
            <w:tcW w:w="1701" w:type="dxa"/>
          </w:tcPr>
          <w:p w14:paraId="36402670" w14:textId="77777777" w:rsidR="00F25E9F" w:rsidRDefault="00F25E9F" w:rsidP="007E5B69">
            <w:r>
              <w:rPr>
                <w:sz w:val="16"/>
              </w:rPr>
              <w:t>0</w:t>
            </w:r>
          </w:p>
        </w:tc>
      </w:tr>
      <w:tr w:rsidR="00F25E9F" w14:paraId="25A7BD87" w14:textId="77777777" w:rsidTr="00371F5F">
        <w:trPr>
          <w:jc w:val="center"/>
        </w:trPr>
        <w:tc>
          <w:tcPr>
            <w:tcW w:w="993" w:type="dxa"/>
          </w:tcPr>
          <w:p w14:paraId="2790D169" w14:textId="77777777" w:rsidR="00F25E9F" w:rsidRDefault="00F25E9F" w:rsidP="007E5B69">
            <w:r>
              <w:rPr>
                <w:sz w:val="16"/>
              </w:rPr>
              <w:t>78</w:t>
            </w:r>
          </w:p>
        </w:tc>
        <w:tc>
          <w:tcPr>
            <w:tcW w:w="3685" w:type="dxa"/>
          </w:tcPr>
          <w:p w14:paraId="79BE635C" w14:textId="77777777" w:rsidR="00F25E9F" w:rsidRDefault="00F25E9F" w:rsidP="007E5B69">
            <w:r>
              <w:rPr>
                <w:sz w:val="16"/>
              </w:rPr>
              <w:t>Жиынтықтағы аудиогид</w:t>
            </w:r>
          </w:p>
        </w:tc>
        <w:tc>
          <w:tcPr>
            <w:tcW w:w="1696" w:type="dxa"/>
          </w:tcPr>
          <w:p w14:paraId="710EE2DF" w14:textId="77777777" w:rsidR="00F25E9F" w:rsidRDefault="00F25E9F" w:rsidP="007E5B69">
            <w:r>
              <w:rPr>
                <w:sz w:val="16"/>
              </w:rPr>
              <w:t>241500012628</w:t>
            </w:r>
          </w:p>
        </w:tc>
        <w:tc>
          <w:tcPr>
            <w:tcW w:w="1701" w:type="dxa"/>
          </w:tcPr>
          <w:p w14:paraId="632274F4" w14:textId="77777777" w:rsidR="00F25E9F" w:rsidRDefault="00F25E9F" w:rsidP="007E5B69">
            <w:r>
              <w:rPr>
                <w:sz w:val="16"/>
              </w:rPr>
              <w:t>119000</w:t>
            </w:r>
          </w:p>
        </w:tc>
        <w:tc>
          <w:tcPr>
            <w:tcW w:w="1701" w:type="dxa"/>
          </w:tcPr>
          <w:p w14:paraId="3BED9CDE" w14:textId="77777777" w:rsidR="00F25E9F" w:rsidRDefault="00F25E9F" w:rsidP="007E5B69">
            <w:r>
              <w:rPr>
                <w:sz w:val="16"/>
              </w:rPr>
              <w:t>0</w:t>
            </w:r>
          </w:p>
        </w:tc>
      </w:tr>
      <w:tr w:rsidR="00F25E9F" w14:paraId="421880F7" w14:textId="77777777" w:rsidTr="00371F5F">
        <w:trPr>
          <w:jc w:val="center"/>
        </w:trPr>
        <w:tc>
          <w:tcPr>
            <w:tcW w:w="993" w:type="dxa"/>
          </w:tcPr>
          <w:p w14:paraId="2F1EA575" w14:textId="77777777" w:rsidR="00F25E9F" w:rsidRDefault="00F25E9F" w:rsidP="007E5B69">
            <w:r>
              <w:rPr>
                <w:sz w:val="16"/>
              </w:rPr>
              <w:t>79</w:t>
            </w:r>
          </w:p>
        </w:tc>
        <w:tc>
          <w:tcPr>
            <w:tcW w:w="3685" w:type="dxa"/>
          </w:tcPr>
          <w:p w14:paraId="45BE42EF" w14:textId="77777777" w:rsidR="00F25E9F" w:rsidRDefault="00F25E9F" w:rsidP="007E5B69">
            <w:r>
              <w:rPr>
                <w:sz w:val="16"/>
              </w:rPr>
              <w:t>Жиынтықтағы аудиогид</w:t>
            </w:r>
          </w:p>
        </w:tc>
        <w:tc>
          <w:tcPr>
            <w:tcW w:w="1696" w:type="dxa"/>
          </w:tcPr>
          <w:p w14:paraId="2C375EEA" w14:textId="77777777" w:rsidR="00F25E9F" w:rsidRDefault="00F25E9F" w:rsidP="007E5B69">
            <w:r>
              <w:rPr>
                <w:sz w:val="16"/>
              </w:rPr>
              <w:t>241500012629</w:t>
            </w:r>
          </w:p>
        </w:tc>
        <w:tc>
          <w:tcPr>
            <w:tcW w:w="1701" w:type="dxa"/>
          </w:tcPr>
          <w:p w14:paraId="6340FFE9" w14:textId="77777777" w:rsidR="00F25E9F" w:rsidRDefault="00F25E9F" w:rsidP="007E5B69">
            <w:r>
              <w:rPr>
                <w:sz w:val="16"/>
              </w:rPr>
              <w:t>119000</w:t>
            </w:r>
          </w:p>
        </w:tc>
        <w:tc>
          <w:tcPr>
            <w:tcW w:w="1701" w:type="dxa"/>
          </w:tcPr>
          <w:p w14:paraId="4FA683BB" w14:textId="77777777" w:rsidR="00F25E9F" w:rsidRDefault="00F25E9F" w:rsidP="007E5B69">
            <w:r>
              <w:rPr>
                <w:sz w:val="16"/>
              </w:rPr>
              <w:t>0</w:t>
            </w:r>
          </w:p>
        </w:tc>
      </w:tr>
      <w:tr w:rsidR="00F25E9F" w14:paraId="4BECE344" w14:textId="77777777" w:rsidTr="00371F5F">
        <w:trPr>
          <w:jc w:val="center"/>
        </w:trPr>
        <w:tc>
          <w:tcPr>
            <w:tcW w:w="993" w:type="dxa"/>
          </w:tcPr>
          <w:p w14:paraId="41184A03" w14:textId="77777777" w:rsidR="00F25E9F" w:rsidRDefault="00F25E9F" w:rsidP="007E5B69">
            <w:r>
              <w:rPr>
                <w:sz w:val="16"/>
              </w:rPr>
              <w:t>80</w:t>
            </w:r>
          </w:p>
        </w:tc>
        <w:tc>
          <w:tcPr>
            <w:tcW w:w="3685" w:type="dxa"/>
          </w:tcPr>
          <w:p w14:paraId="5BDC3D77" w14:textId="77777777" w:rsidR="00F25E9F" w:rsidRDefault="00F25E9F" w:rsidP="007E5B69">
            <w:r>
              <w:rPr>
                <w:sz w:val="16"/>
              </w:rPr>
              <w:t>Жиынтықтағы аудиогид</w:t>
            </w:r>
          </w:p>
        </w:tc>
        <w:tc>
          <w:tcPr>
            <w:tcW w:w="1696" w:type="dxa"/>
          </w:tcPr>
          <w:p w14:paraId="3F495A88" w14:textId="77777777" w:rsidR="00F25E9F" w:rsidRDefault="00F25E9F" w:rsidP="007E5B69">
            <w:r>
              <w:rPr>
                <w:sz w:val="16"/>
              </w:rPr>
              <w:t>241500012630</w:t>
            </w:r>
          </w:p>
        </w:tc>
        <w:tc>
          <w:tcPr>
            <w:tcW w:w="1701" w:type="dxa"/>
          </w:tcPr>
          <w:p w14:paraId="7C22DD95" w14:textId="77777777" w:rsidR="00F25E9F" w:rsidRDefault="00F25E9F" w:rsidP="007E5B69">
            <w:r>
              <w:rPr>
                <w:sz w:val="16"/>
              </w:rPr>
              <w:t>119000</w:t>
            </w:r>
          </w:p>
        </w:tc>
        <w:tc>
          <w:tcPr>
            <w:tcW w:w="1701" w:type="dxa"/>
          </w:tcPr>
          <w:p w14:paraId="609B9696" w14:textId="77777777" w:rsidR="00F25E9F" w:rsidRDefault="00F25E9F" w:rsidP="007E5B69">
            <w:r>
              <w:rPr>
                <w:sz w:val="16"/>
              </w:rPr>
              <w:t>0</w:t>
            </w:r>
          </w:p>
        </w:tc>
      </w:tr>
      <w:tr w:rsidR="00F25E9F" w14:paraId="349C5200" w14:textId="77777777" w:rsidTr="00371F5F">
        <w:trPr>
          <w:jc w:val="center"/>
        </w:trPr>
        <w:tc>
          <w:tcPr>
            <w:tcW w:w="993" w:type="dxa"/>
          </w:tcPr>
          <w:p w14:paraId="59D77B52" w14:textId="77777777" w:rsidR="00F25E9F" w:rsidRDefault="00F25E9F" w:rsidP="007E5B69">
            <w:r>
              <w:rPr>
                <w:sz w:val="16"/>
              </w:rPr>
              <w:t>81</w:t>
            </w:r>
          </w:p>
        </w:tc>
        <w:tc>
          <w:tcPr>
            <w:tcW w:w="3685" w:type="dxa"/>
          </w:tcPr>
          <w:p w14:paraId="3AA2EDE7" w14:textId="77777777" w:rsidR="00F25E9F" w:rsidRDefault="00F25E9F" w:rsidP="007E5B69">
            <w:r>
              <w:rPr>
                <w:sz w:val="16"/>
              </w:rPr>
              <w:t>Жиынтықтағы аудиогид</w:t>
            </w:r>
          </w:p>
        </w:tc>
        <w:tc>
          <w:tcPr>
            <w:tcW w:w="1696" w:type="dxa"/>
          </w:tcPr>
          <w:p w14:paraId="2C6A5A7D" w14:textId="77777777" w:rsidR="00F25E9F" w:rsidRDefault="00F25E9F" w:rsidP="007E5B69">
            <w:r>
              <w:rPr>
                <w:sz w:val="16"/>
              </w:rPr>
              <w:t>241500012631</w:t>
            </w:r>
          </w:p>
        </w:tc>
        <w:tc>
          <w:tcPr>
            <w:tcW w:w="1701" w:type="dxa"/>
          </w:tcPr>
          <w:p w14:paraId="071E2A8E" w14:textId="77777777" w:rsidR="00F25E9F" w:rsidRDefault="00F25E9F" w:rsidP="007E5B69">
            <w:r>
              <w:rPr>
                <w:sz w:val="16"/>
              </w:rPr>
              <w:t>119000</w:t>
            </w:r>
          </w:p>
        </w:tc>
        <w:tc>
          <w:tcPr>
            <w:tcW w:w="1701" w:type="dxa"/>
          </w:tcPr>
          <w:p w14:paraId="2B534575" w14:textId="77777777" w:rsidR="00F25E9F" w:rsidRDefault="00F25E9F" w:rsidP="007E5B69">
            <w:r>
              <w:rPr>
                <w:sz w:val="16"/>
              </w:rPr>
              <w:t>0</w:t>
            </w:r>
          </w:p>
        </w:tc>
      </w:tr>
      <w:tr w:rsidR="00F25E9F" w14:paraId="3C1E34D8" w14:textId="77777777" w:rsidTr="00371F5F">
        <w:trPr>
          <w:jc w:val="center"/>
        </w:trPr>
        <w:tc>
          <w:tcPr>
            <w:tcW w:w="993" w:type="dxa"/>
          </w:tcPr>
          <w:p w14:paraId="6C02A230" w14:textId="77777777" w:rsidR="00F25E9F" w:rsidRDefault="00F25E9F" w:rsidP="007E5B69">
            <w:r>
              <w:rPr>
                <w:sz w:val="16"/>
              </w:rPr>
              <w:t>82</w:t>
            </w:r>
          </w:p>
        </w:tc>
        <w:tc>
          <w:tcPr>
            <w:tcW w:w="3685" w:type="dxa"/>
          </w:tcPr>
          <w:p w14:paraId="3C15039F" w14:textId="77777777" w:rsidR="00F25E9F" w:rsidRDefault="00F25E9F" w:rsidP="007E5B69">
            <w:r>
              <w:rPr>
                <w:sz w:val="16"/>
              </w:rPr>
              <w:t>Жиынтықтағы аудиогид</w:t>
            </w:r>
          </w:p>
        </w:tc>
        <w:tc>
          <w:tcPr>
            <w:tcW w:w="1696" w:type="dxa"/>
          </w:tcPr>
          <w:p w14:paraId="57E08256" w14:textId="77777777" w:rsidR="00F25E9F" w:rsidRDefault="00F25E9F" w:rsidP="007E5B69">
            <w:r>
              <w:rPr>
                <w:sz w:val="16"/>
              </w:rPr>
              <w:t>241500012632</w:t>
            </w:r>
          </w:p>
        </w:tc>
        <w:tc>
          <w:tcPr>
            <w:tcW w:w="1701" w:type="dxa"/>
          </w:tcPr>
          <w:p w14:paraId="5AF5101B" w14:textId="77777777" w:rsidR="00F25E9F" w:rsidRDefault="00F25E9F" w:rsidP="007E5B69">
            <w:r>
              <w:rPr>
                <w:sz w:val="16"/>
              </w:rPr>
              <w:t>119000</w:t>
            </w:r>
          </w:p>
        </w:tc>
        <w:tc>
          <w:tcPr>
            <w:tcW w:w="1701" w:type="dxa"/>
          </w:tcPr>
          <w:p w14:paraId="0677C71C" w14:textId="77777777" w:rsidR="00F25E9F" w:rsidRDefault="00F25E9F" w:rsidP="007E5B69">
            <w:r>
              <w:rPr>
                <w:sz w:val="16"/>
              </w:rPr>
              <w:t>0</w:t>
            </w:r>
          </w:p>
        </w:tc>
      </w:tr>
      <w:tr w:rsidR="00F25E9F" w14:paraId="77C86049" w14:textId="77777777" w:rsidTr="00371F5F">
        <w:trPr>
          <w:jc w:val="center"/>
        </w:trPr>
        <w:tc>
          <w:tcPr>
            <w:tcW w:w="993" w:type="dxa"/>
          </w:tcPr>
          <w:p w14:paraId="6DDE1ABB" w14:textId="77777777" w:rsidR="00F25E9F" w:rsidRDefault="00F25E9F" w:rsidP="007E5B69">
            <w:r>
              <w:rPr>
                <w:sz w:val="16"/>
              </w:rPr>
              <w:t>83</w:t>
            </w:r>
          </w:p>
        </w:tc>
        <w:tc>
          <w:tcPr>
            <w:tcW w:w="3685" w:type="dxa"/>
          </w:tcPr>
          <w:p w14:paraId="7CB47715" w14:textId="77777777" w:rsidR="00F25E9F" w:rsidRDefault="00F25E9F" w:rsidP="007E5B69">
            <w:r>
              <w:rPr>
                <w:sz w:val="16"/>
              </w:rPr>
              <w:t>Жиынтықтағы аудиогид</w:t>
            </w:r>
          </w:p>
        </w:tc>
        <w:tc>
          <w:tcPr>
            <w:tcW w:w="1696" w:type="dxa"/>
          </w:tcPr>
          <w:p w14:paraId="457ECCD5" w14:textId="77777777" w:rsidR="00F25E9F" w:rsidRDefault="00F25E9F" w:rsidP="007E5B69">
            <w:r>
              <w:rPr>
                <w:sz w:val="16"/>
              </w:rPr>
              <w:t>241500012633</w:t>
            </w:r>
          </w:p>
        </w:tc>
        <w:tc>
          <w:tcPr>
            <w:tcW w:w="1701" w:type="dxa"/>
          </w:tcPr>
          <w:p w14:paraId="2C84D335" w14:textId="77777777" w:rsidR="00F25E9F" w:rsidRDefault="00F25E9F" w:rsidP="007E5B69">
            <w:r>
              <w:rPr>
                <w:sz w:val="16"/>
              </w:rPr>
              <w:t>119000</w:t>
            </w:r>
          </w:p>
        </w:tc>
        <w:tc>
          <w:tcPr>
            <w:tcW w:w="1701" w:type="dxa"/>
          </w:tcPr>
          <w:p w14:paraId="7EA76B32" w14:textId="77777777" w:rsidR="00F25E9F" w:rsidRDefault="00F25E9F" w:rsidP="007E5B69">
            <w:r>
              <w:rPr>
                <w:sz w:val="16"/>
              </w:rPr>
              <w:t>0</w:t>
            </w:r>
          </w:p>
        </w:tc>
      </w:tr>
      <w:tr w:rsidR="00F25E9F" w14:paraId="5B695D39" w14:textId="77777777" w:rsidTr="00371F5F">
        <w:trPr>
          <w:jc w:val="center"/>
        </w:trPr>
        <w:tc>
          <w:tcPr>
            <w:tcW w:w="993" w:type="dxa"/>
          </w:tcPr>
          <w:p w14:paraId="5D22CBED" w14:textId="77777777" w:rsidR="00F25E9F" w:rsidRDefault="00F25E9F" w:rsidP="007E5B69">
            <w:r>
              <w:rPr>
                <w:sz w:val="16"/>
              </w:rPr>
              <w:t>84</w:t>
            </w:r>
          </w:p>
        </w:tc>
        <w:tc>
          <w:tcPr>
            <w:tcW w:w="3685" w:type="dxa"/>
          </w:tcPr>
          <w:p w14:paraId="1AF6233C" w14:textId="77777777" w:rsidR="00F25E9F" w:rsidRDefault="00F25E9F" w:rsidP="007E5B69">
            <w:r>
              <w:rPr>
                <w:sz w:val="16"/>
              </w:rPr>
              <w:t>Жиынтықтағы аудиогид</w:t>
            </w:r>
          </w:p>
        </w:tc>
        <w:tc>
          <w:tcPr>
            <w:tcW w:w="1696" w:type="dxa"/>
          </w:tcPr>
          <w:p w14:paraId="2A993421" w14:textId="77777777" w:rsidR="00F25E9F" w:rsidRDefault="00F25E9F" w:rsidP="007E5B69">
            <w:r>
              <w:rPr>
                <w:sz w:val="16"/>
              </w:rPr>
              <w:t>241500012634</w:t>
            </w:r>
          </w:p>
        </w:tc>
        <w:tc>
          <w:tcPr>
            <w:tcW w:w="1701" w:type="dxa"/>
          </w:tcPr>
          <w:p w14:paraId="52719D65" w14:textId="77777777" w:rsidR="00F25E9F" w:rsidRDefault="00F25E9F" w:rsidP="007E5B69">
            <w:r>
              <w:rPr>
                <w:sz w:val="16"/>
              </w:rPr>
              <w:t>119000</w:t>
            </w:r>
          </w:p>
        </w:tc>
        <w:tc>
          <w:tcPr>
            <w:tcW w:w="1701" w:type="dxa"/>
          </w:tcPr>
          <w:p w14:paraId="6BB00980" w14:textId="77777777" w:rsidR="00F25E9F" w:rsidRDefault="00F25E9F" w:rsidP="007E5B69">
            <w:r>
              <w:rPr>
                <w:sz w:val="16"/>
              </w:rPr>
              <w:t>0</w:t>
            </w:r>
          </w:p>
        </w:tc>
      </w:tr>
      <w:tr w:rsidR="00F25E9F" w14:paraId="24430123" w14:textId="77777777" w:rsidTr="00371F5F">
        <w:trPr>
          <w:jc w:val="center"/>
        </w:trPr>
        <w:tc>
          <w:tcPr>
            <w:tcW w:w="993" w:type="dxa"/>
          </w:tcPr>
          <w:p w14:paraId="742A38EF" w14:textId="77777777" w:rsidR="00F25E9F" w:rsidRDefault="00F25E9F" w:rsidP="007E5B69">
            <w:r>
              <w:rPr>
                <w:sz w:val="16"/>
              </w:rPr>
              <w:t>85</w:t>
            </w:r>
          </w:p>
        </w:tc>
        <w:tc>
          <w:tcPr>
            <w:tcW w:w="3685" w:type="dxa"/>
          </w:tcPr>
          <w:p w14:paraId="12D711E0" w14:textId="77777777" w:rsidR="00F25E9F" w:rsidRDefault="00F25E9F" w:rsidP="007E5B69">
            <w:r>
              <w:rPr>
                <w:sz w:val="16"/>
              </w:rPr>
              <w:t>Жиынтықтағы аудиогид</w:t>
            </w:r>
          </w:p>
        </w:tc>
        <w:tc>
          <w:tcPr>
            <w:tcW w:w="1696" w:type="dxa"/>
          </w:tcPr>
          <w:p w14:paraId="1E4EDDE6" w14:textId="77777777" w:rsidR="00F25E9F" w:rsidRDefault="00F25E9F" w:rsidP="007E5B69">
            <w:r>
              <w:rPr>
                <w:sz w:val="16"/>
              </w:rPr>
              <w:t>241500012635</w:t>
            </w:r>
          </w:p>
        </w:tc>
        <w:tc>
          <w:tcPr>
            <w:tcW w:w="1701" w:type="dxa"/>
          </w:tcPr>
          <w:p w14:paraId="52A385DD" w14:textId="77777777" w:rsidR="00F25E9F" w:rsidRDefault="00F25E9F" w:rsidP="007E5B69">
            <w:r>
              <w:rPr>
                <w:sz w:val="16"/>
              </w:rPr>
              <w:t>119000</w:t>
            </w:r>
          </w:p>
        </w:tc>
        <w:tc>
          <w:tcPr>
            <w:tcW w:w="1701" w:type="dxa"/>
          </w:tcPr>
          <w:p w14:paraId="665349CC" w14:textId="77777777" w:rsidR="00F25E9F" w:rsidRDefault="00F25E9F" w:rsidP="007E5B69">
            <w:r>
              <w:rPr>
                <w:sz w:val="16"/>
              </w:rPr>
              <w:t>0</w:t>
            </w:r>
          </w:p>
        </w:tc>
      </w:tr>
      <w:tr w:rsidR="00F25E9F" w14:paraId="3582D5BB" w14:textId="77777777" w:rsidTr="00371F5F">
        <w:trPr>
          <w:jc w:val="center"/>
        </w:trPr>
        <w:tc>
          <w:tcPr>
            <w:tcW w:w="993" w:type="dxa"/>
          </w:tcPr>
          <w:p w14:paraId="398F5004" w14:textId="77777777" w:rsidR="00F25E9F" w:rsidRDefault="00F25E9F" w:rsidP="007E5B69">
            <w:r>
              <w:rPr>
                <w:sz w:val="16"/>
              </w:rPr>
              <w:t>86</w:t>
            </w:r>
          </w:p>
        </w:tc>
        <w:tc>
          <w:tcPr>
            <w:tcW w:w="3685" w:type="dxa"/>
          </w:tcPr>
          <w:p w14:paraId="49FD7B0D" w14:textId="77777777" w:rsidR="00F25E9F" w:rsidRDefault="00F25E9F" w:rsidP="007E5B69">
            <w:r>
              <w:rPr>
                <w:sz w:val="16"/>
              </w:rPr>
              <w:t>Жиынтықтағы аудиогид</w:t>
            </w:r>
          </w:p>
        </w:tc>
        <w:tc>
          <w:tcPr>
            <w:tcW w:w="1696" w:type="dxa"/>
          </w:tcPr>
          <w:p w14:paraId="218281CA" w14:textId="77777777" w:rsidR="00F25E9F" w:rsidRDefault="00F25E9F" w:rsidP="007E5B69">
            <w:r>
              <w:rPr>
                <w:sz w:val="16"/>
              </w:rPr>
              <w:t>241500012636</w:t>
            </w:r>
          </w:p>
        </w:tc>
        <w:tc>
          <w:tcPr>
            <w:tcW w:w="1701" w:type="dxa"/>
          </w:tcPr>
          <w:p w14:paraId="26B9EDC3" w14:textId="77777777" w:rsidR="00F25E9F" w:rsidRDefault="00F25E9F" w:rsidP="007E5B69">
            <w:r>
              <w:rPr>
                <w:sz w:val="16"/>
              </w:rPr>
              <w:t>119000</w:t>
            </w:r>
          </w:p>
        </w:tc>
        <w:tc>
          <w:tcPr>
            <w:tcW w:w="1701" w:type="dxa"/>
          </w:tcPr>
          <w:p w14:paraId="45E32157" w14:textId="77777777" w:rsidR="00F25E9F" w:rsidRDefault="00F25E9F" w:rsidP="007E5B69">
            <w:r>
              <w:rPr>
                <w:sz w:val="16"/>
              </w:rPr>
              <w:t>0</w:t>
            </w:r>
          </w:p>
        </w:tc>
      </w:tr>
      <w:tr w:rsidR="00F25E9F" w14:paraId="3B6FDB7E" w14:textId="77777777" w:rsidTr="00371F5F">
        <w:trPr>
          <w:jc w:val="center"/>
        </w:trPr>
        <w:tc>
          <w:tcPr>
            <w:tcW w:w="993" w:type="dxa"/>
          </w:tcPr>
          <w:p w14:paraId="774E3994" w14:textId="77777777" w:rsidR="00F25E9F" w:rsidRDefault="00F25E9F" w:rsidP="007E5B69">
            <w:r>
              <w:rPr>
                <w:sz w:val="16"/>
              </w:rPr>
              <w:t>87</w:t>
            </w:r>
          </w:p>
        </w:tc>
        <w:tc>
          <w:tcPr>
            <w:tcW w:w="3685" w:type="dxa"/>
          </w:tcPr>
          <w:p w14:paraId="0F03CA05" w14:textId="77777777" w:rsidR="00F25E9F" w:rsidRDefault="00F25E9F" w:rsidP="007E5B69">
            <w:r>
              <w:rPr>
                <w:sz w:val="16"/>
              </w:rPr>
              <w:t>Жиынтықтағы аудиогид</w:t>
            </w:r>
          </w:p>
        </w:tc>
        <w:tc>
          <w:tcPr>
            <w:tcW w:w="1696" w:type="dxa"/>
          </w:tcPr>
          <w:p w14:paraId="3BE8DBBE" w14:textId="77777777" w:rsidR="00F25E9F" w:rsidRDefault="00F25E9F" w:rsidP="007E5B69">
            <w:r>
              <w:rPr>
                <w:sz w:val="16"/>
              </w:rPr>
              <w:t>241500012637</w:t>
            </w:r>
          </w:p>
        </w:tc>
        <w:tc>
          <w:tcPr>
            <w:tcW w:w="1701" w:type="dxa"/>
          </w:tcPr>
          <w:p w14:paraId="6F42EAB4" w14:textId="77777777" w:rsidR="00F25E9F" w:rsidRDefault="00F25E9F" w:rsidP="007E5B69">
            <w:r>
              <w:rPr>
                <w:sz w:val="16"/>
              </w:rPr>
              <w:t>4958.34</w:t>
            </w:r>
          </w:p>
        </w:tc>
        <w:tc>
          <w:tcPr>
            <w:tcW w:w="1701" w:type="dxa"/>
          </w:tcPr>
          <w:p w14:paraId="7532DDB2" w14:textId="77777777" w:rsidR="00F25E9F" w:rsidRDefault="00F25E9F" w:rsidP="007E5B69">
            <w:r>
              <w:rPr>
                <w:sz w:val="16"/>
              </w:rPr>
              <w:t>0</w:t>
            </w:r>
          </w:p>
        </w:tc>
      </w:tr>
      <w:tr w:rsidR="00F25E9F" w14:paraId="0985D5D8" w14:textId="77777777" w:rsidTr="00371F5F">
        <w:trPr>
          <w:jc w:val="center"/>
        </w:trPr>
        <w:tc>
          <w:tcPr>
            <w:tcW w:w="993" w:type="dxa"/>
          </w:tcPr>
          <w:p w14:paraId="4D4444EB" w14:textId="77777777" w:rsidR="00F25E9F" w:rsidRDefault="00F25E9F" w:rsidP="007E5B69">
            <w:r>
              <w:rPr>
                <w:sz w:val="16"/>
              </w:rPr>
              <w:t>88</w:t>
            </w:r>
          </w:p>
        </w:tc>
        <w:tc>
          <w:tcPr>
            <w:tcW w:w="3685" w:type="dxa"/>
          </w:tcPr>
          <w:p w14:paraId="4F14C489" w14:textId="77777777" w:rsidR="00F25E9F" w:rsidRPr="00371F5F" w:rsidRDefault="00F25E9F" w:rsidP="007E5B69">
            <w:r w:rsidRPr="00371F5F">
              <w:rPr>
                <w:sz w:val="16"/>
              </w:rPr>
              <w:t xml:space="preserve">Novicam AP610 </w:t>
            </w:r>
            <w:r w:rsidRPr="008240BA">
              <w:rPr>
                <w:sz w:val="16"/>
                <w:lang w:val="ru-RU"/>
              </w:rPr>
              <w:t>сыртқы</w:t>
            </w:r>
            <w:r w:rsidRPr="00371F5F">
              <w:rPr>
                <w:sz w:val="16"/>
              </w:rPr>
              <w:t xml:space="preserve"> </w:t>
            </w:r>
            <w:r w:rsidRPr="008240BA">
              <w:rPr>
                <w:sz w:val="16"/>
                <w:lang w:val="ru-RU"/>
              </w:rPr>
              <w:t>күмбезді</w:t>
            </w:r>
            <w:r w:rsidRPr="00371F5F">
              <w:rPr>
                <w:sz w:val="16"/>
              </w:rPr>
              <w:t xml:space="preserve"> </w:t>
            </w:r>
            <w:r w:rsidRPr="008240BA">
              <w:rPr>
                <w:sz w:val="16"/>
                <w:lang w:val="ru-RU"/>
              </w:rPr>
              <w:t>бейнекамерасы</w:t>
            </w:r>
          </w:p>
        </w:tc>
        <w:tc>
          <w:tcPr>
            <w:tcW w:w="1696" w:type="dxa"/>
          </w:tcPr>
          <w:p w14:paraId="138C8942" w14:textId="77777777" w:rsidR="00F25E9F" w:rsidRDefault="00F25E9F" w:rsidP="007E5B69">
            <w:r>
              <w:rPr>
                <w:sz w:val="16"/>
              </w:rPr>
              <w:t>241500012639</w:t>
            </w:r>
          </w:p>
        </w:tc>
        <w:tc>
          <w:tcPr>
            <w:tcW w:w="1701" w:type="dxa"/>
          </w:tcPr>
          <w:p w14:paraId="117A73D5" w14:textId="77777777" w:rsidR="00F25E9F" w:rsidRDefault="00F25E9F" w:rsidP="007E5B69">
            <w:r>
              <w:rPr>
                <w:sz w:val="16"/>
              </w:rPr>
              <w:t>75000</w:t>
            </w:r>
          </w:p>
        </w:tc>
        <w:tc>
          <w:tcPr>
            <w:tcW w:w="1701" w:type="dxa"/>
          </w:tcPr>
          <w:p w14:paraId="21BA7777" w14:textId="77777777" w:rsidR="00F25E9F" w:rsidRDefault="00F25E9F" w:rsidP="007E5B69">
            <w:r>
              <w:rPr>
                <w:sz w:val="16"/>
              </w:rPr>
              <w:t>0</w:t>
            </w:r>
          </w:p>
        </w:tc>
      </w:tr>
      <w:tr w:rsidR="00F25E9F" w14:paraId="18CD38CC" w14:textId="77777777" w:rsidTr="00371F5F">
        <w:trPr>
          <w:jc w:val="center"/>
        </w:trPr>
        <w:tc>
          <w:tcPr>
            <w:tcW w:w="993" w:type="dxa"/>
          </w:tcPr>
          <w:p w14:paraId="6E696920" w14:textId="77777777" w:rsidR="00F25E9F" w:rsidRDefault="00F25E9F" w:rsidP="007E5B69">
            <w:r>
              <w:rPr>
                <w:sz w:val="16"/>
              </w:rPr>
              <w:t>89</w:t>
            </w:r>
          </w:p>
        </w:tc>
        <w:tc>
          <w:tcPr>
            <w:tcW w:w="3685" w:type="dxa"/>
          </w:tcPr>
          <w:p w14:paraId="5CF2F087" w14:textId="77777777" w:rsidR="00F25E9F" w:rsidRDefault="00F25E9F" w:rsidP="007E5B69">
            <w:r>
              <w:rPr>
                <w:sz w:val="16"/>
              </w:rPr>
              <w:t>Желілік қауіпсіздік жабдықтарының кешені 1-1</w:t>
            </w:r>
          </w:p>
        </w:tc>
        <w:tc>
          <w:tcPr>
            <w:tcW w:w="1696" w:type="dxa"/>
          </w:tcPr>
          <w:p w14:paraId="45755FA3" w14:textId="77777777" w:rsidR="00F25E9F" w:rsidRDefault="00F25E9F" w:rsidP="007E5B69">
            <w:r>
              <w:rPr>
                <w:sz w:val="16"/>
              </w:rPr>
              <w:t>241500013387</w:t>
            </w:r>
          </w:p>
        </w:tc>
        <w:tc>
          <w:tcPr>
            <w:tcW w:w="1701" w:type="dxa"/>
          </w:tcPr>
          <w:p w14:paraId="42E2B8F8" w14:textId="77777777" w:rsidR="00F25E9F" w:rsidRDefault="00F25E9F" w:rsidP="007E5B69">
            <w:r>
              <w:rPr>
                <w:sz w:val="16"/>
              </w:rPr>
              <w:t>19775.3</w:t>
            </w:r>
          </w:p>
        </w:tc>
        <w:tc>
          <w:tcPr>
            <w:tcW w:w="1701" w:type="dxa"/>
          </w:tcPr>
          <w:p w14:paraId="0EDEEA3F" w14:textId="77777777" w:rsidR="00F25E9F" w:rsidRDefault="00F25E9F" w:rsidP="007E5B69">
            <w:r>
              <w:rPr>
                <w:sz w:val="16"/>
              </w:rPr>
              <w:t>0</w:t>
            </w:r>
          </w:p>
        </w:tc>
      </w:tr>
      <w:tr w:rsidR="00F25E9F" w14:paraId="662B311E" w14:textId="77777777" w:rsidTr="00371F5F">
        <w:trPr>
          <w:jc w:val="center"/>
        </w:trPr>
        <w:tc>
          <w:tcPr>
            <w:tcW w:w="993" w:type="dxa"/>
          </w:tcPr>
          <w:p w14:paraId="1408AFA5" w14:textId="77777777" w:rsidR="00F25E9F" w:rsidRDefault="00F25E9F" w:rsidP="007E5B69">
            <w:r>
              <w:rPr>
                <w:sz w:val="16"/>
              </w:rPr>
              <w:t>90</w:t>
            </w:r>
          </w:p>
        </w:tc>
        <w:tc>
          <w:tcPr>
            <w:tcW w:w="3685" w:type="dxa"/>
          </w:tcPr>
          <w:p w14:paraId="2C4715FF" w14:textId="77777777" w:rsidR="00F25E9F" w:rsidRDefault="00F25E9F" w:rsidP="007E5B69">
            <w:r>
              <w:rPr>
                <w:sz w:val="16"/>
              </w:rPr>
              <w:t>Желілік қауіпсіздік жабдықтарының кешені 1-10</w:t>
            </w:r>
          </w:p>
        </w:tc>
        <w:tc>
          <w:tcPr>
            <w:tcW w:w="1696" w:type="dxa"/>
          </w:tcPr>
          <w:p w14:paraId="7AEF0065" w14:textId="77777777" w:rsidR="00F25E9F" w:rsidRDefault="00F25E9F" w:rsidP="007E5B69">
            <w:r>
              <w:rPr>
                <w:sz w:val="16"/>
              </w:rPr>
              <w:t>241500013388</w:t>
            </w:r>
          </w:p>
        </w:tc>
        <w:tc>
          <w:tcPr>
            <w:tcW w:w="1701" w:type="dxa"/>
          </w:tcPr>
          <w:p w14:paraId="3DEF1016" w14:textId="77777777" w:rsidR="00F25E9F" w:rsidRDefault="00F25E9F" w:rsidP="007E5B69">
            <w:r>
              <w:rPr>
                <w:sz w:val="16"/>
              </w:rPr>
              <w:t>19775.1</w:t>
            </w:r>
          </w:p>
        </w:tc>
        <w:tc>
          <w:tcPr>
            <w:tcW w:w="1701" w:type="dxa"/>
          </w:tcPr>
          <w:p w14:paraId="1748FD54" w14:textId="77777777" w:rsidR="00F25E9F" w:rsidRDefault="00F25E9F" w:rsidP="007E5B69">
            <w:r>
              <w:rPr>
                <w:sz w:val="16"/>
              </w:rPr>
              <w:t>0</w:t>
            </w:r>
          </w:p>
        </w:tc>
      </w:tr>
      <w:tr w:rsidR="00F25E9F" w14:paraId="68B2BB08" w14:textId="77777777" w:rsidTr="00371F5F">
        <w:trPr>
          <w:jc w:val="center"/>
        </w:trPr>
        <w:tc>
          <w:tcPr>
            <w:tcW w:w="993" w:type="dxa"/>
          </w:tcPr>
          <w:p w14:paraId="22082F2E" w14:textId="77777777" w:rsidR="00F25E9F" w:rsidRDefault="00F25E9F" w:rsidP="007E5B69">
            <w:r>
              <w:rPr>
                <w:sz w:val="16"/>
              </w:rPr>
              <w:t>91</w:t>
            </w:r>
          </w:p>
        </w:tc>
        <w:tc>
          <w:tcPr>
            <w:tcW w:w="3685" w:type="dxa"/>
          </w:tcPr>
          <w:p w14:paraId="2F06C50A" w14:textId="77777777" w:rsidR="00F25E9F" w:rsidRDefault="00F25E9F" w:rsidP="007E5B69">
            <w:r>
              <w:rPr>
                <w:sz w:val="16"/>
              </w:rPr>
              <w:t>Желілік қауіпсіздік жабдықтарының кешені 1-11</w:t>
            </w:r>
          </w:p>
        </w:tc>
        <w:tc>
          <w:tcPr>
            <w:tcW w:w="1696" w:type="dxa"/>
          </w:tcPr>
          <w:p w14:paraId="742819D6" w14:textId="77777777" w:rsidR="00F25E9F" w:rsidRDefault="00F25E9F" w:rsidP="007E5B69">
            <w:r>
              <w:rPr>
                <w:sz w:val="16"/>
              </w:rPr>
              <w:t>241500013389</w:t>
            </w:r>
          </w:p>
        </w:tc>
        <w:tc>
          <w:tcPr>
            <w:tcW w:w="1701" w:type="dxa"/>
          </w:tcPr>
          <w:p w14:paraId="4174297E" w14:textId="77777777" w:rsidR="00F25E9F" w:rsidRDefault="00F25E9F" w:rsidP="007E5B69">
            <w:r>
              <w:rPr>
                <w:sz w:val="16"/>
              </w:rPr>
              <w:t>19775.1</w:t>
            </w:r>
          </w:p>
        </w:tc>
        <w:tc>
          <w:tcPr>
            <w:tcW w:w="1701" w:type="dxa"/>
          </w:tcPr>
          <w:p w14:paraId="20689F44" w14:textId="77777777" w:rsidR="00F25E9F" w:rsidRDefault="00F25E9F" w:rsidP="007E5B69">
            <w:r>
              <w:rPr>
                <w:sz w:val="16"/>
              </w:rPr>
              <w:t>0</w:t>
            </w:r>
          </w:p>
        </w:tc>
      </w:tr>
      <w:tr w:rsidR="00F25E9F" w14:paraId="3A6916CD" w14:textId="77777777" w:rsidTr="00371F5F">
        <w:trPr>
          <w:jc w:val="center"/>
        </w:trPr>
        <w:tc>
          <w:tcPr>
            <w:tcW w:w="993" w:type="dxa"/>
          </w:tcPr>
          <w:p w14:paraId="2BBE1F1D" w14:textId="77777777" w:rsidR="00F25E9F" w:rsidRDefault="00F25E9F" w:rsidP="007E5B69">
            <w:r>
              <w:rPr>
                <w:sz w:val="16"/>
              </w:rPr>
              <w:t>92</w:t>
            </w:r>
          </w:p>
        </w:tc>
        <w:tc>
          <w:tcPr>
            <w:tcW w:w="3685" w:type="dxa"/>
          </w:tcPr>
          <w:p w14:paraId="37BC6305" w14:textId="77777777" w:rsidR="00F25E9F" w:rsidRDefault="00F25E9F" w:rsidP="007E5B69">
            <w:r>
              <w:rPr>
                <w:sz w:val="16"/>
              </w:rPr>
              <w:t>Желілік қауіпсіздік жабдықтарының кешені 1-12</w:t>
            </w:r>
          </w:p>
        </w:tc>
        <w:tc>
          <w:tcPr>
            <w:tcW w:w="1696" w:type="dxa"/>
          </w:tcPr>
          <w:p w14:paraId="24B13E0A" w14:textId="77777777" w:rsidR="00F25E9F" w:rsidRDefault="00F25E9F" w:rsidP="007E5B69">
            <w:r>
              <w:rPr>
                <w:sz w:val="16"/>
              </w:rPr>
              <w:t>241500013390</w:t>
            </w:r>
          </w:p>
        </w:tc>
        <w:tc>
          <w:tcPr>
            <w:tcW w:w="1701" w:type="dxa"/>
          </w:tcPr>
          <w:p w14:paraId="3EA5C4CC" w14:textId="77777777" w:rsidR="00F25E9F" w:rsidRDefault="00F25E9F" w:rsidP="007E5B69">
            <w:r>
              <w:rPr>
                <w:sz w:val="16"/>
              </w:rPr>
              <w:t>19775.1</w:t>
            </w:r>
          </w:p>
        </w:tc>
        <w:tc>
          <w:tcPr>
            <w:tcW w:w="1701" w:type="dxa"/>
          </w:tcPr>
          <w:p w14:paraId="787BA4AA" w14:textId="77777777" w:rsidR="00F25E9F" w:rsidRDefault="00F25E9F" w:rsidP="007E5B69">
            <w:r>
              <w:rPr>
                <w:sz w:val="16"/>
              </w:rPr>
              <w:t>0</w:t>
            </w:r>
          </w:p>
        </w:tc>
      </w:tr>
      <w:tr w:rsidR="00F25E9F" w14:paraId="052E919E" w14:textId="77777777" w:rsidTr="00371F5F">
        <w:trPr>
          <w:jc w:val="center"/>
        </w:trPr>
        <w:tc>
          <w:tcPr>
            <w:tcW w:w="993" w:type="dxa"/>
          </w:tcPr>
          <w:p w14:paraId="6C9C98DA" w14:textId="77777777" w:rsidR="00F25E9F" w:rsidRDefault="00F25E9F" w:rsidP="007E5B69">
            <w:r>
              <w:rPr>
                <w:sz w:val="16"/>
              </w:rPr>
              <w:t>93</w:t>
            </w:r>
          </w:p>
        </w:tc>
        <w:tc>
          <w:tcPr>
            <w:tcW w:w="3685" w:type="dxa"/>
          </w:tcPr>
          <w:p w14:paraId="4EA0CFFE" w14:textId="77777777" w:rsidR="00F25E9F" w:rsidRDefault="00F25E9F" w:rsidP="007E5B69">
            <w:r>
              <w:rPr>
                <w:sz w:val="16"/>
              </w:rPr>
              <w:t>Желілік қауіпсіздік жабдықтарының кешені 1-13</w:t>
            </w:r>
          </w:p>
        </w:tc>
        <w:tc>
          <w:tcPr>
            <w:tcW w:w="1696" w:type="dxa"/>
          </w:tcPr>
          <w:p w14:paraId="6FE64447" w14:textId="77777777" w:rsidR="00F25E9F" w:rsidRDefault="00F25E9F" w:rsidP="007E5B69">
            <w:r>
              <w:rPr>
                <w:sz w:val="16"/>
              </w:rPr>
              <w:t>241500013391</w:t>
            </w:r>
          </w:p>
        </w:tc>
        <w:tc>
          <w:tcPr>
            <w:tcW w:w="1701" w:type="dxa"/>
          </w:tcPr>
          <w:p w14:paraId="6FD63813" w14:textId="77777777" w:rsidR="00F25E9F" w:rsidRDefault="00F25E9F" w:rsidP="007E5B69">
            <w:r>
              <w:rPr>
                <w:sz w:val="16"/>
              </w:rPr>
              <w:t>19775.1</w:t>
            </w:r>
          </w:p>
        </w:tc>
        <w:tc>
          <w:tcPr>
            <w:tcW w:w="1701" w:type="dxa"/>
          </w:tcPr>
          <w:p w14:paraId="08321A7B" w14:textId="77777777" w:rsidR="00F25E9F" w:rsidRDefault="00F25E9F" w:rsidP="007E5B69">
            <w:r>
              <w:rPr>
                <w:sz w:val="16"/>
              </w:rPr>
              <w:t>0</w:t>
            </w:r>
          </w:p>
        </w:tc>
      </w:tr>
      <w:tr w:rsidR="00F25E9F" w14:paraId="48C50EAE" w14:textId="77777777" w:rsidTr="00371F5F">
        <w:trPr>
          <w:jc w:val="center"/>
        </w:trPr>
        <w:tc>
          <w:tcPr>
            <w:tcW w:w="993" w:type="dxa"/>
          </w:tcPr>
          <w:p w14:paraId="6694FEF6" w14:textId="77777777" w:rsidR="00F25E9F" w:rsidRDefault="00F25E9F" w:rsidP="007E5B69">
            <w:r>
              <w:rPr>
                <w:sz w:val="16"/>
              </w:rPr>
              <w:t>94</w:t>
            </w:r>
          </w:p>
        </w:tc>
        <w:tc>
          <w:tcPr>
            <w:tcW w:w="3685" w:type="dxa"/>
          </w:tcPr>
          <w:p w14:paraId="7D0615C7" w14:textId="77777777" w:rsidR="00F25E9F" w:rsidRDefault="00F25E9F" w:rsidP="007E5B69">
            <w:r>
              <w:rPr>
                <w:sz w:val="16"/>
              </w:rPr>
              <w:t>Желілік қауіпсіздік жабдықтарының кешені 1-14</w:t>
            </w:r>
          </w:p>
        </w:tc>
        <w:tc>
          <w:tcPr>
            <w:tcW w:w="1696" w:type="dxa"/>
          </w:tcPr>
          <w:p w14:paraId="293B28C7" w14:textId="77777777" w:rsidR="00F25E9F" w:rsidRDefault="00F25E9F" w:rsidP="007E5B69">
            <w:r>
              <w:rPr>
                <w:sz w:val="16"/>
              </w:rPr>
              <w:t>241500013392</w:t>
            </w:r>
          </w:p>
        </w:tc>
        <w:tc>
          <w:tcPr>
            <w:tcW w:w="1701" w:type="dxa"/>
          </w:tcPr>
          <w:p w14:paraId="5D9817F5" w14:textId="77777777" w:rsidR="00F25E9F" w:rsidRDefault="00F25E9F" w:rsidP="007E5B69">
            <w:r>
              <w:rPr>
                <w:sz w:val="16"/>
              </w:rPr>
              <w:t>19775.1</w:t>
            </w:r>
          </w:p>
        </w:tc>
        <w:tc>
          <w:tcPr>
            <w:tcW w:w="1701" w:type="dxa"/>
          </w:tcPr>
          <w:p w14:paraId="2EDBFEA7" w14:textId="77777777" w:rsidR="00F25E9F" w:rsidRDefault="00F25E9F" w:rsidP="007E5B69">
            <w:r>
              <w:rPr>
                <w:sz w:val="16"/>
              </w:rPr>
              <w:t>0</w:t>
            </w:r>
          </w:p>
        </w:tc>
      </w:tr>
      <w:tr w:rsidR="00F25E9F" w14:paraId="7E85A685" w14:textId="77777777" w:rsidTr="00371F5F">
        <w:trPr>
          <w:jc w:val="center"/>
        </w:trPr>
        <w:tc>
          <w:tcPr>
            <w:tcW w:w="993" w:type="dxa"/>
          </w:tcPr>
          <w:p w14:paraId="4AD10406" w14:textId="77777777" w:rsidR="00F25E9F" w:rsidRDefault="00F25E9F" w:rsidP="007E5B69">
            <w:r>
              <w:rPr>
                <w:sz w:val="16"/>
              </w:rPr>
              <w:t>95</w:t>
            </w:r>
          </w:p>
        </w:tc>
        <w:tc>
          <w:tcPr>
            <w:tcW w:w="3685" w:type="dxa"/>
          </w:tcPr>
          <w:p w14:paraId="4F9439B6" w14:textId="77777777" w:rsidR="00F25E9F" w:rsidRDefault="00F25E9F" w:rsidP="007E5B69">
            <w:r>
              <w:rPr>
                <w:sz w:val="16"/>
              </w:rPr>
              <w:t>Желілік қауіпсіздік жабдықтарының кешені 1-15</w:t>
            </w:r>
          </w:p>
        </w:tc>
        <w:tc>
          <w:tcPr>
            <w:tcW w:w="1696" w:type="dxa"/>
          </w:tcPr>
          <w:p w14:paraId="613B857D" w14:textId="77777777" w:rsidR="00F25E9F" w:rsidRDefault="00F25E9F" w:rsidP="007E5B69">
            <w:r>
              <w:rPr>
                <w:sz w:val="16"/>
              </w:rPr>
              <w:t>241500013393</w:t>
            </w:r>
          </w:p>
        </w:tc>
        <w:tc>
          <w:tcPr>
            <w:tcW w:w="1701" w:type="dxa"/>
          </w:tcPr>
          <w:p w14:paraId="437CF71C" w14:textId="77777777" w:rsidR="00F25E9F" w:rsidRDefault="00F25E9F" w:rsidP="007E5B69">
            <w:r>
              <w:rPr>
                <w:sz w:val="16"/>
              </w:rPr>
              <w:t>19775.1</w:t>
            </w:r>
          </w:p>
        </w:tc>
        <w:tc>
          <w:tcPr>
            <w:tcW w:w="1701" w:type="dxa"/>
          </w:tcPr>
          <w:p w14:paraId="2C20B9D3" w14:textId="77777777" w:rsidR="00F25E9F" w:rsidRDefault="00F25E9F" w:rsidP="007E5B69">
            <w:r>
              <w:rPr>
                <w:sz w:val="16"/>
              </w:rPr>
              <w:t>0</w:t>
            </w:r>
          </w:p>
        </w:tc>
      </w:tr>
      <w:tr w:rsidR="00F25E9F" w14:paraId="5A6F058F" w14:textId="77777777" w:rsidTr="00371F5F">
        <w:trPr>
          <w:jc w:val="center"/>
        </w:trPr>
        <w:tc>
          <w:tcPr>
            <w:tcW w:w="993" w:type="dxa"/>
          </w:tcPr>
          <w:p w14:paraId="68523878" w14:textId="77777777" w:rsidR="00F25E9F" w:rsidRDefault="00F25E9F" w:rsidP="007E5B69">
            <w:r>
              <w:rPr>
                <w:sz w:val="16"/>
              </w:rPr>
              <w:t>96</w:t>
            </w:r>
          </w:p>
        </w:tc>
        <w:tc>
          <w:tcPr>
            <w:tcW w:w="3685" w:type="dxa"/>
          </w:tcPr>
          <w:p w14:paraId="354D530C" w14:textId="77777777" w:rsidR="00F25E9F" w:rsidRDefault="00F25E9F" w:rsidP="007E5B69">
            <w:r>
              <w:rPr>
                <w:sz w:val="16"/>
              </w:rPr>
              <w:t>Желілік қауіпсіздік жабдықтарының кешені 1-16</w:t>
            </w:r>
          </w:p>
        </w:tc>
        <w:tc>
          <w:tcPr>
            <w:tcW w:w="1696" w:type="dxa"/>
          </w:tcPr>
          <w:p w14:paraId="78DCD123" w14:textId="77777777" w:rsidR="00F25E9F" w:rsidRDefault="00F25E9F" w:rsidP="007E5B69">
            <w:r>
              <w:rPr>
                <w:sz w:val="16"/>
              </w:rPr>
              <w:t>241500013394</w:t>
            </w:r>
          </w:p>
        </w:tc>
        <w:tc>
          <w:tcPr>
            <w:tcW w:w="1701" w:type="dxa"/>
          </w:tcPr>
          <w:p w14:paraId="4A501CA2" w14:textId="77777777" w:rsidR="00F25E9F" w:rsidRDefault="00F25E9F" w:rsidP="007E5B69">
            <w:r>
              <w:rPr>
                <w:sz w:val="16"/>
              </w:rPr>
              <w:t>19775.1</w:t>
            </w:r>
          </w:p>
        </w:tc>
        <w:tc>
          <w:tcPr>
            <w:tcW w:w="1701" w:type="dxa"/>
          </w:tcPr>
          <w:p w14:paraId="7E67427F" w14:textId="77777777" w:rsidR="00F25E9F" w:rsidRDefault="00F25E9F" w:rsidP="007E5B69">
            <w:r>
              <w:rPr>
                <w:sz w:val="16"/>
              </w:rPr>
              <w:t>0</w:t>
            </w:r>
          </w:p>
        </w:tc>
      </w:tr>
      <w:tr w:rsidR="00F25E9F" w14:paraId="40517249" w14:textId="77777777" w:rsidTr="00371F5F">
        <w:trPr>
          <w:jc w:val="center"/>
        </w:trPr>
        <w:tc>
          <w:tcPr>
            <w:tcW w:w="993" w:type="dxa"/>
          </w:tcPr>
          <w:p w14:paraId="70352FDD" w14:textId="77777777" w:rsidR="00F25E9F" w:rsidRDefault="00F25E9F" w:rsidP="007E5B69">
            <w:r>
              <w:rPr>
                <w:sz w:val="16"/>
              </w:rPr>
              <w:t>97</w:t>
            </w:r>
          </w:p>
        </w:tc>
        <w:tc>
          <w:tcPr>
            <w:tcW w:w="3685" w:type="dxa"/>
          </w:tcPr>
          <w:p w14:paraId="437A2739" w14:textId="77777777" w:rsidR="00F25E9F" w:rsidRDefault="00F25E9F" w:rsidP="007E5B69">
            <w:r>
              <w:rPr>
                <w:sz w:val="16"/>
              </w:rPr>
              <w:t>Желілік қауіпсіздік жабдықтарының кешені 1-17</w:t>
            </w:r>
          </w:p>
        </w:tc>
        <w:tc>
          <w:tcPr>
            <w:tcW w:w="1696" w:type="dxa"/>
          </w:tcPr>
          <w:p w14:paraId="60E8C5BD" w14:textId="77777777" w:rsidR="00F25E9F" w:rsidRDefault="00F25E9F" w:rsidP="007E5B69">
            <w:r>
              <w:rPr>
                <w:sz w:val="16"/>
              </w:rPr>
              <w:t>241500013395</w:t>
            </w:r>
          </w:p>
        </w:tc>
        <w:tc>
          <w:tcPr>
            <w:tcW w:w="1701" w:type="dxa"/>
          </w:tcPr>
          <w:p w14:paraId="5CF6C30B" w14:textId="77777777" w:rsidR="00F25E9F" w:rsidRDefault="00F25E9F" w:rsidP="007E5B69">
            <w:r>
              <w:rPr>
                <w:sz w:val="16"/>
              </w:rPr>
              <w:t>19775.1</w:t>
            </w:r>
          </w:p>
        </w:tc>
        <w:tc>
          <w:tcPr>
            <w:tcW w:w="1701" w:type="dxa"/>
          </w:tcPr>
          <w:p w14:paraId="01A55F9B" w14:textId="77777777" w:rsidR="00F25E9F" w:rsidRDefault="00F25E9F" w:rsidP="007E5B69">
            <w:r>
              <w:rPr>
                <w:sz w:val="16"/>
              </w:rPr>
              <w:t>0</w:t>
            </w:r>
          </w:p>
        </w:tc>
      </w:tr>
      <w:tr w:rsidR="00F25E9F" w14:paraId="7A43F40A" w14:textId="77777777" w:rsidTr="00371F5F">
        <w:trPr>
          <w:jc w:val="center"/>
        </w:trPr>
        <w:tc>
          <w:tcPr>
            <w:tcW w:w="993" w:type="dxa"/>
          </w:tcPr>
          <w:p w14:paraId="0F9A1E1C" w14:textId="77777777" w:rsidR="00F25E9F" w:rsidRDefault="00F25E9F" w:rsidP="007E5B69">
            <w:r>
              <w:rPr>
                <w:sz w:val="16"/>
              </w:rPr>
              <w:t>98</w:t>
            </w:r>
          </w:p>
        </w:tc>
        <w:tc>
          <w:tcPr>
            <w:tcW w:w="3685" w:type="dxa"/>
          </w:tcPr>
          <w:p w14:paraId="2681D0F8" w14:textId="77777777" w:rsidR="00F25E9F" w:rsidRDefault="00F25E9F" w:rsidP="007E5B69">
            <w:r>
              <w:rPr>
                <w:sz w:val="16"/>
              </w:rPr>
              <w:t>Желілік қауіпсіздік жабдықтарының кешені 1-18</w:t>
            </w:r>
          </w:p>
        </w:tc>
        <w:tc>
          <w:tcPr>
            <w:tcW w:w="1696" w:type="dxa"/>
          </w:tcPr>
          <w:p w14:paraId="29785E73" w14:textId="77777777" w:rsidR="00F25E9F" w:rsidRDefault="00F25E9F" w:rsidP="007E5B69">
            <w:r>
              <w:rPr>
                <w:sz w:val="16"/>
              </w:rPr>
              <w:t>241500013396</w:t>
            </w:r>
          </w:p>
        </w:tc>
        <w:tc>
          <w:tcPr>
            <w:tcW w:w="1701" w:type="dxa"/>
          </w:tcPr>
          <w:p w14:paraId="09CC243E" w14:textId="77777777" w:rsidR="00F25E9F" w:rsidRDefault="00F25E9F" w:rsidP="007E5B69">
            <w:r>
              <w:rPr>
                <w:sz w:val="16"/>
              </w:rPr>
              <w:t>19775.1</w:t>
            </w:r>
          </w:p>
        </w:tc>
        <w:tc>
          <w:tcPr>
            <w:tcW w:w="1701" w:type="dxa"/>
          </w:tcPr>
          <w:p w14:paraId="7797166B" w14:textId="77777777" w:rsidR="00F25E9F" w:rsidRDefault="00F25E9F" w:rsidP="007E5B69">
            <w:r>
              <w:rPr>
                <w:sz w:val="16"/>
              </w:rPr>
              <w:t>0</w:t>
            </w:r>
          </w:p>
        </w:tc>
      </w:tr>
      <w:tr w:rsidR="00F25E9F" w14:paraId="3E210F8F" w14:textId="77777777" w:rsidTr="00371F5F">
        <w:trPr>
          <w:jc w:val="center"/>
        </w:trPr>
        <w:tc>
          <w:tcPr>
            <w:tcW w:w="993" w:type="dxa"/>
          </w:tcPr>
          <w:p w14:paraId="1BF61680" w14:textId="77777777" w:rsidR="00F25E9F" w:rsidRDefault="00F25E9F" w:rsidP="007E5B69">
            <w:r>
              <w:rPr>
                <w:sz w:val="16"/>
              </w:rPr>
              <w:t>99</w:t>
            </w:r>
          </w:p>
        </w:tc>
        <w:tc>
          <w:tcPr>
            <w:tcW w:w="3685" w:type="dxa"/>
          </w:tcPr>
          <w:p w14:paraId="4AC9F182" w14:textId="77777777" w:rsidR="00F25E9F" w:rsidRDefault="00F25E9F" w:rsidP="007E5B69">
            <w:r>
              <w:rPr>
                <w:sz w:val="16"/>
              </w:rPr>
              <w:t>Желілік қауіпсіздік жабдықтарының кешені 1-19</w:t>
            </w:r>
          </w:p>
        </w:tc>
        <w:tc>
          <w:tcPr>
            <w:tcW w:w="1696" w:type="dxa"/>
          </w:tcPr>
          <w:p w14:paraId="6293C494" w14:textId="77777777" w:rsidR="00F25E9F" w:rsidRDefault="00F25E9F" w:rsidP="007E5B69">
            <w:r>
              <w:rPr>
                <w:sz w:val="16"/>
              </w:rPr>
              <w:t>241500013397</w:t>
            </w:r>
          </w:p>
        </w:tc>
        <w:tc>
          <w:tcPr>
            <w:tcW w:w="1701" w:type="dxa"/>
          </w:tcPr>
          <w:p w14:paraId="59E93AEE" w14:textId="77777777" w:rsidR="00F25E9F" w:rsidRDefault="00F25E9F" w:rsidP="007E5B69">
            <w:r>
              <w:rPr>
                <w:sz w:val="16"/>
              </w:rPr>
              <w:t>19775.1</w:t>
            </w:r>
          </w:p>
        </w:tc>
        <w:tc>
          <w:tcPr>
            <w:tcW w:w="1701" w:type="dxa"/>
          </w:tcPr>
          <w:p w14:paraId="63869C24" w14:textId="77777777" w:rsidR="00F25E9F" w:rsidRDefault="00F25E9F" w:rsidP="007E5B69">
            <w:r>
              <w:rPr>
                <w:sz w:val="16"/>
              </w:rPr>
              <w:t>0</w:t>
            </w:r>
          </w:p>
        </w:tc>
      </w:tr>
      <w:tr w:rsidR="00F25E9F" w14:paraId="17DF9749" w14:textId="77777777" w:rsidTr="00371F5F">
        <w:trPr>
          <w:jc w:val="center"/>
        </w:trPr>
        <w:tc>
          <w:tcPr>
            <w:tcW w:w="993" w:type="dxa"/>
          </w:tcPr>
          <w:p w14:paraId="155EABCE" w14:textId="77777777" w:rsidR="00F25E9F" w:rsidRDefault="00F25E9F" w:rsidP="007E5B69">
            <w:r>
              <w:rPr>
                <w:sz w:val="16"/>
              </w:rPr>
              <w:t>100</w:t>
            </w:r>
          </w:p>
        </w:tc>
        <w:tc>
          <w:tcPr>
            <w:tcW w:w="3685" w:type="dxa"/>
          </w:tcPr>
          <w:p w14:paraId="6BF1C2EB" w14:textId="77777777" w:rsidR="00F25E9F" w:rsidRDefault="00F25E9F" w:rsidP="007E5B69">
            <w:r>
              <w:rPr>
                <w:sz w:val="16"/>
              </w:rPr>
              <w:t>Желілік қауіпсіздік жабдықтарының кешені 1-2</w:t>
            </w:r>
          </w:p>
        </w:tc>
        <w:tc>
          <w:tcPr>
            <w:tcW w:w="1696" w:type="dxa"/>
          </w:tcPr>
          <w:p w14:paraId="1BD40912" w14:textId="77777777" w:rsidR="00F25E9F" w:rsidRDefault="00F25E9F" w:rsidP="007E5B69">
            <w:r>
              <w:rPr>
                <w:sz w:val="16"/>
              </w:rPr>
              <w:t>241500013398</w:t>
            </w:r>
          </w:p>
        </w:tc>
        <w:tc>
          <w:tcPr>
            <w:tcW w:w="1701" w:type="dxa"/>
          </w:tcPr>
          <w:p w14:paraId="306CB1AF" w14:textId="77777777" w:rsidR="00F25E9F" w:rsidRDefault="00F25E9F" w:rsidP="007E5B69">
            <w:r>
              <w:rPr>
                <w:sz w:val="16"/>
              </w:rPr>
              <w:t>19775.1</w:t>
            </w:r>
          </w:p>
        </w:tc>
        <w:tc>
          <w:tcPr>
            <w:tcW w:w="1701" w:type="dxa"/>
          </w:tcPr>
          <w:p w14:paraId="54E95E9D" w14:textId="77777777" w:rsidR="00F25E9F" w:rsidRDefault="00F25E9F" w:rsidP="007E5B69">
            <w:r>
              <w:rPr>
                <w:sz w:val="16"/>
              </w:rPr>
              <w:t>0</w:t>
            </w:r>
          </w:p>
        </w:tc>
      </w:tr>
      <w:tr w:rsidR="00F25E9F" w14:paraId="41E10609" w14:textId="77777777" w:rsidTr="00371F5F">
        <w:trPr>
          <w:jc w:val="center"/>
        </w:trPr>
        <w:tc>
          <w:tcPr>
            <w:tcW w:w="993" w:type="dxa"/>
          </w:tcPr>
          <w:p w14:paraId="77BB94B9" w14:textId="77777777" w:rsidR="00F25E9F" w:rsidRDefault="00F25E9F" w:rsidP="007E5B69">
            <w:r>
              <w:rPr>
                <w:sz w:val="16"/>
              </w:rPr>
              <w:t>101</w:t>
            </w:r>
          </w:p>
        </w:tc>
        <w:tc>
          <w:tcPr>
            <w:tcW w:w="3685" w:type="dxa"/>
          </w:tcPr>
          <w:p w14:paraId="724568CD" w14:textId="77777777" w:rsidR="00F25E9F" w:rsidRDefault="00F25E9F" w:rsidP="007E5B69">
            <w:r>
              <w:rPr>
                <w:sz w:val="16"/>
              </w:rPr>
              <w:t>Желілік қауіпсіздік жабдықтарының кешені 1-20</w:t>
            </w:r>
          </w:p>
        </w:tc>
        <w:tc>
          <w:tcPr>
            <w:tcW w:w="1696" w:type="dxa"/>
          </w:tcPr>
          <w:p w14:paraId="04ADC976" w14:textId="77777777" w:rsidR="00F25E9F" w:rsidRDefault="00F25E9F" w:rsidP="007E5B69">
            <w:r>
              <w:rPr>
                <w:sz w:val="16"/>
              </w:rPr>
              <w:t>241500013399</w:t>
            </w:r>
          </w:p>
        </w:tc>
        <w:tc>
          <w:tcPr>
            <w:tcW w:w="1701" w:type="dxa"/>
          </w:tcPr>
          <w:p w14:paraId="1A166ED7" w14:textId="77777777" w:rsidR="00F25E9F" w:rsidRDefault="00F25E9F" w:rsidP="007E5B69">
            <w:r>
              <w:rPr>
                <w:sz w:val="16"/>
              </w:rPr>
              <w:t>19775.1</w:t>
            </w:r>
          </w:p>
        </w:tc>
        <w:tc>
          <w:tcPr>
            <w:tcW w:w="1701" w:type="dxa"/>
          </w:tcPr>
          <w:p w14:paraId="69A6DFB5" w14:textId="77777777" w:rsidR="00F25E9F" w:rsidRDefault="00F25E9F" w:rsidP="007E5B69">
            <w:r>
              <w:rPr>
                <w:sz w:val="16"/>
              </w:rPr>
              <w:t>0</w:t>
            </w:r>
          </w:p>
        </w:tc>
      </w:tr>
      <w:tr w:rsidR="00F25E9F" w14:paraId="4BAFC18E" w14:textId="77777777" w:rsidTr="00371F5F">
        <w:trPr>
          <w:jc w:val="center"/>
        </w:trPr>
        <w:tc>
          <w:tcPr>
            <w:tcW w:w="993" w:type="dxa"/>
          </w:tcPr>
          <w:p w14:paraId="70B15498" w14:textId="77777777" w:rsidR="00F25E9F" w:rsidRDefault="00F25E9F" w:rsidP="007E5B69">
            <w:r>
              <w:rPr>
                <w:sz w:val="16"/>
              </w:rPr>
              <w:t>102</w:t>
            </w:r>
          </w:p>
        </w:tc>
        <w:tc>
          <w:tcPr>
            <w:tcW w:w="3685" w:type="dxa"/>
          </w:tcPr>
          <w:p w14:paraId="5E073671" w14:textId="77777777" w:rsidR="00F25E9F" w:rsidRDefault="00F25E9F" w:rsidP="007E5B69">
            <w:r>
              <w:rPr>
                <w:sz w:val="16"/>
              </w:rPr>
              <w:t>Желілік қауіпсіздік жабдықтарының кешені 1-21</w:t>
            </w:r>
          </w:p>
        </w:tc>
        <w:tc>
          <w:tcPr>
            <w:tcW w:w="1696" w:type="dxa"/>
          </w:tcPr>
          <w:p w14:paraId="50D08F28" w14:textId="77777777" w:rsidR="00F25E9F" w:rsidRDefault="00F25E9F" w:rsidP="007E5B69">
            <w:r>
              <w:rPr>
                <w:sz w:val="16"/>
              </w:rPr>
              <w:t>241500013400</w:t>
            </w:r>
          </w:p>
        </w:tc>
        <w:tc>
          <w:tcPr>
            <w:tcW w:w="1701" w:type="dxa"/>
          </w:tcPr>
          <w:p w14:paraId="6C10C5D3" w14:textId="77777777" w:rsidR="00F25E9F" w:rsidRDefault="00F25E9F" w:rsidP="007E5B69">
            <w:r>
              <w:rPr>
                <w:sz w:val="16"/>
              </w:rPr>
              <w:t>19775.1</w:t>
            </w:r>
          </w:p>
        </w:tc>
        <w:tc>
          <w:tcPr>
            <w:tcW w:w="1701" w:type="dxa"/>
          </w:tcPr>
          <w:p w14:paraId="5A8216C1" w14:textId="77777777" w:rsidR="00F25E9F" w:rsidRDefault="00F25E9F" w:rsidP="007E5B69">
            <w:r>
              <w:rPr>
                <w:sz w:val="16"/>
              </w:rPr>
              <w:t>0</w:t>
            </w:r>
          </w:p>
        </w:tc>
      </w:tr>
      <w:tr w:rsidR="00F25E9F" w14:paraId="78DDEEE1" w14:textId="77777777" w:rsidTr="00371F5F">
        <w:trPr>
          <w:jc w:val="center"/>
        </w:trPr>
        <w:tc>
          <w:tcPr>
            <w:tcW w:w="993" w:type="dxa"/>
          </w:tcPr>
          <w:p w14:paraId="30A13D74" w14:textId="77777777" w:rsidR="00F25E9F" w:rsidRDefault="00F25E9F" w:rsidP="007E5B69">
            <w:r>
              <w:rPr>
                <w:sz w:val="16"/>
              </w:rPr>
              <w:t>103</w:t>
            </w:r>
          </w:p>
        </w:tc>
        <w:tc>
          <w:tcPr>
            <w:tcW w:w="3685" w:type="dxa"/>
          </w:tcPr>
          <w:p w14:paraId="34BF4EF4" w14:textId="77777777" w:rsidR="00F25E9F" w:rsidRDefault="00F25E9F" w:rsidP="007E5B69">
            <w:r>
              <w:rPr>
                <w:sz w:val="16"/>
              </w:rPr>
              <w:t>Желілік қауіпсіздік жабдықтарының кешені 1-22</w:t>
            </w:r>
          </w:p>
        </w:tc>
        <w:tc>
          <w:tcPr>
            <w:tcW w:w="1696" w:type="dxa"/>
          </w:tcPr>
          <w:p w14:paraId="270F8918" w14:textId="77777777" w:rsidR="00F25E9F" w:rsidRDefault="00F25E9F" w:rsidP="007E5B69">
            <w:r>
              <w:rPr>
                <w:sz w:val="16"/>
              </w:rPr>
              <w:t>241500013401</w:t>
            </w:r>
          </w:p>
        </w:tc>
        <w:tc>
          <w:tcPr>
            <w:tcW w:w="1701" w:type="dxa"/>
          </w:tcPr>
          <w:p w14:paraId="1A0B30E4" w14:textId="77777777" w:rsidR="00F25E9F" w:rsidRDefault="00F25E9F" w:rsidP="007E5B69">
            <w:r>
              <w:rPr>
                <w:sz w:val="16"/>
              </w:rPr>
              <w:t>19775.1</w:t>
            </w:r>
          </w:p>
        </w:tc>
        <w:tc>
          <w:tcPr>
            <w:tcW w:w="1701" w:type="dxa"/>
          </w:tcPr>
          <w:p w14:paraId="3A5F6622" w14:textId="77777777" w:rsidR="00F25E9F" w:rsidRDefault="00F25E9F" w:rsidP="007E5B69">
            <w:r>
              <w:rPr>
                <w:sz w:val="16"/>
              </w:rPr>
              <w:t>0</w:t>
            </w:r>
          </w:p>
        </w:tc>
      </w:tr>
      <w:tr w:rsidR="00F25E9F" w14:paraId="4B976177" w14:textId="77777777" w:rsidTr="00371F5F">
        <w:trPr>
          <w:jc w:val="center"/>
        </w:trPr>
        <w:tc>
          <w:tcPr>
            <w:tcW w:w="993" w:type="dxa"/>
          </w:tcPr>
          <w:p w14:paraId="75222758" w14:textId="77777777" w:rsidR="00F25E9F" w:rsidRDefault="00F25E9F" w:rsidP="007E5B69">
            <w:r>
              <w:rPr>
                <w:sz w:val="16"/>
              </w:rPr>
              <w:t>104</w:t>
            </w:r>
          </w:p>
        </w:tc>
        <w:tc>
          <w:tcPr>
            <w:tcW w:w="3685" w:type="dxa"/>
          </w:tcPr>
          <w:p w14:paraId="3A4C53AE" w14:textId="77777777" w:rsidR="00F25E9F" w:rsidRDefault="00F25E9F" w:rsidP="007E5B69">
            <w:r>
              <w:rPr>
                <w:sz w:val="16"/>
              </w:rPr>
              <w:t>Желілік қауіпсіздік жабдықтарының кешені 1-23</w:t>
            </w:r>
          </w:p>
        </w:tc>
        <w:tc>
          <w:tcPr>
            <w:tcW w:w="1696" w:type="dxa"/>
          </w:tcPr>
          <w:p w14:paraId="496D213A" w14:textId="77777777" w:rsidR="00F25E9F" w:rsidRDefault="00F25E9F" w:rsidP="007E5B69">
            <w:r>
              <w:rPr>
                <w:sz w:val="16"/>
              </w:rPr>
              <w:t>241500013402</w:t>
            </w:r>
          </w:p>
        </w:tc>
        <w:tc>
          <w:tcPr>
            <w:tcW w:w="1701" w:type="dxa"/>
          </w:tcPr>
          <w:p w14:paraId="7AA07912" w14:textId="77777777" w:rsidR="00F25E9F" w:rsidRDefault="00F25E9F" w:rsidP="007E5B69">
            <w:r>
              <w:rPr>
                <w:sz w:val="16"/>
              </w:rPr>
              <w:t>19775.1</w:t>
            </w:r>
          </w:p>
        </w:tc>
        <w:tc>
          <w:tcPr>
            <w:tcW w:w="1701" w:type="dxa"/>
          </w:tcPr>
          <w:p w14:paraId="7951A0EB" w14:textId="77777777" w:rsidR="00F25E9F" w:rsidRDefault="00F25E9F" w:rsidP="007E5B69">
            <w:r>
              <w:rPr>
                <w:sz w:val="16"/>
              </w:rPr>
              <w:t>0</w:t>
            </w:r>
          </w:p>
        </w:tc>
      </w:tr>
      <w:tr w:rsidR="00F25E9F" w14:paraId="4856F3AC" w14:textId="77777777" w:rsidTr="00371F5F">
        <w:trPr>
          <w:jc w:val="center"/>
        </w:trPr>
        <w:tc>
          <w:tcPr>
            <w:tcW w:w="993" w:type="dxa"/>
          </w:tcPr>
          <w:p w14:paraId="0982E315" w14:textId="77777777" w:rsidR="00F25E9F" w:rsidRDefault="00F25E9F" w:rsidP="007E5B69">
            <w:r>
              <w:rPr>
                <w:sz w:val="16"/>
              </w:rPr>
              <w:t>105</w:t>
            </w:r>
          </w:p>
        </w:tc>
        <w:tc>
          <w:tcPr>
            <w:tcW w:w="3685" w:type="dxa"/>
          </w:tcPr>
          <w:p w14:paraId="7D4E4FBA" w14:textId="77777777" w:rsidR="00F25E9F" w:rsidRDefault="00F25E9F" w:rsidP="007E5B69">
            <w:r>
              <w:rPr>
                <w:sz w:val="16"/>
              </w:rPr>
              <w:t>Желілік қауіпсіздік жабдықтарының кешені 1-24</w:t>
            </w:r>
          </w:p>
        </w:tc>
        <w:tc>
          <w:tcPr>
            <w:tcW w:w="1696" w:type="dxa"/>
          </w:tcPr>
          <w:p w14:paraId="2D3A4FB2" w14:textId="77777777" w:rsidR="00F25E9F" w:rsidRDefault="00F25E9F" w:rsidP="007E5B69">
            <w:r>
              <w:rPr>
                <w:sz w:val="16"/>
              </w:rPr>
              <w:t>241500013403</w:t>
            </w:r>
          </w:p>
        </w:tc>
        <w:tc>
          <w:tcPr>
            <w:tcW w:w="1701" w:type="dxa"/>
          </w:tcPr>
          <w:p w14:paraId="311032FC" w14:textId="77777777" w:rsidR="00F25E9F" w:rsidRDefault="00F25E9F" w:rsidP="007E5B69">
            <w:r>
              <w:rPr>
                <w:sz w:val="16"/>
              </w:rPr>
              <w:t>19775.1</w:t>
            </w:r>
          </w:p>
        </w:tc>
        <w:tc>
          <w:tcPr>
            <w:tcW w:w="1701" w:type="dxa"/>
          </w:tcPr>
          <w:p w14:paraId="5580C6C9" w14:textId="77777777" w:rsidR="00F25E9F" w:rsidRDefault="00F25E9F" w:rsidP="007E5B69">
            <w:r>
              <w:rPr>
                <w:sz w:val="16"/>
              </w:rPr>
              <w:t>0</w:t>
            </w:r>
          </w:p>
        </w:tc>
      </w:tr>
      <w:tr w:rsidR="00F25E9F" w14:paraId="595D1D44" w14:textId="77777777" w:rsidTr="00371F5F">
        <w:trPr>
          <w:jc w:val="center"/>
        </w:trPr>
        <w:tc>
          <w:tcPr>
            <w:tcW w:w="993" w:type="dxa"/>
          </w:tcPr>
          <w:p w14:paraId="4ACEE17B" w14:textId="77777777" w:rsidR="00F25E9F" w:rsidRDefault="00F25E9F" w:rsidP="007E5B69">
            <w:r>
              <w:rPr>
                <w:sz w:val="16"/>
              </w:rPr>
              <w:t>106</w:t>
            </w:r>
          </w:p>
        </w:tc>
        <w:tc>
          <w:tcPr>
            <w:tcW w:w="3685" w:type="dxa"/>
          </w:tcPr>
          <w:p w14:paraId="7DACF6E8" w14:textId="77777777" w:rsidR="00F25E9F" w:rsidRDefault="00F25E9F" w:rsidP="007E5B69">
            <w:r>
              <w:rPr>
                <w:sz w:val="16"/>
              </w:rPr>
              <w:t>Желілік қауіпсіздік жабдықтарының кешені 1-</w:t>
            </w:r>
            <w:r>
              <w:rPr>
                <w:sz w:val="16"/>
              </w:rPr>
              <w:lastRenderedPageBreak/>
              <w:t>25</w:t>
            </w:r>
          </w:p>
        </w:tc>
        <w:tc>
          <w:tcPr>
            <w:tcW w:w="1696" w:type="dxa"/>
          </w:tcPr>
          <w:p w14:paraId="7D19287A" w14:textId="77777777" w:rsidR="00F25E9F" w:rsidRDefault="00F25E9F" w:rsidP="007E5B69">
            <w:r>
              <w:rPr>
                <w:sz w:val="16"/>
              </w:rPr>
              <w:lastRenderedPageBreak/>
              <w:t>241500013404</w:t>
            </w:r>
          </w:p>
        </w:tc>
        <w:tc>
          <w:tcPr>
            <w:tcW w:w="1701" w:type="dxa"/>
          </w:tcPr>
          <w:p w14:paraId="4932CFA0" w14:textId="77777777" w:rsidR="00F25E9F" w:rsidRDefault="00F25E9F" w:rsidP="007E5B69">
            <w:r>
              <w:rPr>
                <w:sz w:val="16"/>
              </w:rPr>
              <w:t>19775.1</w:t>
            </w:r>
          </w:p>
        </w:tc>
        <w:tc>
          <w:tcPr>
            <w:tcW w:w="1701" w:type="dxa"/>
          </w:tcPr>
          <w:p w14:paraId="3D53F7FB" w14:textId="77777777" w:rsidR="00F25E9F" w:rsidRDefault="00F25E9F" w:rsidP="007E5B69">
            <w:r>
              <w:rPr>
                <w:sz w:val="16"/>
              </w:rPr>
              <w:t>0</w:t>
            </w:r>
          </w:p>
        </w:tc>
      </w:tr>
      <w:tr w:rsidR="00F25E9F" w14:paraId="355B5667" w14:textId="77777777" w:rsidTr="00371F5F">
        <w:trPr>
          <w:jc w:val="center"/>
        </w:trPr>
        <w:tc>
          <w:tcPr>
            <w:tcW w:w="993" w:type="dxa"/>
          </w:tcPr>
          <w:p w14:paraId="6438A5AC" w14:textId="77777777" w:rsidR="00F25E9F" w:rsidRDefault="00F25E9F" w:rsidP="007E5B69">
            <w:r>
              <w:rPr>
                <w:sz w:val="16"/>
              </w:rPr>
              <w:lastRenderedPageBreak/>
              <w:t>107</w:t>
            </w:r>
          </w:p>
        </w:tc>
        <w:tc>
          <w:tcPr>
            <w:tcW w:w="3685" w:type="dxa"/>
          </w:tcPr>
          <w:p w14:paraId="6C38ADDE" w14:textId="77777777" w:rsidR="00F25E9F" w:rsidRDefault="00F25E9F" w:rsidP="007E5B69">
            <w:r>
              <w:rPr>
                <w:sz w:val="16"/>
              </w:rPr>
              <w:t>Желілік қауіпсіздік жабдықтарының кешені 1-26</w:t>
            </w:r>
          </w:p>
        </w:tc>
        <w:tc>
          <w:tcPr>
            <w:tcW w:w="1696" w:type="dxa"/>
          </w:tcPr>
          <w:p w14:paraId="3C418676" w14:textId="77777777" w:rsidR="00F25E9F" w:rsidRDefault="00F25E9F" w:rsidP="007E5B69">
            <w:r>
              <w:rPr>
                <w:sz w:val="16"/>
              </w:rPr>
              <w:t>241500013405</w:t>
            </w:r>
          </w:p>
        </w:tc>
        <w:tc>
          <w:tcPr>
            <w:tcW w:w="1701" w:type="dxa"/>
          </w:tcPr>
          <w:p w14:paraId="38D02759" w14:textId="77777777" w:rsidR="00F25E9F" w:rsidRDefault="00F25E9F" w:rsidP="007E5B69">
            <w:r>
              <w:rPr>
                <w:sz w:val="16"/>
              </w:rPr>
              <w:t>19775.1</w:t>
            </w:r>
          </w:p>
        </w:tc>
        <w:tc>
          <w:tcPr>
            <w:tcW w:w="1701" w:type="dxa"/>
          </w:tcPr>
          <w:p w14:paraId="248249F1" w14:textId="77777777" w:rsidR="00F25E9F" w:rsidRDefault="00F25E9F" w:rsidP="007E5B69">
            <w:r>
              <w:rPr>
                <w:sz w:val="16"/>
              </w:rPr>
              <w:t>0</w:t>
            </w:r>
          </w:p>
        </w:tc>
      </w:tr>
      <w:tr w:rsidR="00F25E9F" w14:paraId="03CBA58C" w14:textId="77777777" w:rsidTr="00371F5F">
        <w:trPr>
          <w:jc w:val="center"/>
        </w:trPr>
        <w:tc>
          <w:tcPr>
            <w:tcW w:w="993" w:type="dxa"/>
          </w:tcPr>
          <w:p w14:paraId="0C0E7B92" w14:textId="77777777" w:rsidR="00F25E9F" w:rsidRDefault="00F25E9F" w:rsidP="007E5B69">
            <w:r>
              <w:rPr>
                <w:sz w:val="16"/>
              </w:rPr>
              <w:t>108</w:t>
            </w:r>
          </w:p>
        </w:tc>
        <w:tc>
          <w:tcPr>
            <w:tcW w:w="3685" w:type="dxa"/>
          </w:tcPr>
          <w:p w14:paraId="22A754D3" w14:textId="77777777" w:rsidR="00F25E9F" w:rsidRDefault="00F25E9F" w:rsidP="007E5B69">
            <w:r>
              <w:rPr>
                <w:sz w:val="16"/>
              </w:rPr>
              <w:t>Желілік қауіпсіздік жабдықтарының кешені 1-27</w:t>
            </w:r>
          </w:p>
        </w:tc>
        <w:tc>
          <w:tcPr>
            <w:tcW w:w="1696" w:type="dxa"/>
          </w:tcPr>
          <w:p w14:paraId="7D069041" w14:textId="77777777" w:rsidR="00F25E9F" w:rsidRDefault="00F25E9F" w:rsidP="007E5B69">
            <w:r>
              <w:rPr>
                <w:sz w:val="16"/>
              </w:rPr>
              <w:t>241500013406</w:t>
            </w:r>
          </w:p>
        </w:tc>
        <w:tc>
          <w:tcPr>
            <w:tcW w:w="1701" w:type="dxa"/>
          </w:tcPr>
          <w:p w14:paraId="7FD90C04" w14:textId="77777777" w:rsidR="00F25E9F" w:rsidRDefault="00F25E9F" w:rsidP="007E5B69">
            <w:r>
              <w:rPr>
                <w:sz w:val="16"/>
              </w:rPr>
              <w:t>19775.1</w:t>
            </w:r>
          </w:p>
        </w:tc>
        <w:tc>
          <w:tcPr>
            <w:tcW w:w="1701" w:type="dxa"/>
          </w:tcPr>
          <w:p w14:paraId="44AEDFC7" w14:textId="77777777" w:rsidR="00F25E9F" w:rsidRDefault="00F25E9F" w:rsidP="007E5B69">
            <w:r>
              <w:rPr>
                <w:sz w:val="16"/>
              </w:rPr>
              <w:t>0</w:t>
            </w:r>
          </w:p>
        </w:tc>
      </w:tr>
      <w:tr w:rsidR="00F25E9F" w14:paraId="7FDAAA09" w14:textId="77777777" w:rsidTr="00371F5F">
        <w:trPr>
          <w:jc w:val="center"/>
        </w:trPr>
        <w:tc>
          <w:tcPr>
            <w:tcW w:w="993" w:type="dxa"/>
          </w:tcPr>
          <w:p w14:paraId="369A8D94" w14:textId="77777777" w:rsidR="00F25E9F" w:rsidRDefault="00F25E9F" w:rsidP="007E5B69">
            <w:r>
              <w:rPr>
                <w:sz w:val="16"/>
              </w:rPr>
              <w:t>109</w:t>
            </w:r>
          </w:p>
        </w:tc>
        <w:tc>
          <w:tcPr>
            <w:tcW w:w="3685" w:type="dxa"/>
          </w:tcPr>
          <w:p w14:paraId="62363690" w14:textId="77777777" w:rsidR="00F25E9F" w:rsidRDefault="00F25E9F" w:rsidP="007E5B69">
            <w:r>
              <w:rPr>
                <w:sz w:val="16"/>
              </w:rPr>
              <w:t>Желілік қауіпсіздік жабдықтарының кешені 1-3</w:t>
            </w:r>
          </w:p>
        </w:tc>
        <w:tc>
          <w:tcPr>
            <w:tcW w:w="1696" w:type="dxa"/>
          </w:tcPr>
          <w:p w14:paraId="01E9483A" w14:textId="77777777" w:rsidR="00F25E9F" w:rsidRDefault="00F25E9F" w:rsidP="007E5B69">
            <w:r>
              <w:rPr>
                <w:sz w:val="16"/>
              </w:rPr>
              <w:t>241500013407</w:t>
            </w:r>
          </w:p>
        </w:tc>
        <w:tc>
          <w:tcPr>
            <w:tcW w:w="1701" w:type="dxa"/>
          </w:tcPr>
          <w:p w14:paraId="6D849B74" w14:textId="77777777" w:rsidR="00F25E9F" w:rsidRDefault="00F25E9F" w:rsidP="007E5B69">
            <w:r>
              <w:rPr>
                <w:sz w:val="16"/>
              </w:rPr>
              <w:t>19775.1</w:t>
            </w:r>
          </w:p>
        </w:tc>
        <w:tc>
          <w:tcPr>
            <w:tcW w:w="1701" w:type="dxa"/>
          </w:tcPr>
          <w:p w14:paraId="134CAECD" w14:textId="77777777" w:rsidR="00F25E9F" w:rsidRDefault="00F25E9F" w:rsidP="007E5B69">
            <w:r>
              <w:rPr>
                <w:sz w:val="16"/>
              </w:rPr>
              <w:t>0</w:t>
            </w:r>
          </w:p>
        </w:tc>
      </w:tr>
      <w:tr w:rsidR="00F25E9F" w14:paraId="63471B18" w14:textId="77777777" w:rsidTr="00371F5F">
        <w:trPr>
          <w:jc w:val="center"/>
        </w:trPr>
        <w:tc>
          <w:tcPr>
            <w:tcW w:w="993" w:type="dxa"/>
          </w:tcPr>
          <w:p w14:paraId="02BA2AFC" w14:textId="77777777" w:rsidR="00F25E9F" w:rsidRDefault="00F25E9F" w:rsidP="007E5B69">
            <w:r>
              <w:rPr>
                <w:sz w:val="16"/>
              </w:rPr>
              <w:t>110</w:t>
            </w:r>
          </w:p>
        </w:tc>
        <w:tc>
          <w:tcPr>
            <w:tcW w:w="3685" w:type="dxa"/>
          </w:tcPr>
          <w:p w14:paraId="3B0FC802" w14:textId="77777777" w:rsidR="00F25E9F" w:rsidRDefault="00F25E9F" w:rsidP="007E5B69">
            <w:r>
              <w:rPr>
                <w:sz w:val="16"/>
              </w:rPr>
              <w:t>Желілік қауіпсіздік жабдықтарының кешені 1-4</w:t>
            </w:r>
          </w:p>
        </w:tc>
        <w:tc>
          <w:tcPr>
            <w:tcW w:w="1696" w:type="dxa"/>
          </w:tcPr>
          <w:p w14:paraId="214311B9" w14:textId="77777777" w:rsidR="00F25E9F" w:rsidRDefault="00F25E9F" w:rsidP="007E5B69">
            <w:r>
              <w:rPr>
                <w:sz w:val="16"/>
              </w:rPr>
              <w:t>241500013408</w:t>
            </w:r>
          </w:p>
        </w:tc>
        <w:tc>
          <w:tcPr>
            <w:tcW w:w="1701" w:type="dxa"/>
          </w:tcPr>
          <w:p w14:paraId="250BA992" w14:textId="77777777" w:rsidR="00F25E9F" w:rsidRDefault="00F25E9F" w:rsidP="007E5B69">
            <w:r>
              <w:rPr>
                <w:sz w:val="16"/>
              </w:rPr>
              <w:t>19775.1</w:t>
            </w:r>
          </w:p>
        </w:tc>
        <w:tc>
          <w:tcPr>
            <w:tcW w:w="1701" w:type="dxa"/>
          </w:tcPr>
          <w:p w14:paraId="4B7504D4" w14:textId="77777777" w:rsidR="00F25E9F" w:rsidRDefault="00F25E9F" w:rsidP="007E5B69">
            <w:r>
              <w:rPr>
                <w:sz w:val="16"/>
              </w:rPr>
              <w:t>0</w:t>
            </w:r>
          </w:p>
        </w:tc>
      </w:tr>
      <w:tr w:rsidR="00F25E9F" w14:paraId="3570FC23" w14:textId="77777777" w:rsidTr="00371F5F">
        <w:trPr>
          <w:jc w:val="center"/>
        </w:trPr>
        <w:tc>
          <w:tcPr>
            <w:tcW w:w="993" w:type="dxa"/>
          </w:tcPr>
          <w:p w14:paraId="39E75F01" w14:textId="77777777" w:rsidR="00F25E9F" w:rsidRDefault="00F25E9F" w:rsidP="007E5B69">
            <w:r>
              <w:rPr>
                <w:sz w:val="16"/>
              </w:rPr>
              <w:t>111</w:t>
            </w:r>
          </w:p>
        </w:tc>
        <w:tc>
          <w:tcPr>
            <w:tcW w:w="3685" w:type="dxa"/>
          </w:tcPr>
          <w:p w14:paraId="7C3489CB" w14:textId="77777777" w:rsidR="00F25E9F" w:rsidRDefault="00F25E9F" w:rsidP="007E5B69">
            <w:r>
              <w:rPr>
                <w:sz w:val="16"/>
              </w:rPr>
              <w:t>Желілік қауіпсіздік жабдықтарының кешені 1-5</w:t>
            </w:r>
          </w:p>
        </w:tc>
        <w:tc>
          <w:tcPr>
            <w:tcW w:w="1696" w:type="dxa"/>
          </w:tcPr>
          <w:p w14:paraId="6FED5B3A" w14:textId="77777777" w:rsidR="00F25E9F" w:rsidRDefault="00F25E9F" w:rsidP="007E5B69">
            <w:r>
              <w:rPr>
                <w:sz w:val="16"/>
              </w:rPr>
              <w:t>241500013409</w:t>
            </w:r>
          </w:p>
        </w:tc>
        <w:tc>
          <w:tcPr>
            <w:tcW w:w="1701" w:type="dxa"/>
          </w:tcPr>
          <w:p w14:paraId="7FD1BD32" w14:textId="77777777" w:rsidR="00F25E9F" w:rsidRDefault="00F25E9F" w:rsidP="007E5B69">
            <w:r>
              <w:rPr>
                <w:sz w:val="16"/>
              </w:rPr>
              <w:t>19775.1</w:t>
            </w:r>
          </w:p>
        </w:tc>
        <w:tc>
          <w:tcPr>
            <w:tcW w:w="1701" w:type="dxa"/>
          </w:tcPr>
          <w:p w14:paraId="2C54348E" w14:textId="77777777" w:rsidR="00F25E9F" w:rsidRDefault="00F25E9F" w:rsidP="007E5B69">
            <w:r>
              <w:rPr>
                <w:sz w:val="16"/>
              </w:rPr>
              <w:t>0</w:t>
            </w:r>
          </w:p>
        </w:tc>
      </w:tr>
      <w:tr w:rsidR="00F25E9F" w14:paraId="6CCA7FE1" w14:textId="77777777" w:rsidTr="00371F5F">
        <w:trPr>
          <w:jc w:val="center"/>
        </w:trPr>
        <w:tc>
          <w:tcPr>
            <w:tcW w:w="993" w:type="dxa"/>
          </w:tcPr>
          <w:p w14:paraId="4A85884E" w14:textId="77777777" w:rsidR="00F25E9F" w:rsidRDefault="00F25E9F" w:rsidP="007E5B69">
            <w:r>
              <w:rPr>
                <w:sz w:val="16"/>
              </w:rPr>
              <w:t>112</w:t>
            </w:r>
          </w:p>
        </w:tc>
        <w:tc>
          <w:tcPr>
            <w:tcW w:w="3685" w:type="dxa"/>
          </w:tcPr>
          <w:p w14:paraId="7FCAFE03" w14:textId="77777777" w:rsidR="00F25E9F" w:rsidRDefault="00F25E9F" w:rsidP="007E5B69">
            <w:r>
              <w:rPr>
                <w:sz w:val="16"/>
              </w:rPr>
              <w:t>Желілік қауіпсіздік жабдықтарының кешені 1-6</w:t>
            </w:r>
          </w:p>
        </w:tc>
        <w:tc>
          <w:tcPr>
            <w:tcW w:w="1696" w:type="dxa"/>
          </w:tcPr>
          <w:p w14:paraId="210045EF" w14:textId="77777777" w:rsidR="00F25E9F" w:rsidRDefault="00F25E9F" w:rsidP="007E5B69">
            <w:r>
              <w:rPr>
                <w:sz w:val="16"/>
              </w:rPr>
              <w:t>241500013410</w:t>
            </w:r>
          </w:p>
        </w:tc>
        <w:tc>
          <w:tcPr>
            <w:tcW w:w="1701" w:type="dxa"/>
          </w:tcPr>
          <w:p w14:paraId="22879E85" w14:textId="77777777" w:rsidR="00F25E9F" w:rsidRDefault="00F25E9F" w:rsidP="007E5B69">
            <w:r>
              <w:rPr>
                <w:sz w:val="16"/>
              </w:rPr>
              <w:t>19775.1</w:t>
            </w:r>
          </w:p>
        </w:tc>
        <w:tc>
          <w:tcPr>
            <w:tcW w:w="1701" w:type="dxa"/>
          </w:tcPr>
          <w:p w14:paraId="47D90CBD" w14:textId="77777777" w:rsidR="00F25E9F" w:rsidRDefault="00F25E9F" w:rsidP="007E5B69">
            <w:r>
              <w:rPr>
                <w:sz w:val="16"/>
              </w:rPr>
              <w:t>0</w:t>
            </w:r>
          </w:p>
        </w:tc>
      </w:tr>
      <w:tr w:rsidR="00F25E9F" w14:paraId="170874A9" w14:textId="77777777" w:rsidTr="00371F5F">
        <w:trPr>
          <w:jc w:val="center"/>
        </w:trPr>
        <w:tc>
          <w:tcPr>
            <w:tcW w:w="993" w:type="dxa"/>
          </w:tcPr>
          <w:p w14:paraId="2F98D70C" w14:textId="77777777" w:rsidR="00F25E9F" w:rsidRDefault="00F25E9F" w:rsidP="007E5B69">
            <w:r>
              <w:rPr>
                <w:sz w:val="16"/>
              </w:rPr>
              <w:t>113</w:t>
            </w:r>
          </w:p>
        </w:tc>
        <w:tc>
          <w:tcPr>
            <w:tcW w:w="3685" w:type="dxa"/>
          </w:tcPr>
          <w:p w14:paraId="157EA807" w14:textId="77777777" w:rsidR="00F25E9F" w:rsidRDefault="00F25E9F" w:rsidP="007E5B69">
            <w:r>
              <w:rPr>
                <w:sz w:val="16"/>
              </w:rPr>
              <w:t>Желілік қауіпсіздік жабдықтарының кешені 1-7</w:t>
            </w:r>
          </w:p>
        </w:tc>
        <w:tc>
          <w:tcPr>
            <w:tcW w:w="1696" w:type="dxa"/>
          </w:tcPr>
          <w:p w14:paraId="329EE9A8" w14:textId="77777777" w:rsidR="00F25E9F" w:rsidRDefault="00F25E9F" w:rsidP="007E5B69">
            <w:r>
              <w:rPr>
                <w:sz w:val="16"/>
              </w:rPr>
              <w:t>241500013411</w:t>
            </w:r>
          </w:p>
        </w:tc>
        <w:tc>
          <w:tcPr>
            <w:tcW w:w="1701" w:type="dxa"/>
          </w:tcPr>
          <w:p w14:paraId="15769578" w14:textId="77777777" w:rsidR="00F25E9F" w:rsidRDefault="00F25E9F" w:rsidP="007E5B69">
            <w:r>
              <w:rPr>
                <w:sz w:val="16"/>
              </w:rPr>
              <w:t>19775.1</w:t>
            </w:r>
          </w:p>
        </w:tc>
        <w:tc>
          <w:tcPr>
            <w:tcW w:w="1701" w:type="dxa"/>
          </w:tcPr>
          <w:p w14:paraId="0150E25B" w14:textId="77777777" w:rsidR="00F25E9F" w:rsidRDefault="00F25E9F" w:rsidP="007E5B69">
            <w:r>
              <w:rPr>
                <w:sz w:val="16"/>
              </w:rPr>
              <w:t>0</w:t>
            </w:r>
          </w:p>
        </w:tc>
      </w:tr>
      <w:tr w:rsidR="00F25E9F" w14:paraId="1AD32947" w14:textId="77777777" w:rsidTr="00371F5F">
        <w:trPr>
          <w:jc w:val="center"/>
        </w:trPr>
        <w:tc>
          <w:tcPr>
            <w:tcW w:w="993" w:type="dxa"/>
          </w:tcPr>
          <w:p w14:paraId="3A702255" w14:textId="77777777" w:rsidR="00F25E9F" w:rsidRDefault="00F25E9F" w:rsidP="007E5B69">
            <w:r>
              <w:rPr>
                <w:sz w:val="16"/>
              </w:rPr>
              <w:t>114</w:t>
            </w:r>
          </w:p>
        </w:tc>
        <w:tc>
          <w:tcPr>
            <w:tcW w:w="3685" w:type="dxa"/>
          </w:tcPr>
          <w:p w14:paraId="7AE1D8ED" w14:textId="77777777" w:rsidR="00F25E9F" w:rsidRDefault="00F25E9F" w:rsidP="007E5B69">
            <w:r>
              <w:rPr>
                <w:sz w:val="16"/>
              </w:rPr>
              <w:t>Желілік қауіпсіздік жабдықтарының кешені 1-8</w:t>
            </w:r>
          </w:p>
        </w:tc>
        <w:tc>
          <w:tcPr>
            <w:tcW w:w="1696" w:type="dxa"/>
          </w:tcPr>
          <w:p w14:paraId="0CE4A146" w14:textId="77777777" w:rsidR="00F25E9F" w:rsidRDefault="00F25E9F" w:rsidP="007E5B69">
            <w:r>
              <w:rPr>
                <w:sz w:val="16"/>
              </w:rPr>
              <w:t>241500013412</w:t>
            </w:r>
          </w:p>
        </w:tc>
        <w:tc>
          <w:tcPr>
            <w:tcW w:w="1701" w:type="dxa"/>
          </w:tcPr>
          <w:p w14:paraId="3A0BC19D" w14:textId="77777777" w:rsidR="00F25E9F" w:rsidRDefault="00F25E9F" w:rsidP="007E5B69">
            <w:r>
              <w:rPr>
                <w:sz w:val="16"/>
              </w:rPr>
              <w:t>19775.1</w:t>
            </w:r>
          </w:p>
        </w:tc>
        <w:tc>
          <w:tcPr>
            <w:tcW w:w="1701" w:type="dxa"/>
          </w:tcPr>
          <w:p w14:paraId="700F6CF0" w14:textId="77777777" w:rsidR="00F25E9F" w:rsidRDefault="00F25E9F" w:rsidP="007E5B69">
            <w:r>
              <w:rPr>
                <w:sz w:val="16"/>
              </w:rPr>
              <w:t>0</w:t>
            </w:r>
          </w:p>
        </w:tc>
      </w:tr>
      <w:tr w:rsidR="00F25E9F" w14:paraId="5E276EA7" w14:textId="77777777" w:rsidTr="00371F5F">
        <w:trPr>
          <w:jc w:val="center"/>
        </w:trPr>
        <w:tc>
          <w:tcPr>
            <w:tcW w:w="993" w:type="dxa"/>
          </w:tcPr>
          <w:p w14:paraId="31E34676" w14:textId="77777777" w:rsidR="00F25E9F" w:rsidRDefault="00F25E9F" w:rsidP="007E5B69">
            <w:r>
              <w:rPr>
                <w:sz w:val="16"/>
              </w:rPr>
              <w:t>115</w:t>
            </w:r>
          </w:p>
        </w:tc>
        <w:tc>
          <w:tcPr>
            <w:tcW w:w="3685" w:type="dxa"/>
          </w:tcPr>
          <w:p w14:paraId="7712E326" w14:textId="77777777" w:rsidR="00F25E9F" w:rsidRDefault="00F25E9F" w:rsidP="007E5B69">
            <w:r>
              <w:rPr>
                <w:sz w:val="16"/>
              </w:rPr>
              <w:t>Желілік қауіпсіздік жабдықтарының кешені 1-9</w:t>
            </w:r>
          </w:p>
        </w:tc>
        <w:tc>
          <w:tcPr>
            <w:tcW w:w="1696" w:type="dxa"/>
          </w:tcPr>
          <w:p w14:paraId="001CEC9A" w14:textId="77777777" w:rsidR="00F25E9F" w:rsidRDefault="00F25E9F" w:rsidP="007E5B69">
            <w:r>
              <w:rPr>
                <w:sz w:val="16"/>
              </w:rPr>
              <w:t>241500013413</w:t>
            </w:r>
          </w:p>
        </w:tc>
        <w:tc>
          <w:tcPr>
            <w:tcW w:w="1701" w:type="dxa"/>
          </w:tcPr>
          <w:p w14:paraId="70AD9015" w14:textId="77777777" w:rsidR="00F25E9F" w:rsidRDefault="00F25E9F" w:rsidP="007E5B69">
            <w:r>
              <w:rPr>
                <w:sz w:val="16"/>
              </w:rPr>
              <w:t>19775.1</w:t>
            </w:r>
          </w:p>
        </w:tc>
        <w:tc>
          <w:tcPr>
            <w:tcW w:w="1701" w:type="dxa"/>
          </w:tcPr>
          <w:p w14:paraId="4D7D620D" w14:textId="77777777" w:rsidR="00F25E9F" w:rsidRDefault="00F25E9F" w:rsidP="007E5B69">
            <w:r>
              <w:rPr>
                <w:sz w:val="16"/>
              </w:rPr>
              <w:t>0</w:t>
            </w:r>
          </w:p>
        </w:tc>
      </w:tr>
      <w:tr w:rsidR="00F25E9F" w14:paraId="3E6EFAEA" w14:textId="77777777" w:rsidTr="00371F5F">
        <w:trPr>
          <w:jc w:val="center"/>
        </w:trPr>
        <w:tc>
          <w:tcPr>
            <w:tcW w:w="993" w:type="dxa"/>
          </w:tcPr>
          <w:p w14:paraId="29CCE605" w14:textId="77777777" w:rsidR="00F25E9F" w:rsidRDefault="00F25E9F" w:rsidP="007E5B69">
            <w:r>
              <w:rPr>
                <w:sz w:val="16"/>
              </w:rPr>
              <w:t>116</w:t>
            </w:r>
          </w:p>
        </w:tc>
        <w:tc>
          <w:tcPr>
            <w:tcW w:w="3685" w:type="dxa"/>
          </w:tcPr>
          <w:p w14:paraId="34A11021" w14:textId="77777777" w:rsidR="00F25E9F" w:rsidRDefault="00F25E9F" w:rsidP="007E5B69">
            <w:r>
              <w:rPr>
                <w:sz w:val="16"/>
              </w:rPr>
              <w:t>Желілік қауіпсіздік жабдықтарының кешені 2-1</w:t>
            </w:r>
          </w:p>
        </w:tc>
        <w:tc>
          <w:tcPr>
            <w:tcW w:w="1696" w:type="dxa"/>
          </w:tcPr>
          <w:p w14:paraId="3E9DD61D" w14:textId="77777777" w:rsidR="00F25E9F" w:rsidRDefault="00F25E9F" w:rsidP="007E5B69">
            <w:r>
              <w:rPr>
                <w:sz w:val="16"/>
              </w:rPr>
              <w:t>241500013414</w:t>
            </w:r>
          </w:p>
        </w:tc>
        <w:tc>
          <w:tcPr>
            <w:tcW w:w="1701" w:type="dxa"/>
          </w:tcPr>
          <w:p w14:paraId="482BE236" w14:textId="77777777" w:rsidR="00F25E9F" w:rsidRDefault="00F25E9F" w:rsidP="007E5B69">
            <w:r>
              <w:rPr>
                <w:sz w:val="16"/>
              </w:rPr>
              <w:t>7470</w:t>
            </w:r>
          </w:p>
        </w:tc>
        <w:tc>
          <w:tcPr>
            <w:tcW w:w="1701" w:type="dxa"/>
          </w:tcPr>
          <w:p w14:paraId="56921CFD" w14:textId="77777777" w:rsidR="00F25E9F" w:rsidRDefault="00F25E9F" w:rsidP="007E5B69">
            <w:r>
              <w:rPr>
                <w:sz w:val="16"/>
              </w:rPr>
              <w:t>0</w:t>
            </w:r>
          </w:p>
        </w:tc>
      </w:tr>
      <w:tr w:rsidR="00F25E9F" w14:paraId="05289DA6" w14:textId="77777777" w:rsidTr="00371F5F">
        <w:trPr>
          <w:jc w:val="center"/>
        </w:trPr>
        <w:tc>
          <w:tcPr>
            <w:tcW w:w="993" w:type="dxa"/>
          </w:tcPr>
          <w:p w14:paraId="429CB727" w14:textId="77777777" w:rsidR="00F25E9F" w:rsidRDefault="00F25E9F" w:rsidP="007E5B69">
            <w:r>
              <w:rPr>
                <w:sz w:val="16"/>
              </w:rPr>
              <w:t>117</w:t>
            </w:r>
          </w:p>
        </w:tc>
        <w:tc>
          <w:tcPr>
            <w:tcW w:w="3685" w:type="dxa"/>
          </w:tcPr>
          <w:p w14:paraId="112B2C56" w14:textId="77777777" w:rsidR="00F25E9F" w:rsidRDefault="00F25E9F" w:rsidP="007E5B69">
            <w:r>
              <w:rPr>
                <w:sz w:val="16"/>
              </w:rPr>
              <w:t>Желілік қауіпсіздік жабдықтарының кешені 2-10</w:t>
            </w:r>
          </w:p>
        </w:tc>
        <w:tc>
          <w:tcPr>
            <w:tcW w:w="1696" w:type="dxa"/>
          </w:tcPr>
          <w:p w14:paraId="6EF9A46D" w14:textId="77777777" w:rsidR="00F25E9F" w:rsidRDefault="00F25E9F" w:rsidP="007E5B69">
            <w:r>
              <w:rPr>
                <w:sz w:val="16"/>
              </w:rPr>
              <w:t>241500013415</w:t>
            </w:r>
          </w:p>
        </w:tc>
        <w:tc>
          <w:tcPr>
            <w:tcW w:w="1701" w:type="dxa"/>
          </w:tcPr>
          <w:p w14:paraId="7A25DAD0" w14:textId="77777777" w:rsidR="00F25E9F" w:rsidRDefault="00F25E9F" w:rsidP="007E5B69">
            <w:r>
              <w:rPr>
                <w:sz w:val="16"/>
              </w:rPr>
              <w:t>7470</w:t>
            </w:r>
          </w:p>
        </w:tc>
        <w:tc>
          <w:tcPr>
            <w:tcW w:w="1701" w:type="dxa"/>
          </w:tcPr>
          <w:p w14:paraId="19484916" w14:textId="77777777" w:rsidR="00F25E9F" w:rsidRDefault="00F25E9F" w:rsidP="007E5B69">
            <w:r>
              <w:rPr>
                <w:sz w:val="16"/>
              </w:rPr>
              <w:t>0</w:t>
            </w:r>
          </w:p>
        </w:tc>
      </w:tr>
      <w:tr w:rsidR="00F25E9F" w14:paraId="343B37AA" w14:textId="77777777" w:rsidTr="00371F5F">
        <w:trPr>
          <w:jc w:val="center"/>
        </w:trPr>
        <w:tc>
          <w:tcPr>
            <w:tcW w:w="993" w:type="dxa"/>
          </w:tcPr>
          <w:p w14:paraId="023495D1" w14:textId="77777777" w:rsidR="00F25E9F" w:rsidRDefault="00F25E9F" w:rsidP="007E5B69">
            <w:r>
              <w:rPr>
                <w:sz w:val="16"/>
              </w:rPr>
              <w:t>118</w:t>
            </w:r>
          </w:p>
        </w:tc>
        <w:tc>
          <w:tcPr>
            <w:tcW w:w="3685" w:type="dxa"/>
          </w:tcPr>
          <w:p w14:paraId="3664225B" w14:textId="77777777" w:rsidR="00F25E9F" w:rsidRDefault="00F25E9F" w:rsidP="007E5B69">
            <w:r>
              <w:rPr>
                <w:sz w:val="16"/>
              </w:rPr>
              <w:t>Желілік қауіпсіздік жабдықтарының кешені 2-11</w:t>
            </w:r>
          </w:p>
        </w:tc>
        <w:tc>
          <w:tcPr>
            <w:tcW w:w="1696" w:type="dxa"/>
          </w:tcPr>
          <w:p w14:paraId="61CF7FA6" w14:textId="77777777" w:rsidR="00F25E9F" w:rsidRDefault="00F25E9F" w:rsidP="007E5B69">
            <w:r>
              <w:rPr>
                <w:sz w:val="16"/>
              </w:rPr>
              <w:t>241500013416</w:t>
            </w:r>
          </w:p>
        </w:tc>
        <w:tc>
          <w:tcPr>
            <w:tcW w:w="1701" w:type="dxa"/>
          </w:tcPr>
          <w:p w14:paraId="706100F5" w14:textId="77777777" w:rsidR="00F25E9F" w:rsidRDefault="00F25E9F" w:rsidP="007E5B69">
            <w:r>
              <w:rPr>
                <w:sz w:val="16"/>
              </w:rPr>
              <w:t>7470</w:t>
            </w:r>
          </w:p>
        </w:tc>
        <w:tc>
          <w:tcPr>
            <w:tcW w:w="1701" w:type="dxa"/>
          </w:tcPr>
          <w:p w14:paraId="546EA84B" w14:textId="77777777" w:rsidR="00F25E9F" w:rsidRDefault="00F25E9F" w:rsidP="007E5B69">
            <w:r>
              <w:rPr>
                <w:sz w:val="16"/>
              </w:rPr>
              <w:t>0</w:t>
            </w:r>
          </w:p>
        </w:tc>
      </w:tr>
      <w:tr w:rsidR="00F25E9F" w14:paraId="0CBD7CE2" w14:textId="77777777" w:rsidTr="00371F5F">
        <w:trPr>
          <w:jc w:val="center"/>
        </w:trPr>
        <w:tc>
          <w:tcPr>
            <w:tcW w:w="993" w:type="dxa"/>
          </w:tcPr>
          <w:p w14:paraId="5ED3363E" w14:textId="77777777" w:rsidR="00F25E9F" w:rsidRDefault="00F25E9F" w:rsidP="007E5B69">
            <w:r>
              <w:rPr>
                <w:sz w:val="16"/>
              </w:rPr>
              <w:t>119</w:t>
            </w:r>
          </w:p>
        </w:tc>
        <w:tc>
          <w:tcPr>
            <w:tcW w:w="3685" w:type="dxa"/>
          </w:tcPr>
          <w:p w14:paraId="67D4DF48" w14:textId="77777777" w:rsidR="00F25E9F" w:rsidRDefault="00F25E9F" w:rsidP="007E5B69">
            <w:r>
              <w:rPr>
                <w:sz w:val="16"/>
              </w:rPr>
              <w:t>Желілік қауіпсіздік жабдықтарының кешені 2-12</w:t>
            </w:r>
          </w:p>
        </w:tc>
        <w:tc>
          <w:tcPr>
            <w:tcW w:w="1696" w:type="dxa"/>
          </w:tcPr>
          <w:p w14:paraId="09EE7AB1" w14:textId="77777777" w:rsidR="00F25E9F" w:rsidRDefault="00F25E9F" w:rsidP="007E5B69">
            <w:r>
              <w:rPr>
                <w:sz w:val="16"/>
              </w:rPr>
              <w:t>241500013417</w:t>
            </w:r>
          </w:p>
        </w:tc>
        <w:tc>
          <w:tcPr>
            <w:tcW w:w="1701" w:type="dxa"/>
          </w:tcPr>
          <w:p w14:paraId="1CE59DC3" w14:textId="77777777" w:rsidR="00F25E9F" w:rsidRDefault="00F25E9F" w:rsidP="007E5B69">
            <w:r>
              <w:rPr>
                <w:sz w:val="16"/>
              </w:rPr>
              <w:t>7470</w:t>
            </w:r>
          </w:p>
        </w:tc>
        <w:tc>
          <w:tcPr>
            <w:tcW w:w="1701" w:type="dxa"/>
          </w:tcPr>
          <w:p w14:paraId="2FE203EE" w14:textId="77777777" w:rsidR="00F25E9F" w:rsidRDefault="00F25E9F" w:rsidP="007E5B69">
            <w:r>
              <w:rPr>
                <w:sz w:val="16"/>
              </w:rPr>
              <w:t>0</w:t>
            </w:r>
          </w:p>
        </w:tc>
      </w:tr>
      <w:tr w:rsidR="00F25E9F" w14:paraId="590E6EF1" w14:textId="77777777" w:rsidTr="00371F5F">
        <w:trPr>
          <w:jc w:val="center"/>
        </w:trPr>
        <w:tc>
          <w:tcPr>
            <w:tcW w:w="993" w:type="dxa"/>
          </w:tcPr>
          <w:p w14:paraId="5C6C9F26" w14:textId="77777777" w:rsidR="00F25E9F" w:rsidRDefault="00F25E9F" w:rsidP="007E5B69">
            <w:r>
              <w:rPr>
                <w:sz w:val="16"/>
              </w:rPr>
              <w:t>120</w:t>
            </w:r>
          </w:p>
        </w:tc>
        <w:tc>
          <w:tcPr>
            <w:tcW w:w="3685" w:type="dxa"/>
          </w:tcPr>
          <w:p w14:paraId="4E2265B9" w14:textId="77777777" w:rsidR="00F25E9F" w:rsidRDefault="00F25E9F" w:rsidP="007E5B69">
            <w:r>
              <w:rPr>
                <w:sz w:val="16"/>
              </w:rPr>
              <w:t>Желілік қауіпсіздік жабдықтарының кешені 2-13</w:t>
            </w:r>
          </w:p>
        </w:tc>
        <w:tc>
          <w:tcPr>
            <w:tcW w:w="1696" w:type="dxa"/>
          </w:tcPr>
          <w:p w14:paraId="15A683C0" w14:textId="77777777" w:rsidR="00F25E9F" w:rsidRDefault="00F25E9F" w:rsidP="007E5B69">
            <w:r>
              <w:rPr>
                <w:sz w:val="16"/>
              </w:rPr>
              <w:t>241500013418</w:t>
            </w:r>
          </w:p>
        </w:tc>
        <w:tc>
          <w:tcPr>
            <w:tcW w:w="1701" w:type="dxa"/>
          </w:tcPr>
          <w:p w14:paraId="30192B47" w14:textId="77777777" w:rsidR="00F25E9F" w:rsidRDefault="00F25E9F" w:rsidP="007E5B69">
            <w:r>
              <w:rPr>
                <w:sz w:val="16"/>
              </w:rPr>
              <w:t>7470</w:t>
            </w:r>
          </w:p>
        </w:tc>
        <w:tc>
          <w:tcPr>
            <w:tcW w:w="1701" w:type="dxa"/>
          </w:tcPr>
          <w:p w14:paraId="509E040E" w14:textId="77777777" w:rsidR="00F25E9F" w:rsidRDefault="00F25E9F" w:rsidP="007E5B69">
            <w:r>
              <w:rPr>
                <w:sz w:val="16"/>
              </w:rPr>
              <w:t>0</w:t>
            </w:r>
          </w:p>
        </w:tc>
      </w:tr>
      <w:tr w:rsidR="00F25E9F" w14:paraId="64F1E87D" w14:textId="77777777" w:rsidTr="00371F5F">
        <w:trPr>
          <w:jc w:val="center"/>
        </w:trPr>
        <w:tc>
          <w:tcPr>
            <w:tcW w:w="993" w:type="dxa"/>
          </w:tcPr>
          <w:p w14:paraId="19C2F5EF" w14:textId="77777777" w:rsidR="00F25E9F" w:rsidRDefault="00F25E9F" w:rsidP="007E5B69">
            <w:r>
              <w:rPr>
                <w:sz w:val="16"/>
              </w:rPr>
              <w:t>121</w:t>
            </w:r>
          </w:p>
        </w:tc>
        <w:tc>
          <w:tcPr>
            <w:tcW w:w="3685" w:type="dxa"/>
          </w:tcPr>
          <w:p w14:paraId="67619841" w14:textId="77777777" w:rsidR="00F25E9F" w:rsidRDefault="00F25E9F" w:rsidP="007E5B69">
            <w:r>
              <w:rPr>
                <w:sz w:val="16"/>
              </w:rPr>
              <w:t>Желілік қауіпсіздік жабдықтарының кешені 2-14</w:t>
            </w:r>
          </w:p>
        </w:tc>
        <w:tc>
          <w:tcPr>
            <w:tcW w:w="1696" w:type="dxa"/>
          </w:tcPr>
          <w:p w14:paraId="71D9B5AA" w14:textId="77777777" w:rsidR="00F25E9F" w:rsidRDefault="00F25E9F" w:rsidP="007E5B69">
            <w:r>
              <w:rPr>
                <w:sz w:val="16"/>
              </w:rPr>
              <w:t>241500013419</w:t>
            </w:r>
          </w:p>
        </w:tc>
        <w:tc>
          <w:tcPr>
            <w:tcW w:w="1701" w:type="dxa"/>
          </w:tcPr>
          <w:p w14:paraId="481B4167" w14:textId="77777777" w:rsidR="00F25E9F" w:rsidRDefault="00F25E9F" w:rsidP="007E5B69">
            <w:r>
              <w:rPr>
                <w:sz w:val="16"/>
              </w:rPr>
              <w:t>7470</w:t>
            </w:r>
          </w:p>
        </w:tc>
        <w:tc>
          <w:tcPr>
            <w:tcW w:w="1701" w:type="dxa"/>
          </w:tcPr>
          <w:p w14:paraId="58A8F5FE" w14:textId="77777777" w:rsidR="00F25E9F" w:rsidRDefault="00F25E9F" w:rsidP="007E5B69">
            <w:r>
              <w:rPr>
                <w:sz w:val="16"/>
              </w:rPr>
              <w:t>0</w:t>
            </w:r>
          </w:p>
        </w:tc>
      </w:tr>
      <w:tr w:rsidR="00F25E9F" w14:paraId="3BBCEDF0" w14:textId="77777777" w:rsidTr="00371F5F">
        <w:trPr>
          <w:jc w:val="center"/>
        </w:trPr>
        <w:tc>
          <w:tcPr>
            <w:tcW w:w="993" w:type="dxa"/>
          </w:tcPr>
          <w:p w14:paraId="2F70EDBC" w14:textId="77777777" w:rsidR="00F25E9F" w:rsidRDefault="00F25E9F" w:rsidP="007E5B69">
            <w:r>
              <w:rPr>
                <w:sz w:val="16"/>
              </w:rPr>
              <w:t>122</w:t>
            </w:r>
          </w:p>
        </w:tc>
        <w:tc>
          <w:tcPr>
            <w:tcW w:w="3685" w:type="dxa"/>
          </w:tcPr>
          <w:p w14:paraId="1A5D1579" w14:textId="77777777" w:rsidR="00F25E9F" w:rsidRDefault="00F25E9F" w:rsidP="007E5B69">
            <w:r>
              <w:rPr>
                <w:sz w:val="16"/>
              </w:rPr>
              <w:t>Желілік қауіпсіздік жабдықтарының кешені 2-15</w:t>
            </w:r>
          </w:p>
        </w:tc>
        <w:tc>
          <w:tcPr>
            <w:tcW w:w="1696" w:type="dxa"/>
          </w:tcPr>
          <w:p w14:paraId="21907A76" w14:textId="77777777" w:rsidR="00F25E9F" w:rsidRDefault="00F25E9F" w:rsidP="007E5B69">
            <w:r>
              <w:rPr>
                <w:sz w:val="16"/>
              </w:rPr>
              <w:t>241500013420</w:t>
            </w:r>
          </w:p>
        </w:tc>
        <w:tc>
          <w:tcPr>
            <w:tcW w:w="1701" w:type="dxa"/>
          </w:tcPr>
          <w:p w14:paraId="3EB6C521" w14:textId="77777777" w:rsidR="00F25E9F" w:rsidRDefault="00F25E9F" w:rsidP="007E5B69">
            <w:r>
              <w:rPr>
                <w:sz w:val="16"/>
              </w:rPr>
              <w:t>7470</w:t>
            </w:r>
          </w:p>
        </w:tc>
        <w:tc>
          <w:tcPr>
            <w:tcW w:w="1701" w:type="dxa"/>
          </w:tcPr>
          <w:p w14:paraId="04B55650" w14:textId="77777777" w:rsidR="00F25E9F" w:rsidRDefault="00F25E9F" w:rsidP="007E5B69">
            <w:r>
              <w:rPr>
                <w:sz w:val="16"/>
              </w:rPr>
              <w:t>0</w:t>
            </w:r>
          </w:p>
        </w:tc>
      </w:tr>
      <w:tr w:rsidR="00F25E9F" w14:paraId="148EED58" w14:textId="77777777" w:rsidTr="00371F5F">
        <w:trPr>
          <w:jc w:val="center"/>
        </w:trPr>
        <w:tc>
          <w:tcPr>
            <w:tcW w:w="993" w:type="dxa"/>
          </w:tcPr>
          <w:p w14:paraId="5A00F6D7" w14:textId="77777777" w:rsidR="00F25E9F" w:rsidRDefault="00F25E9F" w:rsidP="007E5B69">
            <w:r>
              <w:rPr>
                <w:sz w:val="16"/>
              </w:rPr>
              <w:t>123</w:t>
            </w:r>
          </w:p>
        </w:tc>
        <w:tc>
          <w:tcPr>
            <w:tcW w:w="3685" w:type="dxa"/>
          </w:tcPr>
          <w:p w14:paraId="720A6A19" w14:textId="77777777" w:rsidR="00F25E9F" w:rsidRDefault="00F25E9F" w:rsidP="007E5B69">
            <w:r>
              <w:rPr>
                <w:sz w:val="16"/>
              </w:rPr>
              <w:t>Желілік қауіпсіздік жабдықтарының кешені 2-16</w:t>
            </w:r>
          </w:p>
        </w:tc>
        <w:tc>
          <w:tcPr>
            <w:tcW w:w="1696" w:type="dxa"/>
          </w:tcPr>
          <w:p w14:paraId="3AC5D869" w14:textId="77777777" w:rsidR="00F25E9F" w:rsidRDefault="00F25E9F" w:rsidP="007E5B69">
            <w:r>
              <w:rPr>
                <w:sz w:val="16"/>
              </w:rPr>
              <w:t>241500013421</w:t>
            </w:r>
          </w:p>
        </w:tc>
        <w:tc>
          <w:tcPr>
            <w:tcW w:w="1701" w:type="dxa"/>
          </w:tcPr>
          <w:p w14:paraId="530C0B83" w14:textId="77777777" w:rsidR="00F25E9F" w:rsidRDefault="00F25E9F" w:rsidP="007E5B69">
            <w:r>
              <w:rPr>
                <w:sz w:val="16"/>
              </w:rPr>
              <w:t>7470</w:t>
            </w:r>
          </w:p>
        </w:tc>
        <w:tc>
          <w:tcPr>
            <w:tcW w:w="1701" w:type="dxa"/>
          </w:tcPr>
          <w:p w14:paraId="1022727D" w14:textId="77777777" w:rsidR="00F25E9F" w:rsidRDefault="00F25E9F" w:rsidP="007E5B69">
            <w:r>
              <w:rPr>
                <w:sz w:val="16"/>
              </w:rPr>
              <w:t>0</w:t>
            </w:r>
          </w:p>
        </w:tc>
      </w:tr>
      <w:tr w:rsidR="00F25E9F" w14:paraId="76CD6D08" w14:textId="77777777" w:rsidTr="00371F5F">
        <w:trPr>
          <w:jc w:val="center"/>
        </w:trPr>
        <w:tc>
          <w:tcPr>
            <w:tcW w:w="993" w:type="dxa"/>
          </w:tcPr>
          <w:p w14:paraId="4A340AD5" w14:textId="77777777" w:rsidR="00F25E9F" w:rsidRDefault="00F25E9F" w:rsidP="007E5B69">
            <w:r>
              <w:rPr>
                <w:sz w:val="16"/>
              </w:rPr>
              <w:t>124</w:t>
            </w:r>
          </w:p>
        </w:tc>
        <w:tc>
          <w:tcPr>
            <w:tcW w:w="3685" w:type="dxa"/>
          </w:tcPr>
          <w:p w14:paraId="49905A41" w14:textId="77777777" w:rsidR="00F25E9F" w:rsidRDefault="00F25E9F" w:rsidP="007E5B69">
            <w:r>
              <w:rPr>
                <w:sz w:val="16"/>
              </w:rPr>
              <w:t>Желілік қауіпсіздік жабдықтарының кешені 2-17</w:t>
            </w:r>
          </w:p>
        </w:tc>
        <w:tc>
          <w:tcPr>
            <w:tcW w:w="1696" w:type="dxa"/>
          </w:tcPr>
          <w:p w14:paraId="499C60C2" w14:textId="77777777" w:rsidR="00F25E9F" w:rsidRDefault="00F25E9F" w:rsidP="007E5B69">
            <w:r>
              <w:rPr>
                <w:sz w:val="16"/>
              </w:rPr>
              <w:t>241500013422</w:t>
            </w:r>
          </w:p>
        </w:tc>
        <w:tc>
          <w:tcPr>
            <w:tcW w:w="1701" w:type="dxa"/>
          </w:tcPr>
          <w:p w14:paraId="0F38CC9E" w14:textId="77777777" w:rsidR="00F25E9F" w:rsidRDefault="00F25E9F" w:rsidP="007E5B69">
            <w:r>
              <w:rPr>
                <w:sz w:val="16"/>
              </w:rPr>
              <w:t>7470</w:t>
            </w:r>
          </w:p>
        </w:tc>
        <w:tc>
          <w:tcPr>
            <w:tcW w:w="1701" w:type="dxa"/>
          </w:tcPr>
          <w:p w14:paraId="110E9095" w14:textId="77777777" w:rsidR="00F25E9F" w:rsidRDefault="00F25E9F" w:rsidP="007E5B69">
            <w:r>
              <w:rPr>
                <w:sz w:val="16"/>
              </w:rPr>
              <w:t>0</w:t>
            </w:r>
          </w:p>
        </w:tc>
      </w:tr>
      <w:tr w:rsidR="00F25E9F" w14:paraId="72D46233" w14:textId="77777777" w:rsidTr="00371F5F">
        <w:trPr>
          <w:jc w:val="center"/>
        </w:trPr>
        <w:tc>
          <w:tcPr>
            <w:tcW w:w="993" w:type="dxa"/>
          </w:tcPr>
          <w:p w14:paraId="41DCC1FE" w14:textId="77777777" w:rsidR="00F25E9F" w:rsidRDefault="00F25E9F" w:rsidP="007E5B69">
            <w:r>
              <w:rPr>
                <w:sz w:val="16"/>
              </w:rPr>
              <w:t>125</w:t>
            </w:r>
          </w:p>
        </w:tc>
        <w:tc>
          <w:tcPr>
            <w:tcW w:w="3685" w:type="dxa"/>
          </w:tcPr>
          <w:p w14:paraId="4D0B114D" w14:textId="77777777" w:rsidR="00F25E9F" w:rsidRDefault="00F25E9F" w:rsidP="007E5B69">
            <w:r>
              <w:rPr>
                <w:sz w:val="16"/>
              </w:rPr>
              <w:t>Желілік қауіпсіздік жабдықтарының кешені 2-18</w:t>
            </w:r>
          </w:p>
        </w:tc>
        <w:tc>
          <w:tcPr>
            <w:tcW w:w="1696" w:type="dxa"/>
          </w:tcPr>
          <w:p w14:paraId="6CC8CCC5" w14:textId="77777777" w:rsidR="00F25E9F" w:rsidRDefault="00F25E9F" w:rsidP="007E5B69">
            <w:r>
              <w:rPr>
                <w:sz w:val="16"/>
              </w:rPr>
              <w:t>241500013423</w:t>
            </w:r>
          </w:p>
        </w:tc>
        <w:tc>
          <w:tcPr>
            <w:tcW w:w="1701" w:type="dxa"/>
          </w:tcPr>
          <w:p w14:paraId="6E64A2BE" w14:textId="77777777" w:rsidR="00F25E9F" w:rsidRDefault="00F25E9F" w:rsidP="007E5B69">
            <w:r>
              <w:rPr>
                <w:sz w:val="16"/>
              </w:rPr>
              <w:t>7470</w:t>
            </w:r>
          </w:p>
        </w:tc>
        <w:tc>
          <w:tcPr>
            <w:tcW w:w="1701" w:type="dxa"/>
          </w:tcPr>
          <w:p w14:paraId="25C4328F" w14:textId="77777777" w:rsidR="00F25E9F" w:rsidRDefault="00F25E9F" w:rsidP="007E5B69">
            <w:r>
              <w:rPr>
                <w:sz w:val="16"/>
              </w:rPr>
              <w:t>0</w:t>
            </w:r>
          </w:p>
        </w:tc>
      </w:tr>
      <w:tr w:rsidR="00F25E9F" w14:paraId="278ADEC9" w14:textId="77777777" w:rsidTr="00371F5F">
        <w:trPr>
          <w:jc w:val="center"/>
        </w:trPr>
        <w:tc>
          <w:tcPr>
            <w:tcW w:w="993" w:type="dxa"/>
          </w:tcPr>
          <w:p w14:paraId="58C83EF4" w14:textId="77777777" w:rsidR="00F25E9F" w:rsidRDefault="00F25E9F" w:rsidP="007E5B69">
            <w:r>
              <w:rPr>
                <w:sz w:val="16"/>
              </w:rPr>
              <w:t>126</w:t>
            </w:r>
          </w:p>
        </w:tc>
        <w:tc>
          <w:tcPr>
            <w:tcW w:w="3685" w:type="dxa"/>
          </w:tcPr>
          <w:p w14:paraId="1523FD5F" w14:textId="77777777" w:rsidR="00F25E9F" w:rsidRDefault="00F25E9F" w:rsidP="007E5B69">
            <w:r>
              <w:rPr>
                <w:sz w:val="16"/>
              </w:rPr>
              <w:t>Желілік қауіпсіздік жабдықтарының кешені 2-19</w:t>
            </w:r>
          </w:p>
        </w:tc>
        <w:tc>
          <w:tcPr>
            <w:tcW w:w="1696" w:type="dxa"/>
          </w:tcPr>
          <w:p w14:paraId="61AB51A4" w14:textId="77777777" w:rsidR="00F25E9F" w:rsidRDefault="00F25E9F" w:rsidP="007E5B69">
            <w:r>
              <w:rPr>
                <w:sz w:val="16"/>
              </w:rPr>
              <w:t>241500013424</w:t>
            </w:r>
          </w:p>
        </w:tc>
        <w:tc>
          <w:tcPr>
            <w:tcW w:w="1701" w:type="dxa"/>
          </w:tcPr>
          <w:p w14:paraId="0467E8E2" w14:textId="77777777" w:rsidR="00F25E9F" w:rsidRDefault="00F25E9F" w:rsidP="007E5B69">
            <w:r>
              <w:rPr>
                <w:sz w:val="16"/>
              </w:rPr>
              <w:t>7470</w:t>
            </w:r>
          </w:p>
        </w:tc>
        <w:tc>
          <w:tcPr>
            <w:tcW w:w="1701" w:type="dxa"/>
          </w:tcPr>
          <w:p w14:paraId="215DD396" w14:textId="77777777" w:rsidR="00F25E9F" w:rsidRDefault="00F25E9F" w:rsidP="007E5B69">
            <w:r>
              <w:rPr>
                <w:sz w:val="16"/>
              </w:rPr>
              <w:t>0</w:t>
            </w:r>
          </w:p>
        </w:tc>
      </w:tr>
      <w:tr w:rsidR="00F25E9F" w14:paraId="0D11AAAE" w14:textId="77777777" w:rsidTr="00371F5F">
        <w:trPr>
          <w:jc w:val="center"/>
        </w:trPr>
        <w:tc>
          <w:tcPr>
            <w:tcW w:w="993" w:type="dxa"/>
          </w:tcPr>
          <w:p w14:paraId="15918ED4" w14:textId="77777777" w:rsidR="00F25E9F" w:rsidRDefault="00F25E9F" w:rsidP="007E5B69">
            <w:r>
              <w:rPr>
                <w:sz w:val="16"/>
              </w:rPr>
              <w:t>127</w:t>
            </w:r>
          </w:p>
        </w:tc>
        <w:tc>
          <w:tcPr>
            <w:tcW w:w="3685" w:type="dxa"/>
          </w:tcPr>
          <w:p w14:paraId="0C210B46" w14:textId="77777777" w:rsidR="00F25E9F" w:rsidRDefault="00F25E9F" w:rsidP="007E5B69">
            <w:r>
              <w:rPr>
                <w:sz w:val="16"/>
              </w:rPr>
              <w:t>Желілік қауіпсіздік жабдықтарының кешені 2-2</w:t>
            </w:r>
          </w:p>
        </w:tc>
        <w:tc>
          <w:tcPr>
            <w:tcW w:w="1696" w:type="dxa"/>
          </w:tcPr>
          <w:p w14:paraId="03AA2A82" w14:textId="77777777" w:rsidR="00F25E9F" w:rsidRDefault="00F25E9F" w:rsidP="007E5B69">
            <w:r>
              <w:rPr>
                <w:sz w:val="16"/>
              </w:rPr>
              <w:t>241500013425</w:t>
            </w:r>
          </w:p>
        </w:tc>
        <w:tc>
          <w:tcPr>
            <w:tcW w:w="1701" w:type="dxa"/>
          </w:tcPr>
          <w:p w14:paraId="322D7B58" w14:textId="77777777" w:rsidR="00F25E9F" w:rsidRDefault="00F25E9F" w:rsidP="007E5B69">
            <w:r>
              <w:rPr>
                <w:sz w:val="16"/>
              </w:rPr>
              <w:t>7470</w:t>
            </w:r>
          </w:p>
        </w:tc>
        <w:tc>
          <w:tcPr>
            <w:tcW w:w="1701" w:type="dxa"/>
          </w:tcPr>
          <w:p w14:paraId="15E1A8B3" w14:textId="77777777" w:rsidR="00F25E9F" w:rsidRDefault="00F25E9F" w:rsidP="007E5B69">
            <w:r>
              <w:rPr>
                <w:sz w:val="16"/>
              </w:rPr>
              <w:t>0</w:t>
            </w:r>
          </w:p>
        </w:tc>
      </w:tr>
      <w:tr w:rsidR="00F25E9F" w14:paraId="06817F73" w14:textId="77777777" w:rsidTr="00371F5F">
        <w:trPr>
          <w:jc w:val="center"/>
        </w:trPr>
        <w:tc>
          <w:tcPr>
            <w:tcW w:w="993" w:type="dxa"/>
          </w:tcPr>
          <w:p w14:paraId="79CD8BE8" w14:textId="77777777" w:rsidR="00F25E9F" w:rsidRDefault="00F25E9F" w:rsidP="007E5B69">
            <w:r>
              <w:rPr>
                <w:sz w:val="16"/>
              </w:rPr>
              <w:t>128</w:t>
            </w:r>
          </w:p>
        </w:tc>
        <w:tc>
          <w:tcPr>
            <w:tcW w:w="3685" w:type="dxa"/>
          </w:tcPr>
          <w:p w14:paraId="5D7D340C" w14:textId="77777777" w:rsidR="00F25E9F" w:rsidRDefault="00F25E9F" w:rsidP="007E5B69">
            <w:r>
              <w:rPr>
                <w:sz w:val="16"/>
              </w:rPr>
              <w:t>Желілік қауіпсіздік жабдықтарының кешені 2-20</w:t>
            </w:r>
          </w:p>
        </w:tc>
        <w:tc>
          <w:tcPr>
            <w:tcW w:w="1696" w:type="dxa"/>
          </w:tcPr>
          <w:p w14:paraId="40DEBFA1" w14:textId="77777777" w:rsidR="00F25E9F" w:rsidRDefault="00F25E9F" w:rsidP="007E5B69">
            <w:r>
              <w:rPr>
                <w:sz w:val="16"/>
              </w:rPr>
              <w:t>241500013426</w:t>
            </w:r>
          </w:p>
        </w:tc>
        <w:tc>
          <w:tcPr>
            <w:tcW w:w="1701" w:type="dxa"/>
          </w:tcPr>
          <w:p w14:paraId="3C6A4D25" w14:textId="77777777" w:rsidR="00F25E9F" w:rsidRDefault="00F25E9F" w:rsidP="007E5B69">
            <w:r>
              <w:rPr>
                <w:sz w:val="16"/>
              </w:rPr>
              <w:t>7470</w:t>
            </w:r>
          </w:p>
        </w:tc>
        <w:tc>
          <w:tcPr>
            <w:tcW w:w="1701" w:type="dxa"/>
          </w:tcPr>
          <w:p w14:paraId="551E4D1F" w14:textId="77777777" w:rsidR="00F25E9F" w:rsidRDefault="00F25E9F" w:rsidP="007E5B69">
            <w:r>
              <w:rPr>
                <w:sz w:val="16"/>
              </w:rPr>
              <w:t>0</w:t>
            </w:r>
          </w:p>
        </w:tc>
      </w:tr>
      <w:tr w:rsidR="00F25E9F" w14:paraId="499F4001" w14:textId="77777777" w:rsidTr="00371F5F">
        <w:trPr>
          <w:jc w:val="center"/>
        </w:trPr>
        <w:tc>
          <w:tcPr>
            <w:tcW w:w="993" w:type="dxa"/>
          </w:tcPr>
          <w:p w14:paraId="31030272" w14:textId="77777777" w:rsidR="00F25E9F" w:rsidRDefault="00F25E9F" w:rsidP="007E5B69">
            <w:r>
              <w:rPr>
                <w:sz w:val="16"/>
              </w:rPr>
              <w:t>129</w:t>
            </w:r>
          </w:p>
        </w:tc>
        <w:tc>
          <w:tcPr>
            <w:tcW w:w="3685" w:type="dxa"/>
          </w:tcPr>
          <w:p w14:paraId="5B819492" w14:textId="77777777" w:rsidR="00F25E9F" w:rsidRDefault="00F25E9F" w:rsidP="007E5B69">
            <w:r>
              <w:rPr>
                <w:sz w:val="16"/>
              </w:rPr>
              <w:t>Желілік қауіпсіздік жабдықтарының кешені 2-21</w:t>
            </w:r>
          </w:p>
        </w:tc>
        <w:tc>
          <w:tcPr>
            <w:tcW w:w="1696" w:type="dxa"/>
          </w:tcPr>
          <w:p w14:paraId="112C4417" w14:textId="77777777" w:rsidR="00F25E9F" w:rsidRDefault="00F25E9F" w:rsidP="007E5B69">
            <w:r>
              <w:rPr>
                <w:sz w:val="16"/>
              </w:rPr>
              <w:t>241500013427</w:t>
            </w:r>
          </w:p>
        </w:tc>
        <w:tc>
          <w:tcPr>
            <w:tcW w:w="1701" w:type="dxa"/>
          </w:tcPr>
          <w:p w14:paraId="6A3CD9E7" w14:textId="77777777" w:rsidR="00F25E9F" w:rsidRDefault="00F25E9F" w:rsidP="007E5B69">
            <w:r>
              <w:rPr>
                <w:sz w:val="16"/>
              </w:rPr>
              <w:t>7470</w:t>
            </w:r>
          </w:p>
        </w:tc>
        <w:tc>
          <w:tcPr>
            <w:tcW w:w="1701" w:type="dxa"/>
          </w:tcPr>
          <w:p w14:paraId="3B8071EC" w14:textId="77777777" w:rsidR="00F25E9F" w:rsidRDefault="00F25E9F" w:rsidP="007E5B69">
            <w:r>
              <w:rPr>
                <w:sz w:val="16"/>
              </w:rPr>
              <w:t>0</w:t>
            </w:r>
          </w:p>
        </w:tc>
      </w:tr>
      <w:tr w:rsidR="00F25E9F" w14:paraId="7F3A465B" w14:textId="77777777" w:rsidTr="00371F5F">
        <w:trPr>
          <w:jc w:val="center"/>
        </w:trPr>
        <w:tc>
          <w:tcPr>
            <w:tcW w:w="993" w:type="dxa"/>
          </w:tcPr>
          <w:p w14:paraId="7D6734F6" w14:textId="77777777" w:rsidR="00F25E9F" w:rsidRDefault="00F25E9F" w:rsidP="007E5B69">
            <w:r>
              <w:rPr>
                <w:sz w:val="16"/>
              </w:rPr>
              <w:t>130</w:t>
            </w:r>
          </w:p>
        </w:tc>
        <w:tc>
          <w:tcPr>
            <w:tcW w:w="3685" w:type="dxa"/>
          </w:tcPr>
          <w:p w14:paraId="7B67AFF5" w14:textId="77777777" w:rsidR="00F25E9F" w:rsidRDefault="00F25E9F" w:rsidP="007E5B69">
            <w:r>
              <w:rPr>
                <w:sz w:val="16"/>
              </w:rPr>
              <w:t>Желілік қауіпсіздік жабдықтарының кешені 2-22</w:t>
            </w:r>
          </w:p>
        </w:tc>
        <w:tc>
          <w:tcPr>
            <w:tcW w:w="1696" w:type="dxa"/>
          </w:tcPr>
          <w:p w14:paraId="5F7F1E46" w14:textId="77777777" w:rsidR="00F25E9F" w:rsidRDefault="00F25E9F" w:rsidP="007E5B69">
            <w:r>
              <w:rPr>
                <w:sz w:val="16"/>
              </w:rPr>
              <w:t>241500013428</w:t>
            </w:r>
          </w:p>
        </w:tc>
        <w:tc>
          <w:tcPr>
            <w:tcW w:w="1701" w:type="dxa"/>
          </w:tcPr>
          <w:p w14:paraId="2AB953AD" w14:textId="77777777" w:rsidR="00F25E9F" w:rsidRDefault="00F25E9F" w:rsidP="007E5B69">
            <w:r>
              <w:rPr>
                <w:sz w:val="16"/>
              </w:rPr>
              <w:t>7470</w:t>
            </w:r>
          </w:p>
        </w:tc>
        <w:tc>
          <w:tcPr>
            <w:tcW w:w="1701" w:type="dxa"/>
          </w:tcPr>
          <w:p w14:paraId="22CBCB12" w14:textId="77777777" w:rsidR="00F25E9F" w:rsidRDefault="00F25E9F" w:rsidP="007E5B69">
            <w:r>
              <w:rPr>
                <w:sz w:val="16"/>
              </w:rPr>
              <w:t>0</w:t>
            </w:r>
          </w:p>
        </w:tc>
      </w:tr>
      <w:tr w:rsidR="00F25E9F" w14:paraId="2A6823CB" w14:textId="77777777" w:rsidTr="00371F5F">
        <w:trPr>
          <w:jc w:val="center"/>
        </w:trPr>
        <w:tc>
          <w:tcPr>
            <w:tcW w:w="993" w:type="dxa"/>
          </w:tcPr>
          <w:p w14:paraId="79AA0292" w14:textId="77777777" w:rsidR="00F25E9F" w:rsidRDefault="00F25E9F" w:rsidP="007E5B69">
            <w:r>
              <w:rPr>
                <w:sz w:val="16"/>
              </w:rPr>
              <w:t>131</w:t>
            </w:r>
          </w:p>
        </w:tc>
        <w:tc>
          <w:tcPr>
            <w:tcW w:w="3685" w:type="dxa"/>
          </w:tcPr>
          <w:p w14:paraId="0A31A270" w14:textId="77777777" w:rsidR="00F25E9F" w:rsidRDefault="00F25E9F" w:rsidP="007E5B69">
            <w:r>
              <w:rPr>
                <w:sz w:val="16"/>
              </w:rPr>
              <w:t>Желілік қауіпсіздік жабдықтарының кешені 2-23</w:t>
            </w:r>
          </w:p>
        </w:tc>
        <w:tc>
          <w:tcPr>
            <w:tcW w:w="1696" w:type="dxa"/>
          </w:tcPr>
          <w:p w14:paraId="5A10CBED" w14:textId="77777777" w:rsidR="00F25E9F" w:rsidRDefault="00F25E9F" w:rsidP="007E5B69">
            <w:r>
              <w:rPr>
                <w:sz w:val="16"/>
              </w:rPr>
              <w:t>241500013429</w:t>
            </w:r>
          </w:p>
        </w:tc>
        <w:tc>
          <w:tcPr>
            <w:tcW w:w="1701" w:type="dxa"/>
          </w:tcPr>
          <w:p w14:paraId="516C312B" w14:textId="77777777" w:rsidR="00F25E9F" w:rsidRDefault="00F25E9F" w:rsidP="007E5B69">
            <w:r>
              <w:rPr>
                <w:sz w:val="16"/>
              </w:rPr>
              <w:t>7470</w:t>
            </w:r>
          </w:p>
        </w:tc>
        <w:tc>
          <w:tcPr>
            <w:tcW w:w="1701" w:type="dxa"/>
          </w:tcPr>
          <w:p w14:paraId="3EA711F1" w14:textId="77777777" w:rsidR="00F25E9F" w:rsidRDefault="00F25E9F" w:rsidP="007E5B69">
            <w:r>
              <w:rPr>
                <w:sz w:val="16"/>
              </w:rPr>
              <w:t>0</w:t>
            </w:r>
          </w:p>
        </w:tc>
      </w:tr>
      <w:tr w:rsidR="00F25E9F" w14:paraId="5BD97597" w14:textId="77777777" w:rsidTr="00371F5F">
        <w:trPr>
          <w:jc w:val="center"/>
        </w:trPr>
        <w:tc>
          <w:tcPr>
            <w:tcW w:w="993" w:type="dxa"/>
          </w:tcPr>
          <w:p w14:paraId="7831E308" w14:textId="77777777" w:rsidR="00F25E9F" w:rsidRDefault="00F25E9F" w:rsidP="007E5B69">
            <w:r>
              <w:rPr>
                <w:sz w:val="16"/>
              </w:rPr>
              <w:t>132</w:t>
            </w:r>
          </w:p>
        </w:tc>
        <w:tc>
          <w:tcPr>
            <w:tcW w:w="3685" w:type="dxa"/>
          </w:tcPr>
          <w:p w14:paraId="2CDFA444" w14:textId="77777777" w:rsidR="00F25E9F" w:rsidRDefault="00F25E9F" w:rsidP="007E5B69">
            <w:r>
              <w:rPr>
                <w:sz w:val="16"/>
              </w:rPr>
              <w:t>Желілік қауіпсіздік жабдықтарының кешені 2-24</w:t>
            </w:r>
          </w:p>
        </w:tc>
        <w:tc>
          <w:tcPr>
            <w:tcW w:w="1696" w:type="dxa"/>
          </w:tcPr>
          <w:p w14:paraId="0F7A6543" w14:textId="77777777" w:rsidR="00F25E9F" w:rsidRDefault="00F25E9F" w:rsidP="007E5B69">
            <w:r>
              <w:rPr>
                <w:sz w:val="16"/>
              </w:rPr>
              <w:t>241500013430</w:t>
            </w:r>
          </w:p>
        </w:tc>
        <w:tc>
          <w:tcPr>
            <w:tcW w:w="1701" w:type="dxa"/>
          </w:tcPr>
          <w:p w14:paraId="658B6838" w14:textId="77777777" w:rsidR="00F25E9F" w:rsidRDefault="00F25E9F" w:rsidP="007E5B69">
            <w:r>
              <w:rPr>
                <w:sz w:val="16"/>
              </w:rPr>
              <w:t>7470</w:t>
            </w:r>
          </w:p>
        </w:tc>
        <w:tc>
          <w:tcPr>
            <w:tcW w:w="1701" w:type="dxa"/>
          </w:tcPr>
          <w:p w14:paraId="302A24FB" w14:textId="77777777" w:rsidR="00F25E9F" w:rsidRDefault="00F25E9F" w:rsidP="007E5B69">
            <w:r>
              <w:rPr>
                <w:sz w:val="16"/>
              </w:rPr>
              <w:t>0</w:t>
            </w:r>
          </w:p>
        </w:tc>
      </w:tr>
      <w:tr w:rsidR="00F25E9F" w14:paraId="222C3EE5" w14:textId="77777777" w:rsidTr="00371F5F">
        <w:trPr>
          <w:jc w:val="center"/>
        </w:trPr>
        <w:tc>
          <w:tcPr>
            <w:tcW w:w="993" w:type="dxa"/>
          </w:tcPr>
          <w:p w14:paraId="40811BD7" w14:textId="77777777" w:rsidR="00F25E9F" w:rsidRDefault="00F25E9F" w:rsidP="007E5B69">
            <w:r>
              <w:rPr>
                <w:sz w:val="16"/>
              </w:rPr>
              <w:t>133</w:t>
            </w:r>
          </w:p>
        </w:tc>
        <w:tc>
          <w:tcPr>
            <w:tcW w:w="3685" w:type="dxa"/>
          </w:tcPr>
          <w:p w14:paraId="3415D5DB" w14:textId="77777777" w:rsidR="00F25E9F" w:rsidRDefault="00F25E9F" w:rsidP="007E5B69">
            <w:r>
              <w:rPr>
                <w:sz w:val="16"/>
              </w:rPr>
              <w:t>Желілік қауіпсіздік жабдықтарының кешені 2-25</w:t>
            </w:r>
          </w:p>
        </w:tc>
        <w:tc>
          <w:tcPr>
            <w:tcW w:w="1696" w:type="dxa"/>
          </w:tcPr>
          <w:p w14:paraId="2FED9D11" w14:textId="77777777" w:rsidR="00F25E9F" w:rsidRDefault="00F25E9F" w:rsidP="007E5B69">
            <w:r>
              <w:rPr>
                <w:sz w:val="16"/>
              </w:rPr>
              <w:t>241500013431</w:t>
            </w:r>
          </w:p>
        </w:tc>
        <w:tc>
          <w:tcPr>
            <w:tcW w:w="1701" w:type="dxa"/>
          </w:tcPr>
          <w:p w14:paraId="49AF5251" w14:textId="77777777" w:rsidR="00F25E9F" w:rsidRDefault="00F25E9F" w:rsidP="007E5B69">
            <w:r>
              <w:rPr>
                <w:sz w:val="16"/>
              </w:rPr>
              <w:t>7470</w:t>
            </w:r>
          </w:p>
        </w:tc>
        <w:tc>
          <w:tcPr>
            <w:tcW w:w="1701" w:type="dxa"/>
          </w:tcPr>
          <w:p w14:paraId="65F5CFA8" w14:textId="77777777" w:rsidR="00F25E9F" w:rsidRDefault="00F25E9F" w:rsidP="007E5B69">
            <w:r>
              <w:rPr>
                <w:sz w:val="16"/>
              </w:rPr>
              <w:t>0</w:t>
            </w:r>
          </w:p>
        </w:tc>
      </w:tr>
      <w:tr w:rsidR="00F25E9F" w14:paraId="1906FF8D" w14:textId="77777777" w:rsidTr="00371F5F">
        <w:trPr>
          <w:jc w:val="center"/>
        </w:trPr>
        <w:tc>
          <w:tcPr>
            <w:tcW w:w="993" w:type="dxa"/>
          </w:tcPr>
          <w:p w14:paraId="16758906" w14:textId="77777777" w:rsidR="00F25E9F" w:rsidRDefault="00F25E9F" w:rsidP="007E5B69">
            <w:r>
              <w:rPr>
                <w:sz w:val="16"/>
              </w:rPr>
              <w:t>134</w:t>
            </w:r>
          </w:p>
        </w:tc>
        <w:tc>
          <w:tcPr>
            <w:tcW w:w="3685" w:type="dxa"/>
          </w:tcPr>
          <w:p w14:paraId="361656A4" w14:textId="77777777" w:rsidR="00F25E9F" w:rsidRDefault="00F25E9F" w:rsidP="007E5B69">
            <w:r>
              <w:rPr>
                <w:sz w:val="16"/>
              </w:rPr>
              <w:t>Желілік қауіпсіздік жабдықтарының кешені 2-26</w:t>
            </w:r>
          </w:p>
        </w:tc>
        <w:tc>
          <w:tcPr>
            <w:tcW w:w="1696" w:type="dxa"/>
          </w:tcPr>
          <w:p w14:paraId="2130A47B" w14:textId="77777777" w:rsidR="00F25E9F" w:rsidRDefault="00F25E9F" w:rsidP="007E5B69">
            <w:r>
              <w:rPr>
                <w:sz w:val="16"/>
              </w:rPr>
              <w:t>241500013432</w:t>
            </w:r>
          </w:p>
        </w:tc>
        <w:tc>
          <w:tcPr>
            <w:tcW w:w="1701" w:type="dxa"/>
          </w:tcPr>
          <w:p w14:paraId="6222CF2F" w14:textId="77777777" w:rsidR="00F25E9F" w:rsidRDefault="00F25E9F" w:rsidP="007E5B69">
            <w:r>
              <w:rPr>
                <w:sz w:val="16"/>
              </w:rPr>
              <w:t>7470</w:t>
            </w:r>
          </w:p>
        </w:tc>
        <w:tc>
          <w:tcPr>
            <w:tcW w:w="1701" w:type="dxa"/>
          </w:tcPr>
          <w:p w14:paraId="6C73295F" w14:textId="77777777" w:rsidR="00F25E9F" w:rsidRDefault="00F25E9F" w:rsidP="007E5B69">
            <w:r>
              <w:rPr>
                <w:sz w:val="16"/>
              </w:rPr>
              <w:t>0</w:t>
            </w:r>
          </w:p>
        </w:tc>
      </w:tr>
      <w:tr w:rsidR="00F25E9F" w14:paraId="0C9625A4" w14:textId="77777777" w:rsidTr="00371F5F">
        <w:trPr>
          <w:jc w:val="center"/>
        </w:trPr>
        <w:tc>
          <w:tcPr>
            <w:tcW w:w="993" w:type="dxa"/>
          </w:tcPr>
          <w:p w14:paraId="3C867633" w14:textId="77777777" w:rsidR="00F25E9F" w:rsidRDefault="00F25E9F" w:rsidP="007E5B69">
            <w:r>
              <w:rPr>
                <w:sz w:val="16"/>
              </w:rPr>
              <w:t>135</w:t>
            </w:r>
          </w:p>
        </w:tc>
        <w:tc>
          <w:tcPr>
            <w:tcW w:w="3685" w:type="dxa"/>
          </w:tcPr>
          <w:p w14:paraId="0D71624A" w14:textId="77777777" w:rsidR="00F25E9F" w:rsidRDefault="00F25E9F" w:rsidP="007E5B69">
            <w:r>
              <w:rPr>
                <w:sz w:val="16"/>
              </w:rPr>
              <w:t>Желілік қауіпсіздік жабдықтарының кешені 2-27</w:t>
            </w:r>
          </w:p>
        </w:tc>
        <w:tc>
          <w:tcPr>
            <w:tcW w:w="1696" w:type="dxa"/>
          </w:tcPr>
          <w:p w14:paraId="5CE4260A" w14:textId="77777777" w:rsidR="00F25E9F" w:rsidRDefault="00F25E9F" w:rsidP="007E5B69">
            <w:r>
              <w:rPr>
                <w:sz w:val="16"/>
              </w:rPr>
              <w:t>241500013433</w:t>
            </w:r>
          </w:p>
        </w:tc>
        <w:tc>
          <w:tcPr>
            <w:tcW w:w="1701" w:type="dxa"/>
          </w:tcPr>
          <w:p w14:paraId="37943975" w14:textId="77777777" w:rsidR="00F25E9F" w:rsidRDefault="00F25E9F" w:rsidP="007E5B69">
            <w:r>
              <w:rPr>
                <w:sz w:val="16"/>
              </w:rPr>
              <w:t>7470</w:t>
            </w:r>
          </w:p>
        </w:tc>
        <w:tc>
          <w:tcPr>
            <w:tcW w:w="1701" w:type="dxa"/>
          </w:tcPr>
          <w:p w14:paraId="4C6CFF97" w14:textId="77777777" w:rsidR="00F25E9F" w:rsidRDefault="00F25E9F" w:rsidP="007E5B69">
            <w:r>
              <w:rPr>
                <w:sz w:val="16"/>
              </w:rPr>
              <w:t>0</w:t>
            </w:r>
          </w:p>
        </w:tc>
      </w:tr>
      <w:tr w:rsidR="00F25E9F" w14:paraId="2B88FC3A" w14:textId="77777777" w:rsidTr="00371F5F">
        <w:trPr>
          <w:jc w:val="center"/>
        </w:trPr>
        <w:tc>
          <w:tcPr>
            <w:tcW w:w="993" w:type="dxa"/>
          </w:tcPr>
          <w:p w14:paraId="772EB9A0" w14:textId="77777777" w:rsidR="00F25E9F" w:rsidRDefault="00F25E9F" w:rsidP="007E5B69">
            <w:r>
              <w:rPr>
                <w:sz w:val="16"/>
              </w:rPr>
              <w:t>136</w:t>
            </w:r>
          </w:p>
        </w:tc>
        <w:tc>
          <w:tcPr>
            <w:tcW w:w="3685" w:type="dxa"/>
          </w:tcPr>
          <w:p w14:paraId="5694200A" w14:textId="77777777" w:rsidR="00F25E9F" w:rsidRDefault="00F25E9F" w:rsidP="007E5B69">
            <w:r>
              <w:rPr>
                <w:sz w:val="16"/>
              </w:rPr>
              <w:t>Желілік қауіпсіздік жабдықтарының кешені 2-28</w:t>
            </w:r>
          </w:p>
        </w:tc>
        <w:tc>
          <w:tcPr>
            <w:tcW w:w="1696" w:type="dxa"/>
          </w:tcPr>
          <w:p w14:paraId="4AB13801" w14:textId="77777777" w:rsidR="00F25E9F" w:rsidRDefault="00F25E9F" w:rsidP="007E5B69">
            <w:r>
              <w:rPr>
                <w:sz w:val="16"/>
              </w:rPr>
              <w:t>241500013434</w:t>
            </w:r>
          </w:p>
        </w:tc>
        <w:tc>
          <w:tcPr>
            <w:tcW w:w="1701" w:type="dxa"/>
          </w:tcPr>
          <w:p w14:paraId="0BBE48C5" w14:textId="77777777" w:rsidR="00F25E9F" w:rsidRDefault="00F25E9F" w:rsidP="007E5B69">
            <w:r>
              <w:rPr>
                <w:sz w:val="16"/>
              </w:rPr>
              <w:t>7470</w:t>
            </w:r>
          </w:p>
        </w:tc>
        <w:tc>
          <w:tcPr>
            <w:tcW w:w="1701" w:type="dxa"/>
          </w:tcPr>
          <w:p w14:paraId="1DFA6F35" w14:textId="77777777" w:rsidR="00F25E9F" w:rsidRDefault="00F25E9F" w:rsidP="007E5B69">
            <w:r>
              <w:rPr>
                <w:sz w:val="16"/>
              </w:rPr>
              <w:t>0</w:t>
            </w:r>
          </w:p>
        </w:tc>
      </w:tr>
      <w:tr w:rsidR="00F25E9F" w14:paraId="18CBBC22" w14:textId="77777777" w:rsidTr="00371F5F">
        <w:trPr>
          <w:jc w:val="center"/>
        </w:trPr>
        <w:tc>
          <w:tcPr>
            <w:tcW w:w="993" w:type="dxa"/>
          </w:tcPr>
          <w:p w14:paraId="41410AD9" w14:textId="77777777" w:rsidR="00F25E9F" w:rsidRDefault="00F25E9F" w:rsidP="007E5B69">
            <w:r>
              <w:rPr>
                <w:sz w:val="16"/>
              </w:rPr>
              <w:t>137</w:t>
            </w:r>
          </w:p>
        </w:tc>
        <w:tc>
          <w:tcPr>
            <w:tcW w:w="3685" w:type="dxa"/>
          </w:tcPr>
          <w:p w14:paraId="7749EF23" w14:textId="77777777" w:rsidR="00F25E9F" w:rsidRDefault="00F25E9F" w:rsidP="007E5B69">
            <w:r>
              <w:rPr>
                <w:sz w:val="16"/>
              </w:rPr>
              <w:t>Желілік қауіпсіздік жабдықтарының кешені 2-29</w:t>
            </w:r>
          </w:p>
        </w:tc>
        <w:tc>
          <w:tcPr>
            <w:tcW w:w="1696" w:type="dxa"/>
          </w:tcPr>
          <w:p w14:paraId="31654582" w14:textId="77777777" w:rsidR="00F25E9F" w:rsidRDefault="00F25E9F" w:rsidP="007E5B69">
            <w:r>
              <w:rPr>
                <w:sz w:val="16"/>
              </w:rPr>
              <w:t>241500013435</w:t>
            </w:r>
          </w:p>
        </w:tc>
        <w:tc>
          <w:tcPr>
            <w:tcW w:w="1701" w:type="dxa"/>
          </w:tcPr>
          <w:p w14:paraId="15284F84" w14:textId="77777777" w:rsidR="00F25E9F" w:rsidRDefault="00F25E9F" w:rsidP="007E5B69">
            <w:r>
              <w:rPr>
                <w:sz w:val="16"/>
              </w:rPr>
              <w:t>7470</w:t>
            </w:r>
          </w:p>
        </w:tc>
        <w:tc>
          <w:tcPr>
            <w:tcW w:w="1701" w:type="dxa"/>
          </w:tcPr>
          <w:p w14:paraId="467F32C6" w14:textId="77777777" w:rsidR="00F25E9F" w:rsidRDefault="00F25E9F" w:rsidP="007E5B69">
            <w:r>
              <w:rPr>
                <w:sz w:val="16"/>
              </w:rPr>
              <w:t>0</w:t>
            </w:r>
          </w:p>
        </w:tc>
      </w:tr>
      <w:tr w:rsidR="00F25E9F" w14:paraId="0E80B7C1" w14:textId="77777777" w:rsidTr="00371F5F">
        <w:trPr>
          <w:jc w:val="center"/>
        </w:trPr>
        <w:tc>
          <w:tcPr>
            <w:tcW w:w="993" w:type="dxa"/>
          </w:tcPr>
          <w:p w14:paraId="5AFD34E6" w14:textId="77777777" w:rsidR="00F25E9F" w:rsidRDefault="00F25E9F" w:rsidP="007E5B69">
            <w:r>
              <w:rPr>
                <w:sz w:val="16"/>
              </w:rPr>
              <w:t>138</w:t>
            </w:r>
          </w:p>
        </w:tc>
        <w:tc>
          <w:tcPr>
            <w:tcW w:w="3685" w:type="dxa"/>
          </w:tcPr>
          <w:p w14:paraId="3EE33F82" w14:textId="77777777" w:rsidR="00F25E9F" w:rsidRDefault="00F25E9F" w:rsidP="007E5B69">
            <w:r>
              <w:rPr>
                <w:sz w:val="16"/>
              </w:rPr>
              <w:t>Желілік қауіпсіздік жабдықтарының кешені 2-3</w:t>
            </w:r>
          </w:p>
        </w:tc>
        <w:tc>
          <w:tcPr>
            <w:tcW w:w="1696" w:type="dxa"/>
          </w:tcPr>
          <w:p w14:paraId="6B21E169" w14:textId="77777777" w:rsidR="00F25E9F" w:rsidRDefault="00F25E9F" w:rsidP="007E5B69">
            <w:r>
              <w:rPr>
                <w:sz w:val="16"/>
              </w:rPr>
              <w:t>241500013436</w:t>
            </w:r>
          </w:p>
        </w:tc>
        <w:tc>
          <w:tcPr>
            <w:tcW w:w="1701" w:type="dxa"/>
          </w:tcPr>
          <w:p w14:paraId="0DD179F3" w14:textId="77777777" w:rsidR="00F25E9F" w:rsidRDefault="00F25E9F" w:rsidP="007E5B69">
            <w:r>
              <w:rPr>
                <w:sz w:val="16"/>
              </w:rPr>
              <w:t>7470</w:t>
            </w:r>
          </w:p>
        </w:tc>
        <w:tc>
          <w:tcPr>
            <w:tcW w:w="1701" w:type="dxa"/>
          </w:tcPr>
          <w:p w14:paraId="38401C0C" w14:textId="77777777" w:rsidR="00F25E9F" w:rsidRDefault="00F25E9F" w:rsidP="007E5B69">
            <w:r>
              <w:rPr>
                <w:sz w:val="16"/>
              </w:rPr>
              <w:t>0</w:t>
            </w:r>
          </w:p>
        </w:tc>
      </w:tr>
      <w:tr w:rsidR="00F25E9F" w14:paraId="0F41B6BD" w14:textId="77777777" w:rsidTr="00371F5F">
        <w:trPr>
          <w:jc w:val="center"/>
        </w:trPr>
        <w:tc>
          <w:tcPr>
            <w:tcW w:w="993" w:type="dxa"/>
          </w:tcPr>
          <w:p w14:paraId="7B160DD9" w14:textId="77777777" w:rsidR="00F25E9F" w:rsidRDefault="00F25E9F" w:rsidP="007E5B69">
            <w:r>
              <w:rPr>
                <w:sz w:val="16"/>
              </w:rPr>
              <w:t>139</w:t>
            </w:r>
          </w:p>
        </w:tc>
        <w:tc>
          <w:tcPr>
            <w:tcW w:w="3685" w:type="dxa"/>
          </w:tcPr>
          <w:p w14:paraId="181E3A84" w14:textId="77777777" w:rsidR="00F25E9F" w:rsidRDefault="00F25E9F" w:rsidP="007E5B69">
            <w:r>
              <w:rPr>
                <w:sz w:val="16"/>
              </w:rPr>
              <w:t>Желілік қауіпсіздік жабдықтарының кешені 2-30</w:t>
            </w:r>
          </w:p>
        </w:tc>
        <w:tc>
          <w:tcPr>
            <w:tcW w:w="1696" w:type="dxa"/>
          </w:tcPr>
          <w:p w14:paraId="50297614" w14:textId="77777777" w:rsidR="00F25E9F" w:rsidRDefault="00F25E9F" w:rsidP="007E5B69">
            <w:r>
              <w:rPr>
                <w:sz w:val="16"/>
              </w:rPr>
              <w:t>241500013437</w:t>
            </w:r>
          </w:p>
        </w:tc>
        <w:tc>
          <w:tcPr>
            <w:tcW w:w="1701" w:type="dxa"/>
          </w:tcPr>
          <w:p w14:paraId="61A3C03F" w14:textId="77777777" w:rsidR="00F25E9F" w:rsidRDefault="00F25E9F" w:rsidP="007E5B69">
            <w:r>
              <w:rPr>
                <w:sz w:val="16"/>
              </w:rPr>
              <w:t>7470</w:t>
            </w:r>
          </w:p>
        </w:tc>
        <w:tc>
          <w:tcPr>
            <w:tcW w:w="1701" w:type="dxa"/>
          </w:tcPr>
          <w:p w14:paraId="621308B3" w14:textId="77777777" w:rsidR="00F25E9F" w:rsidRDefault="00F25E9F" w:rsidP="007E5B69">
            <w:r>
              <w:rPr>
                <w:sz w:val="16"/>
              </w:rPr>
              <w:t>0</w:t>
            </w:r>
          </w:p>
        </w:tc>
      </w:tr>
      <w:tr w:rsidR="00F25E9F" w14:paraId="5BEF36DC" w14:textId="77777777" w:rsidTr="00371F5F">
        <w:trPr>
          <w:jc w:val="center"/>
        </w:trPr>
        <w:tc>
          <w:tcPr>
            <w:tcW w:w="993" w:type="dxa"/>
          </w:tcPr>
          <w:p w14:paraId="670C1FDD" w14:textId="77777777" w:rsidR="00F25E9F" w:rsidRDefault="00F25E9F" w:rsidP="007E5B69">
            <w:r>
              <w:rPr>
                <w:sz w:val="16"/>
              </w:rPr>
              <w:t>140</w:t>
            </w:r>
          </w:p>
        </w:tc>
        <w:tc>
          <w:tcPr>
            <w:tcW w:w="3685" w:type="dxa"/>
          </w:tcPr>
          <w:p w14:paraId="572F4BC2" w14:textId="77777777" w:rsidR="00F25E9F" w:rsidRDefault="00F25E9F" w:rsidP="007E5B69">
            <w:r>
              <w:rPr>
                <w:sz w:val="16"/>
              </w:rPr>
              <w:t>Желілік қауіпсіздік жабдықтарының кешені 2-4</w:t>
            </w:r>
          </w:p>
        </w:tc>
        <w:tc>
          <w:tcPr>
            <w:tcW w:w="1696" w:type="dxa"/>
          </w:tcPr>
          <w:p w14:paraId="06806CBB" w14:textId="77777777" w:rsidR="00F25E9F" w:rsidRDefault="00F25E9F" w:rsidP="007E5B69">
            <w:r>
              <w:rPr>
                <w:sz w:val="16"/>
              </w:rPr>
              <w:t>241500013438</w:t>
            </w:r>
          </w:p>
        </w:tc>
        <w:tc>
          <w:tcPr>
            <w:tcW w:w="1701" w:type="dxa"/>
          </w:tcPr>
          <w:p w14:paraId="07D7F03E" w14:textId="77777777" w:rsidR="00F25E9F" w:rsidRDefault="00F25E9F" w:rsidP="007E5B69">
            <w:r>
              <w:rPr>
                <w:sz w:val="16"/>
              </w:rPr>
              <w:t>7470</w:t>
            </w:r>
          </w:p>
        </w:tc>
        <w:tc>
          <w:tcPr>
            <w:tcW w:w="1701" w:type="dxa"/>
          </w:tcPr>
          <w:p w14:paraId="022837BE" w14:textId="77777777" w:rsidR="00F25E9F" w:rsidRDefault="00F25E9F" w:rsidP="007E5B69">
            <w:r>
              <w:rPr>
                <w:sz w:val="16"/>
              </w:rPr>
              <w:t>0</w:t>
            </w:r>
          </w:p>
        </w:tc>
      </w:tr>
      <w:tr w:rsidR="00F25E9F" w14:paraId="5472CEAB" w14:textId="77777777" w:rsidTr="00371F5F">
        <w:trPr>
          <w:jc w:val="center"/>
        </w:trPr>
        <w:tc>
          <w:tcPr>
            <w:tcW w:w="993" w:type="dxa"/>
          </w:tcPr>
          <w:p w14:paraId="031870AB" w14:textId="77777777" w:rsidR="00F25E9F" w:rsidRDefault="00F25E9F" w:rsidP="007E5B69">
            <w:r>
              <w:rPr>
                <w:sz w:val="16"/>
              </w:rPr>
              <w:t>141</w:t>
            </w:r>
          </w:p>
        </w:tc>
        <w:tc>
          <w:tcPr>
            <w:tcW w:w="3685" w:type="dxa"/>
          </w:tcPr>
          <w:p w14:paraId="5BA6F2F6" w14:textId="77777777" w:rsidR="00F25E9F" w:rsidRDefault="00F25E9F" w:rsidP="007E5B69">
            <w:r>
              <w:rPr>
                <w:sz w:val="16"/>
              </w:rPr>
              <w:t>Желілік қауіпсіздік жабдықтарының кешені 2-5</w:t>
            </w:r>
          </w:p>
        </w:tc>
        <w:tc>
          <w:tcPr>
            <w:tcW w:w="1696" w:type="dxa"/>
          </w:tcPr>
          <w:p w14:paraId="24B59848" w14:textId="77777777" w:rsidR="00F25E9F" w:rsidRDefault="00F25E9F" w:rsidP="007E5B69">
            <w:r>
              <w:rPr>
                <w:sz w:val="16"/>
              </w:rPr>
              <w:t>241500013439</w:t>
            </w:r>
          </w:p>
        </w:tc>
        <w:tc>
          <w:tcPr>
            <w:tcW w:w="1701" w:type="dxa"/>
          </w:tcPr>
          <w:p w14:paraId="659FC0DF" w14:textId="77777777" w:rsidR="00F25E9F" w:rsidRDefault="00F25E9F" w:rsidP="007E5B69">
            <w:r>
              <w:rPr>
                <w:sz w:val="16"/>
              </w:rPr>
              <w:t>7470</w:t>
            </w:r>
          </w:p>
        </w:tc>
        <w:tc>
          <w:tcPr>
            <w:tcW w:w="1701" w:type="dxa"/>
          </w:tcPr>
          <w:p w14:paraId="3CB70620" w14:textId="77777777" w:rsidR="00F25E9F" w:rsidRDefault="00F25E9F" w:rsidP="007E5B69">
            <w:r>
              <w:rPr>
                <w:sz w:val="16"/>
              </w:rPr>
              <w:t>0</w:t>
            </w:r>
          </w:p>
        </w:tc>
      </w:tr>
      <w:tr w:rsidR="00F25E9F" w14:paraId="3D37C3D5" w14:textId="77777777" w:rsidTr="00371F5F">
        <w:trPr>
          <w:jc w:val="center"/>
        </w:trPr>
        <w:tc>
          <w:tcPr>
            <w:tcW w:w="993" w:type="dxa"/>
          </w:tcPr>
          <w:p w14:paraId="536F562E" w14:textId="77777777" w:rsidR="00F25E9F" w:rsidRDefault="00F25E9F" w:rsidP="007E5B69">
            <w:r>
              <w:rPr>
                <w:sz w:val="16"/>
              </w:rPr>
              <w:t>142</w:t>
            </w:r>
          </w:p>
        </w:tc>
        <w:tc>
          <w:tcPr>
            <w:tcW w:w="3685" w:type="dxa"/>
          </w:tcPr>
          <w:p w14:paraId="7149F74D" w14:textId="77777777" w:rsidR="00F25E9F" w:rsidRDefault="00F25E9F" w:rsidP="007E5B69">
            <w:r>
              <w:rPr>
                <w:sz w:val="16"/>
              </w:rPr>
              <w:t>Желілік қауіпсіздік жабдықтарының кешені 2-6</w:t>
            </w:r>
          </w:p>
        </w:tc>
        <w:tc>
          <w:tcPr>
            <w:tcW w:w="1696" w:type="dxa"/>
          </w:tcPr>
          <w:p w14:paraId="6F51FC3B" w14:textId="77777777" w:rsidR="00F25E9F" w:rsidRDefault="00F25E9F" w:rsidP="007E5B69">
            <w:r>
              <w:rPr>
                <w:sz w:val="16"/>
              </w:rPr>
              <w:t>241500013440</w:t>
            </w:r>
          </w:p>
        </w:tc>
        <w:tc>
          <w:tcPr>
            <w:tcW w:w="1701" w:type="dxa"/>
          </w:tcPr>
          <w:p w14:paraId="37466429" w14:textId="77777777" w:rsidR="00F25E9F" w:rsidRDefault="00F25E9F" w:rsidP="007E5B69">
            <w:r>
              <w:rPr>
                <w:sz w:val="16"/>
              </w:rPr>
              <w:t>7470</w:t>
            </w:r>
          </w:p>
        </w:tc>
        <w:tc>
          <w:tcPr>
            <w:tcW w:w="1701" w:type="dxa"/>
          </w:tcPr>
          <w:p w14:paraId="227D5522" w14:textId="77777777" w:rsidR="00F25E9F" w:rsidRDefault="00F25E9F" w:rsidP="007E5B69">
            <w:r>
              <w:rPr>
                <w:sz w:val="16"/>
              </w:rPr>
              <w:t>0</w:t>
            </w:r>
          </w:p>
        </w:tc>
      </w:tr>
      <w:tr w:rsidR="00F25E9F" w14:paraId="6FA32630" w14:textId="77777777" w:rsidTr="00371F5F">
        <w:trPr>
          <w:jc w:val="center"/>
        </w:trPr>
        <w:tc>
          <w:tcPr>
            <w:tcW w:w="993" w:type="dxa"/>
          </w:tcPr>
          <w:p w14:paraId="1F608AFD" w14:textId="77777777" w:rsidR="00F25E9F" w:rsidRDefault="00F25E9F" w:rsidP="007E5B69">
            <w:r>
              <w:rPr>
                <w:sz w:val="16"/>
              </w:rPr>
              <w:t>143</w:t>
            </w:r>
          </w:p>
        </w:tc>
        <w:tc>
          <w:tcPr>
            <w:tcW w:w="3685" w:type="dxa"/>
          </w:tcPr>
          <w:p w14:paraId="55C0BFC2" w14:textId="77777777" w:rsidR="00F25E9F" w:rsidRDefault="00F25E9F" w:rsidP="007E5B69">
            <w:r>
              <w:rPr>
                <w:sz w:val="16"/>
              </w:rPr>
              <w:t>Желілік қауіпсіздік жабдықтарының кешені 2-7</w:t>
            </w:r>
          </w:p>
        </w:tc>
        <w:tc>
          <w:tcPr>
            <w:tcW w:w="1696" w:type="dxa"/>
          </w:tcPr>
          <w:p w14:paraId="58B3FA0E" w14:textId="77777777" w:rsidR="00F25E9F" w:rsidRDefault="00F25E9F" w:rsidP="007E5B69">
            <w:r>
              <w:rPr>
                <w:sz w:val="16"/>
              </w:rPr>
              <w:t>241500013441</w:t>
            </w:r>
          </w:p>
        </w:tc>
        <w:tc>
          <w:tcPr>
            <w:tcW w:w="1701" w:type="dxa"/>
          </w:tcPr>
          <w:p w14:paraId="0B8CE18D" w14:textId="77777777" w:rsidR="00F25E9F" w:rsidRDefault="00F25E9F" w:rsidP="007E5B69">
            <w:r>
              <w:rPr>
                <w:sz w:val="16"/>
              </w:rPr>
              <w:t>7470</w:t>
            </w:r>
          </w:p>
        </w:tc>
        <w:tc>
          <w:tcPr>
            <w:tcW w:w="1701" w:type="dxa"/>
          </w:tcPr>
          <w:p w14:paraId="36B5985E" w14:textId="77777777" w:rsidR="00F25E9F" w:rsidRDefault="00F25E9F" w:rsidP="007E5B69">
            <w:r>
              <w:rPr>
                <w:sz w:val="16"/>
              </w:rPr>
              <w:t>0</w:t>
            </w:r>
          </w:p>
        </w:tc>
      </w:tr>
      <w:tr w:rsidR="00F25E9F" w14:paraId="54C441B5" w14:textId="77777777" w:rsidTr="00371F5F">
        <w:trPr>
          <w:jc w:val="center"/>
        </w:trPr>
        <w:tc>
          <w:tcPr>
            <w:tcW w:w="993" w:type="dxa"/>
          </w:tcPr>
          <w:p w14:paraId="60FCE9AF" w14:textId="77777777" w:rsidR="00F25E9F" w:rsidRDefault="00F25E9F" w:rsidP="007E5B69">
            <w:r>
              <w:rPr>
                <w:sz w:val="16"/>
              </w:rPr>
              <w:t>144</w:t>
            </w:r>
          </w:p>
        </w:tc>
        <w:tc>
          <w:tcPr>
            <w:tcW w:w="3685" w:type="dxa"/>
          </w:tcPr>
          <w:p w14:paraId="619DCE4A" w14:textId="77777777" w:rsidR="00F25E9F" w:rsidRDefault="00F25E9F" w:rsidP="007E5B69">
            <w:r>
              <w:rPr>
                <w:sz w:val="16"/>
              </w:rPr>
              <w:t>Желілік қауіпсіздік жабдықтарының кешені 2-8</w:t>
            </w:r>
          </w:p>
        </w:tc>
        <w:tc>
          <w:tcPr>
            <w:tcW w:w="1696" w:type="dxa"/>
          </w:tcPr>
          <w:p w14:paraId="5D37622C" w14:textId="77777777" w:rsidR="00F25E9F" w:rsidRDefault="00F25E9F" w:rsidP="007E5B69">
            <w:r>
              <w:rPr>
                <w:sz w:val="16"/>
              </w:rPr>
              <w:t>241500013442</w:t>
            </w:r>
          </w:p>
        </w:tc>
        <w:tc>
          <w:tcPr>
            <w:tcW w:w="1701" w:type="dxa"/>
          </w:tcPr>
          <w:p w14:paraId="30BE20F4" w14:textId="77777777" w:rsidR="00F25E9F" w:rsidRDefault="00F25E9F" w:rsidP="007E5B69">
            <w:r>
              <w:rPr>
                <w:sz w:val="16"/>
              </w:rPr>
              <w:t>7470</w:t>
            </w:r>
          </w:p>
        </w:tc>
        <w:tc>
          <w:tcPr>
            <w:tcW w:w="1701" w:type="dxa"/>
          </w:tcPr>
          <w:p w14:paraId="09030ADC" w14:textId="77777777" w:rsidR="00F25E9F" w:rsidRDefault="00F25E9F" w:rsidP="007E5B69">
            <w:r>
              <w:rPr>
                <w:sz w:val="16"/>
              </w:rPr>
              <w:t>0</w:t>
            </w:r>
          </w:p>
        </w:tc>
      </w:tr>
      <w:tr w:rsidR="00F25E9F" w14:paraId="1BA60AAA" w14:textId="77777777" w:rsidTr="00371F5F">
        <w:trPr>
          <w:jc w:val="center"/>
        </w:trPr>
        <w:tc>
          <w:tcPr>
            <w:tcW w:w="993" w:type="dxa"/>
          </w:tcPr>
          <w:p w14:paraId="0819A7E8" w14:textId="77777777" w:rsidR="00F25E9F" w:rsidRDefault="00F25E9F" w:rsidP="007E5B69">
            <w:r>
              <w:rPr>
                <w:sz w:val="16"/>
              </w:rPr>
              <w:t>145</w:t>
            </w:r>
          </w:p>
        </w:tc>
        <w:tc>
          <w:tcPr>
            <w:tcW w:w="3685" w:type="dxa"/>
          </w:tcPr>
          <w:p w14:paraId="5B4B1904" w14:textId="77777777" w:rsidR="00F25E9F" w:rsidRDefault="00F25E9F" w:rsidP="007E5B69">
            <w:r>
              <w:rPr>
                <w:sz w:val="16"/>
              </w:rPr>
              <w:t>Желілік қауіпсіздік жабдықтарының кешені 2-9</w:t>
            </w:r>
          </w:p>
        </w:tc>
        <w:tc>
          <w:tcPr>
            <w:tcW w:w="1696" w:type="dxa"/>
          </w:tcPr>
          <w:p w14:paraId="35784B69" w14:textId="77777777" w:rsidR="00F25E9F" w:rsidRDefault="00F25E9F" w:rsidP="007E5B69">
            <w:r>
              <w:rPr>
                <w:sz w:val="16"/>
              </w:rPr>
              <w:t>241500013443</w:t>
            </w:r>
          </w:p>
        </w:tc>
        <w:tc>
          <w:tcPr>
            <w:tcW w:w="1701" w:type="dxa"/>
          </w:tcPr>
          <w:p w14:paraId="62F1BF1A" w14:textId="77777777" w:rsidR="00F25E9F" w:rsidRDefault="00F25E9F" w:rsidP="007E5B69">
            <w:r>
              <w:rPr>
                <w:sz w:val="16"/>
              </w:rPr>
              <w:t>7470</w:t>
            </w:r>
          </w:p>
        </w:tc>
        <w:tc>
          <w:tcPr>
            <w:tcW w:w="1701" w:type="dxa"/>
          </w:tcPr>
          <w:p w14:paraId="6F3D3EFB" w14:textId="77777777" w:rsidR="00F25E9F" w:rsidRDefault="00F25E9F" w:rsidP="007E5B69">
            <w:r>
              <w:rPr>
                <w:sz w:val="16"/>
              </w:rPr>
              <w:t>0</w:t>
            </w:r>
          </w:p>
        </w:tc>
      </w:tr>
      <w:tr w:rsidR="00F25E9F" w14:paraId="28DC790F" w14:textId="77777777" w:rsidTr="00371F5F">
        <w:trPr>
          <w:jc w:val="center"/>
        </w:trPr>
        <w:tc>
          <w:tcPr>
            <w:tcW w:w="993" w:type="dxa"/>
          </w:tcPr>
          <w:p w14:paraId="4BF3C964" w14:textId="77777777" w:rsidR="00F25E9F" w:rsidRDefault="00F25E9F" w:rsidP="007E5B69">
            <w:r>
              <w:rPr>
                <w:sz w:val="16"/>
              </w:rPr>
              <w:t>146</w:t>
            </w:r>
          </w:p>
        </w:tc>
        <w:tc>
          <w:tcPr>
            <w:tcW w:w="3685" w:type="dxa"/>
          </w:tcPr>
          <w:p w14:paraId="6281CC8E" w14:textId="77777777" w:rsidR="00F25E9F" w:rsidRDefault="00F25E9F" w:rsidP="007E5B69">
            <w:r>
              <w:rPr>
                <w:sz w:val="16"/>
              </w:rPr>
              <w:t>Soni ISD-UX 200F 2 Gb Silver цифрлық диктофоны</w:t>
            </w:r>
          </w:p>
        </w:tc>
        <w:tc>
          <w:tcPr>
            <w:tcW w:w="1696" w:type="dxa"/>
          </w:tcPr>
          <w:p w14:paraId="690AB7F4" w14:textId="77777777" w:rsidR="00F25E9F" w:rsidRDefault="00F25E9F" w:rsidP="007E5B69">
            <w:r>
              <w:rPr>
                <w:sz w:val="16"/>
              </w:rPr>
              <w:t>241500008847</w:t>
            </w:r>
          </w:p>
        </w:tc>
        <w:tc>
          <w:tcPr>
            <w:tcW w:w="1701" w:type="dxa"/>
          </w:tcPr>
          <w:p w14:paraId="5B4003E6" w14:textId="77777777" w:rsidR="00F25E9F" w:rsidRDefault="00F25E9F" w:rsidP="007E5B69">
            <w:r>
              <w:rPr>
                <w:sz w:val="16"/>
              </w:rPr>
              <w:t>20900</w:t>
            </w:r>
          </w:p>
        </w:tc>
        <w:tc>
          <w:tcPr>
            <w:tcW w:w="1701" w:type="dxa"/>
          </w:tcPr>
          <w:p w14:paraId="41E27CD9" w14:textId="77777777" w:rsidR="00F25E9F" w:rsidRDefault="00F25E9F" w:rsidP="007E5B69">
            <w:r>
              <w:rPr>
                <w:sz w:val="16"/>
              </w:rPr>
              <w:t>0</w:t>
            </w:r>
          </w:p>
        </w:tc>
      </w:tr>
      <w:tr w:rsidR="00F25E9F" w14:paraId="66B7727E" w14:textId="77777777" w:rsidTr="00371F5F">
        <w:trPr>
          <w:jc w:val="center"/>
        </w:trPr>
        <w:tc>
          <w:tcPr>
            <w:tcW w:w="993" w:type="dxa"/>
          </w:tcPr>
          <w:p w14:paraId="2D1D0154" w14:textId="77777777" w:rsidR="00F25E9F" w:rsidRDefault="00F25E9F" w:rsidP="007E5B69">
            <w:r>
              <w:rPr>
                <w:sz w:val="16"/>
              </w:rPr>
              <w:t>147</w:t>
            </w:r>
          </w:p>
        </w:tc>
        <w:tc>
          <w:tcPr>
            <w:tcW w:w="3685" w:type="dxa"/>
          </w:tcPr>
          <w:p w14:paraId="4CC8B4ED" w14:textId="77777777" w:rsidR="00F25E9F" w:rsidRDefault="00F25E9F" w:rsidP="007E5B69">
            <w:r>
              <w:rPr>
                <w:sz w:val="16"/>
              </w:rPr>
              <w:t>Меркурий 130Ф кассалық аппараты</w:t>
            </w:r>
          </w:p>
        </w:tc>
        <w:tc>
          <w:tcPr>
            <w:tcW w:w="1696" w:type="dxa"/>
          </w:tcPr>
          <w:p w14:paraId="6F541FF7" w14:textId="77777777" w:rsidR="00F25E9F" w:rsidRDefault="00F25E9F" w:rsidP="007E5B69">
            <w:r>
              <w:rPr>
                <w:sz w:val="16"/>
              </w:rPr>
              <w:t>241500009074</w:t>
            </w:r>
          </w:p>
        </w:tc>
        <w:tc>
          <w:tcPr>
            <w:tcW w:w="1701" w:type="dxa"/>
          </w:tcPr>
          <w:p w14:paraId="095B3448" w14:textId="77777777" w:rsidR="00F25E9F" w:rsidRDefault="00F25E9F" w:rsidP="007E5B69">
            <w:r>
              <w:rPr>
                <w:sz w:val="16"/>
              </w:rPr>
              <w:t>18400</w:t>
            </w:r>
          </w:p>
        </w:tc>
        <w:tc>
          <w:tcPr>
            <w:tcW w:w="1701" w:type="dxa"/>
          </w:tcPr>
          <w:p w14:paraId="0AF150DA" w14:textId="77777777" w:rsidR="00F25E9F" w:rsidRDefault="00F25E9F" w:rsidP="007E5B69">
            <w:r>
              <w:rPr>
                <w:sz w:val="16"/>
              </w:rPr>
              <w:t>0</w:t>
            </w:r>
          </w:p>
        </w:tc>
      </w:tr>
      <w:tr w:rsidR="00F25E9F" w14:paraId="3842C898" w14:textId="77777777" w:rsidTr="00371F5F">
        <w:trPr>
          <w:jc w:val="center"/>
        </w:trPr>
        <w:tc>
          <w:tcPr>
            <w:tcW w:w="993" w:type="dxa"/>
          </w:tcPr>
          <w:p w14:paraId="26B02790" w14:textId="77777777" w:rsidR="00F25E9F" w:rsidRDefault="00F25E9F" w:rsidP="007E5B69">
            <w:r>
              <w:rPr>
                <w:sz w:val="16"/>
              </w:rPr>
              <w:t>148</w:t>
            </w:r>
          </w:p>
        </w:tc>
        <w:tc>
          <w:tcPr>
            <w:tcW w:w="3685" w:type="dxa"/>
          </w:tcPr>
          <w:p w14:paraId="4EEA8658" w14:textId="77777777" w:rsidR="00F25E9F" w:rsidRDefault="00F25E9F" w:rsidP="007E5B69">
            <w:r>
              <w:rPr>
                <w:sz w:val="16"/>
              </w:rPr>
              <w:t>Кеңсе креслосы</w:t>
            </w:r>
          </w:p>
        </w:tc>
        <w:tc>
          <w:tcPr>
            <w:tcW w:w="1696" w:type="dxa"/>
          </w:tcPr>
          <w:p w14:paraId="6727C4F0" w14:textId="77777777" w:rsidR="00F25E9F" w:rsidRDefault="00F25E9F" w:rsidP="007E5B69">
            <w:r>
              <w:rPr>
                <w:sz w:val="16"/>
              </w:rPr>
              <w:t>241500009279</w:t>
            </w:r>
          </w:p>
        </w:tc>
        <w:tc>
          <w:tcPr>
            <w:tcW w:w="1701" w:type="dxa"/>
          </w:tcPr>
          <w:p w14:paraId="7BBB0E77" w14:textId="77777777" w:rsidR="00F25E9F" w:rsidRDefault="00F25E9F" w:rsidP="007E5B69">
            <w:r>
              <w:rPr>
                <w:sz w:val="16"/>
              </w:rPr>
              <w:t>9991</w:t>
            </w:r>
          </w:p>
        </w:tc>
        <w:tc>
          <w:tcPr>
            <w:tcW w:w="1701" w:type="dxa"/>
          </w:tcPr>
          <w:p w14:paraId="5226DEEB" w14:textId="77777777" w:rsidR="00F25E9F" w:rsidRDefault="00F25E9F" w:rsidP="007E5B69">
            <w:r>
              <w:rPr>
                <w:sz w:val="16"/>
              </w:rPr>
              <w:t>0</w:t>
            </w:r>
          </w:p>
        </w:tc>
      </w:tr>
      <w:tr w:rsidR="00F25E9F" w14:paraId="5F14BC91" w14:textId="77777777" w:rsidTr="00371F5F">
        <w:trPr>
          <w:jc w:val="center"/>
        </w:trPr>
        <w:tc>
          <w:tcPr>
            <w:tcW w:w="993" w:type="dxa"/>
          </w:tcPr>
          <w:p w14:paraId="75164648" w14:textId="77777777" w:rsidR="00F25E9F" w:rsidRDefault="00F25E9F" w:rsidP="007E5B69">
            <w:r>
              <w:rPr>
                <w:sz w:val="16"/>
              </w:rPr>
              <w:t>149</w:t>
            </w:r>
          </w:p>
        </w:tc>
        <w:tc>
          <w:tcPr>
            <w:tcW w:w="3685" w:type="dxa"/>
          </w:tcPr>
          <w:p w14:paraId="72933AE7" w14:textId="77777777" w:rsidR="00F25E9F" w:rsidRDefault="00F25E9F" w:rsidP="007E5B69">
            <w:r>
              <w:rPr>
                <w:sz w:val="16"/>
              </w:rPr>
              <w:t>Басшы креслосы</w:t>
            </w:r>
          </w:p>
        </w:tc>
        <w:tc>
          <w:tcPr>
            <w:tcW w:w="1696" w:type="dxa"/>
          </w:tcPr>
          <w:p w14:paraId="7A08A955" w14:textId="77777777" w:rsidR="00F25E9F" w:rsidRDefault="00F25E9F" w:rsidP="007E5B69">
            <w:r>
              <w:rPr>
                <w:sz w:val="16"/>
              </w:rPr>
              <w:t>241500009280</w:t>
            </w:r>
          </w:p>
        </w:tc>
        <w:tc>
          <w:tcPr>
            <w:tcW w:w="1701" w:type="dxa"/>
          </w:tcPr>
          <w:p w14:paraId="3955260E" w14:textId="77777777" w:rsidR="00F25E9F" w:rsidRDefault="00F25E9F" w:rsidP="007E5B69">
            <w:r>
              <w:rPr>
                <w:sz w:val="16"/>
              </w:rPr>
              <w:t>62100</w:t>
            </w:r>
          </w:p>
        </w:tc>
        <w:tc>
          <w:tcPr>
            <w:tcW w:w="1701" w:type="dxa"/>
          </w:tcPr>
          <w:p w14:paraId="12A1AA73" w14:textId="77777777" w:rsidR="00F25E9F" w:rsidRDefault="00F25E9F" w:rsidP="007E5B69">
            <w:r>
              <w:rPr>
                <w:sz w:val="16"/>
              </w:rPr>
              <w:t>0</w:t>
            </w:r>
          </w:p>
        </w:tc>
      </w:tr>
      <w:tr w:rsidR="00F25E9F" w14:paraId="35A199E9" w14:textId="77777777" w:rsidTr="00371F5F">
        <w:trPr>
          <w:jc w:val="center"/>
        </w:trPr>
        <w:tc>
          <w:tcPr>
            <w:tcW w:w="993" w:type="dxa"/>
          </w:tcPr>
          <w:p w14:paraId="3992E8C2" w14:textId="77777777" w:rsidR="00F25E9F" w:rsidRDefault="00F25E9F" w:rsidP="007E5B69">
            <w:r>
              <w:rPr>
                <w:sz w:val="16"/>
              </w:rPr>
              <w:t>150</w:t>
            </w:r>
          </w:p>
        </w:tc>
        <w:tc>
          <w:tcPr>
            <w:tcW w:w="3685" w:type="dxa"/>
          </w:tcPr>
          <w:p w14:paraId="53F82B66" w14:textId="77777777" w:rsidR="00F25E9F" w:rsidRDefault="00F25E9F" w:rsidP="007E5B69">
            <w:r>
              <w:rPr>
                <w:sz w:val="16"/>
              </w:rPr>
              <w:t>Аспашам</w:t>
            </w:r>
          </w:p>
        </w:tc>
        <w:tc>
          <w:tcPr>
            <w:tcW w:w="1696" w:type="dxa"/>
          </w:tcPr>
          <w:p w14:paraId="5D09347B" w14:textId="77777777" w:rsidR="00F25E9F" w:rsidRDefault="00F25E9F" w:rsidP="007E5B69">
            <w:r>
              <w:rPr>
                <w:sz w:val="16"/>
              </w:rPr>
              <w:t>241500009474</w:t>
            </w:r>
          </w:p>
        </w:tc>
        <w:tc>
          <w:tcPr>
            <w:tcW w:w="1701" w:type="dxa"/>
          </w:tcPr>
          <w:p w14:paraId="452F4134" w14:textId="77777777" w:rsidR="00F25E9F" w:rsidRDefault="00F25E9F" w:rsidP="007E5B69">
            <w:r>
              <w:rPr>
                <w:sz w:val="16"/>
              </w:rPr>
              <w:t>23435.5</w:t>
            </w:r>
          </w:p>
        </w:tc>
        <w:tc>
          <w:tcPr>
            <w:tcW w:w="1701" w:type="dxa"/>
          </w:tcPr>
          <w:p w14:paraId="40E53EA8" w14:textId="77777777" w:rsidR="00F25E9F" w:rsidRDefault="00F25E9F" w:rsidP="007E5B69">
            <w:r>
              <w:rPr>
                <w:sz w:val="16"/>
              </w:rPr>
              <w:t>0</w:t>
            </w:r>
          </w:p>
        </w:tc>
      </w:tr>
      <w:tr w:rsidR="00F25E9F" w14:paraId="45D11552" w14:textId="77777777" w:rsidTr="00371F5F">
        <w:trPr>
          <w:jc w:val="center"/>
        </w:trPr>
        <w:tc>
          <w:tcPr>
            <w:tcW w:w="993" w:type="dxa"/>
          </w:tcPr>
          <w:p w14:paraId="139A422F" w14:textId="77777777" w:rsidR="00F25E9F" w:rsidRDefault="00F25E9F" w:rsidP="007E5B69">
            <w:r>
              <w:rPr>
                <w:sz w:val="16"/>
              </w:rPr>
              <w:t>151</w:t>
            </w:r>
          </w:p>
        </w:tc>
        <w:tc>
          <w:tcPr>
            <w:tcW w:w="3685" w:type="dxa"/>
          </w:tcPr>
          <w:p w14:paraId="1FE9C3F1" w14:textId="77777777" w:rsidR="00F25E9F" w:rsidRDefault="00F25E9F" w:rsidP="007E5B69">
            <w:r>
              <w:rPr>
                <w:sz w:val="16"/>
              </w:rPr>
              <w:t>Аспашам</w:t>
            </w:r>
          </w:p>
        </w:tc>
        <w:tc>
          <w:tcPr>
            <w:tcW w:w="1696" w:type="dxa"/>
          </w:tcPr>
          <w:p w14:paraId="5D986BF6" w14:textId="77777777" w:rsidR="00F25E9F" w:rsidRDefault="00F25E9F" w:rsidP="007E5B69">
            <w:r>
              <w:rPr>
                <w:sz w:val="16"/>
              </w:rPr>
              <w:t>241500009475</w:t>
            </w:r>
          </w:p>
        </w:tc>
        <w:tc>
          <w:tcPr>
            <w:tcW w:w="1701" w:type="dxa"/>
          </w:tcPr>
          <w:p w14:paraId="3B729D2D" w14:textId="77777777" w:rsidR="00F25E9F" w:rsidRDefault="00F25E9F" w:rsidP="007E5B69">
            <w:r>
              <w:rPr>
                <w:sz w:val="16"/>
              </w:rPr>
              <w:t>23435.5</w:t>
            </w:r>
          </w:p>
        </w:tc>
        <w:tc>
          <w:tcPr>
            <w:tcW w:w="1701" w:type="dxa"/>
          </w:tcPr>
          <w:p w14:paraId="370494E6" w14:textId="77777777" w:rsidR="00F25E9F" w:rsidRDefault="00F25E9F" w:rsidP="007E5B69">
            <w:r>
              <w:rPr>
                <w:sz w:val="16"/>
              </w:rPr>
              <w:t>0</w:t>
            </w:r>
          </w:p>
        </w:tc>
      </w:tr>
      <w:tr w:rsidR="00F25E9F" w14:paraId="22A4C01F" w14:textId="77777777" w:rsidTr="00371F5F">
        <w:trPr>
          <w:jc w:val="center"/>
        </w:trPr>
        <w:tc>
          <w:tcPr>
            <w:tcW w:w="993" w:type="dxa"/>
          </w:tcPr>
          <w:p w14:paraId="012BB57F" w14:textId="77777777" w:rsidR="00F25E9F" w:rsidRDefault="00F25E9F" w:rsidP="007E5B69">
            <w:r>
              <w:rPr>
                <w:sz w:val="16"/>
              </w:rPr>
              <w:t>152</w:t>
            </w:r>
          </w:p>
        </w:tc>
        <w:tc>
          <w:tcPr>
            <w:tcW w:w="3685" w:type="dxa"/>
          </w:tcPr>
          <w:p w14:paraId="04DE804A" w14:textId="77777777" w:rsidR="00F25E9F" w:rsidRDefault="00F25E9F" w:rsidP="007E5B69">
            <w:r>
              <w:rPr>
                <w:sz w:val="16"/>
              </w:rPr>
              <w:t>Қызметкерлерге арналған жиһаз</w:t>
            </w:r>
          </w:p>
        </w:tc>
        <w:tc>
          <w:tcPr>
            <w:tcW w:w="1696" w:type="dxa"/>
          </w:tcPr>
          <w:p w14:paraId="10219D49" w14:textId="77777777" w:rsidR="00F25E9F" w:rsidRDefault="00F25E9F" w:rsidP="007E5B69">
            <w:r>
              <w:rPr>
                <w:sz w:val="16"/>
              </w:rPr>
              <w:t>241500009586</w:t>
            </w:r>
          </w:p>
        </w:tc>
        <w:tc>
          <w:tcPr>
            <w:tcW w:w="1701" w:type="dxa"/>
          </w:tcPr>
          <w:p w14:paraId="749BBAC7" w14:textId="77777777" w:rsidR="00F25E9F" w:rsidRDefault="00F25E9F" w:rsidP="007E5B69">
            <w:r>
              <w:rPr>
                <w:sz w:val="16"/>
              </w:rPr>
              <w:t>62500</w:t>
            </w:r>
          </w:p>
        </w:tc>
        <w:tc>
          <w:tcPr>
            <w:tcW w:w="1701" w:type="dxa"/>
          </w:tcPr>
          <w:p w14:paraId="15596C84" w14:textId="77777777" w:rsidR="00F25E9F" w:rsidRDefault="00F25E9F" w:rsidP="007E5B69">
            <w:r>
              <w:rPr>
                <w:sz w:val="16"/>
              </w:rPr>
              <w:t>0</w:t>
            </w:r>
          </w:p>
        </w:tc>
      </w:tr>
      <w:tr w:rsidR="00F25E9F" w14:paraId="5E288682" w14:textId="77777777" w:rsidTr="00371F5F">
        <w:trPr>
          <w:jc w:val="center"/>
        </w:trPr>
        <w:tc>
          <w:tcPr>
            <w:tcW w:w="993" w:type="dxa"/>
          </w:tcPr>
          <w:p w14:paraId="256B39A2" w14:textId="77777777" w:rsidR="00F25E9F" w:rsidRDefault="00F25E9F" w:rsidP="007E5B69">
            <w:r>
              <w:rPr>
                <w:sz w:val="16"/>
              </w:rPr>
              <w:t>153</w:t>
            </w:r>
          </w:p>
        </w:tc>
        <w:tc>
          <w:tcPr>
            <w:tcW w:w="3685" w:type="dxa"/>
          </w:tcPr>
          <w:p w14:paraId="1D8EC38F" w14:textId="77777777" w:rsidR="00F25E9F" w:rsidRDefault="00F25E9F" w:rsidP="007E5B69">
            <w:r>
              <w:rPr>
                <w:sz w:val="16"/>
              </w:rPr>
              <w:t>Жартылай манекен</w:t>
            </w:r>
          </w:p>
        </w:tc>
        <w:tc>
          <w:tcPr>
            <w:tcW w:w="1696" w:type="dxa"/>
          </w:tcPr>
          <w:p w14:paraId="243CE84F" w14:textId="77777777" w:rsidR="00F25E9F" w:rsidRDefault="00F25E9F" w:rsidP="007E5B69">
            <w:r>
              <w:rPr>
                <w:sz w:val="16"/>
              </w:rPr>
              <w:t>241500009674</w:t>
            </w:r>
          </w:p>
        </w:tc>
        <w:tc>
          <w:tcPr>
            <w:tcW w:w="1701" w:type="dxa"/>
          </w:tcPr>
          <w:p w14:paraId="4FA8DEFD" w14:textId="77777777" w:rsidR="00F25E9F" w:rsidRDefault="00F25E9F" w:rsidP="007E5B69">
            <w:r>
              <w:rPr>
                <w:sz w:val="16"/>
              </w:rPr>
              <w:t>15000</w:t>
            </w:r>
          </w:p>
        </w:tc>
        <w:tc>
          <w:tcPr>
            <w:tcW w:w="1701" w:type="dxa"/>
          </w:tcPr>
          <w:p w14:paraId="1C7F63E8" w14:textId="77777777" w:rsidR="00F25E9F" w:rsidRDefault="00F25E9F" w:rsidP="007E5B69">
            <w:r>
              <w:rPr>
                <w:sz w:val="16"/>
              </w:rPr>
              <w:t>0</w:t>
            </w:r>
          </w:p>
        </w:tc>
      </w:tr>
      <w:tr w:rsidR="00F25E9F" w14:paraId="72D841F1" w14:textId="77777777" w:rsidTr="00371F5F">
        <w:trPr>
          <w:jc w:val="center"/>
        </w:trPr>
        <w:tc>
          <w:tcPr>
            <w:tcW w:w="993" w:type="dxa"/>
          </w:tcPr>
          <w:p w14:paraId="53BD1127" w14:textId="77777777" w:rsidR="00F25E9F" w:rsidRDefault="00F25E9F" w:rsidP="007E5B69">
            <w:r>
              <w:rPr>
                <w:sz w:val="16"/>
              </w:rPr>
              <w:t>154</w:t>
            </w:r>
          </w:p>
        </w:tc>
        <w:tc>
          <w:tcPr>
            <w:tcW w:w="3685" w:type="dxa"/>
          </w:tcPr>
          <w:p w14:paraId="1747DC8A" w14:textId="77777777" w:rsidR="00F25E9F" w:rsidRDefault="00F25E9F" w:rsidP="007E5B69">
            <w:r>
              <w:rPr>
                <w:sz w:val="16"/>
              </w:rPr>
              <w:t>Үстелге арналған қосымша бөлік</w:t>
            </w:r>
          </w:p>
        </w:tc>
        <w:tc>
          <w:tcPr>
            <w:tcW w:w="1696" w:type="dxa"/>
          </w:tcPr>
          <w:p w14:paraId="6251790D" w14:textId="77777777" w:rsidR="00F25E9F" w:rsidRDefault="00F25E9F" w:rsidP="007E5B69">
            <w:r>
              <w:rPr>
                <w:sz w:val="16"/>
              </w:rPr>
              <w:t>241500009677</w:t>
            </w:r>
          </w:p>
        </w:tc>
        <w:tc>
          <w:tcPr>
            <w:tcW w:w="1701" w:type="dxa"/>
          </w:tcPr>
          <w:p w14:paraId="6A9DCFF2" w14:textId="77777777" w:rsidR="00F25E9F" w:rsidRDefault="00F25E9F" w:rsidP="007E5B69">
            <w:r>
              <w:rPr>
                <w:sz w:val="16"/>
              </w:rPr>
              <w:t>38600</w:t>
            </w:r>
          </w:p>
        </w:tc>
        <w:tc>
          <w:tcPr>
            <w:tcW w:w="1701" w:type="dxa"/>
          </w:tcPr>
          <w:p w14:paraId="433F6A27" w14:textId="77777777" w:rsidR="00F25E9F" w:rsidRDefault="00F25E9F" w:rsidP="007E5B69">
            <w:r>
              <w:rPr>
                <w:sz w:val="16"/>
              </w:rPr>
              <w:t>0</w:t>
            </w:r>
          </w:p>
        </w:tc>
      </w:tr>
      <w:tr w:rsidR="00F25E9F" w14:paraId="60BD8AA2" w14:textId="77777777" w:rsidTr="00371F5F">
        <w:trPr>
          <w:jc w:val="center"/>
        </w:trPr>
        <w:tc>
          <w:tcPr>
            <w:tcW w:w="993" w:type="dxa"/>
          </w:tcPr>
          <w:p w14:paraId="6D66AA57" w14:textId="77777777" w:rsidR="00F25E9F" w:rsidRDefault="00F25E9F" w:rsidP="007E5B69">
            <w:r>
              <w:rPr>
                <w:sz w:val="16"/>
              </w:rPr>
              <w:lastRenderedPageBreak/>
              <w:t>155</w:t>
            </w:r>
          </w:p>
        </w:tc>
        <w:tc>
          <w:tcPr>
            <w:tcW w:w="3685" w:type="dxa"/>
          </w:tcPr>
          <w:p w14:paraId="16A1CC1C" w14:textId="77777777" w:rsidR="00F25E9F" w:rsidRDefault="00F25E9F" w:rsidP="007E5B69">
            <w:r>
              <w:rPr>
                <w:sz w:val="16"/>
              </w:rPr>
              <w:t>Жүйелік блок</w:t>
            </w:r>
          </w:p>
        </w:tc>
        <w:tc>
          <w:tcPr>
            <w:tcW w:w="1696" w:type="dxa"/>
          </w:tcPr>
          <w:p w14:paraId="61E2ECD5" w14:textId="77777777" w:rsidR="00F25E9F" w:rsidRDefault="00F25E9F" w:rsidP="007E5B69">
            <w:r>
              <w:rPr>
                <w:sz w:val="16"/>
              </w:rPr>
              <w:t>241500009840</w:t>
            </w:r>
          </w:p>
        </w:tc>
        <w:tc>
          <w:tcPr>
            <w:tcW w:w="1701" w:type="dxa"/>
          </w:tcPr>
          <w:p w14:paraId="59A49958" w14:textId="77777777" w:rsidR="00F25E9F" w:rsidRDefault="00F25E9F" w:rsidP="007E5B69">
            <w:r>
              <w:rPr>
                <w:sz w:val="16"/>
              </w:rPr>
              <w:t>47630</w:t>
            </w:r>
          </w:p>
        </w:tc>
        <w:tc>
          <w:tcPr>
            <w:tcW w:w="1701" w:type="dxa"/>
          </w:tcPr>
          <w:p w14:paraId="1A9BA960" w14:textId="77777777" w:rsidR="00F25E9F" w:rsidRDefault="00F25E9F" w:rsidP="007E5B69">
            <w:r>
              <w:rPr>
                <w:sz w:val="16"/>
              </w:rPr>
              <w:t>0</w:t>
            </w:r>
          </w:p>
        </w:tc>
      </w:tr>
      <w:tr w:rsidR="00F25E9F" w14:paraId="2A09DE2E" w14:textId="77777777" w:rsidTr="00371F5F">
        <w:trPr>
          <w:jc w:val="center"/>
        </w:trPr>
        <w:tc>
          <w:tcPr>
            <w:tcW w:w="993" w:type="dxa"/>
          </w:tcPr>
          <w:p w14:paraId="627C62FC" w14:textId="77777777" w:rsidR="00F25E9F" w:rsidRDefault="00F25E9F" w:rsidP="007E5B69">
            <w:r>
              <w:rPr>
                <w:sz w:val="16"/>
              </w:rPr>
              <w:t>156</w:t>
            </w:r>
          </w:p>
        </w:tc>
        <w:tc>
          <w:tcPr>
            <w:tcW w:w="3685" w:type="dxa"/>
          </w:tcPr>
          <w:p w14:paraId="58EE3A3B" w14:textId="77777777" w:rsidR="00F25E9F" w:rsidRDefault="00F25E9F" w:rsidP="007E5B69">
            <w:r>
              <w:rPr>
                <w:sz w:val="16"/>
              </w:rPr>
              <w:t>Жүйелік блок</w:t>
            </w:r>
          </w:p>
        </w:tc>
        <w:tc>
          <w:tcPr>
            <w:tcW w:w="1696" w:type="dxa"/>
          </w:tcPr>
          <w:p w14:paraId="2812D874" w14:textId="77777777" w:rsidR="00F25E9F" w:rsidRDefault="00F25E9F" w:rsidP="007E5B69">
            <w:r>
              <w:rPr>
                <w:sz w:val="16"/>
              </w:rPr>
              <w:t>241500009841</w:t>
            </w:r>
          </w:p>
        </w:tc>
        <w:tc>
          <w:tcPr>
            <w:tcW w:w="1701" w:type="dxa"/>
          </w:tcPr>
          <w:p w14:paraId="7606903C" w14:textId="77777777" w:rsidR="00F25E9F" w:rsidRDefault="00F25E9F" w:rsidP="007E5B69">
            <w:r>
              <w:rPr>
                <w:sz w:val="16"/>
              </w:rPr>
              <w:t>47630</w:t>
            </w:r>
          </w:p>
        </w:tc>
        <w:tc>
          <w:tcPr>
            <w:tcW w:w="1701" w:type="dxa"/>
          </w:tcPr>
          <w:p w14:paraId="74D8538A" w14:textId="77777777" w:rsidR="00F25E9F" w:rsidRDefault="00F25E9F" w:rsidP="007E5B69">
            <w:r>
              <w:rPr>
                <w:sz w:val="16"/>
              </w:rPr>
              <w:t>0</w:t>
            </w:r>
          </w:p>
        </w:tc>
      </w:tr>
      <w:tr w:rsidR="00F25E9F" w14:paraId="5AE2AC8A" w14:textId="77777777" w:rsidTr="00371F5F">
        <w:trPr>
          <w:jc w:val="center"/>
        </w:trPr>
        <w:tc>
          <w:tcPr>
            <w:tcW w:w="993" w:type="dxa"/>
          </w:tcPr>
          <w:p w14:paraId="579D46BA" w14:textId="77777777" w:rsidR="00F25E9F" w:rsidRDefault="00F25E9F" w:rsidP="007E5B69">
            <w:r>
              <w:rPr>
                <w:sz w:val="16"/>
              </w:rPr>
              <w:t>157</w:t>
            </w:r>
          </w:p>
        </w:tc>
        <w:tc>
          <w:tcPr>
            <w:tcW w:w="3685" w:type="dxa"/>
          </w:tcPr>
          <w:p w14:paraId="47AF3A5E" w14:textId="77777777" w:rsidR="00F25E9F" w:rsidRDefault="00F25E9F" w:rsidP="007E5B69">
            <w:r>
              <w:rPr>
                <w:sz w:val="16"/>
              </w:rPr>
              <w:t>Жүйелік блок</w:t>
            </w:r>
          </w:p>
        </w:tc>
        <w:tc>
          <w:tcPr>
            <w:tcW w:w="1696" w:type="dxa"/>
          </w:tcPr>
          <w:p w14:paraId="5E60A9A7" w14:textId="77777777" w:rsidR="00F25E9F" w:rsidRDefault="00F25E9F" w:rsidP="007E5B69">
            <w:r>
              <w:rPr>
                <w:sz w:val="16"/>
              </w:rPr>
              <w:t>241500009842</w:t>
            </w:r>
          </w:p>
        </w:tc>
        <w:tc>
          <w:tcPr>
            <w:tcW w:w="1701" w:type="dxa"/>
          </w:tcPr>
          <w:p w14:paraId="3D594BF4" w14:textId="77777777" w:rsidR="00F25E9F" w:rsidRDefault="00F25E9F" w:rsidP="007E5B69">
            <w:r>
              <w:rPr>
                <w:sz w:val="16"/>
              </w:rPr>
              <w:t>47630</w:t>
            </w:r>
          </w:p>
        </w:tc>
        <w:tc>
          <w:tcPr>
            <w:tcW w:w="1701" w:type="dxa"/>
          </w:tcPr>
          <w:p w14:paraId="25C392C7" w14:textId="77777777" w:rsidR="00F25E9F" w:rsidRDefault="00F25E9F" w:rsidP="007E5B69">
            <w:r>
              <w:rPr>
                <w:sz w:val="16"/>
              </w:rPr>
              <w:t>0</w:t>
            </w:r>
          </w:p>
        </w:tc>
      </w:tr>
      <w:tr w:rsidR="00F25E9F" w14:paraId="3FE7260A" w14:textId="77777777" w:rsidTr="00371F5F">
        <w:trPr>
          <w:jc w:val="center"/>
        </w:trPr>
        <w:tc>
          <w:tcPr>
            <w:tcW w:w="993" w:type="dxa"/>
          </w:tcPr>
          <w:p w14:paraId="45021894" w14:textId="77777777" w:rsidR="00F25E9F" w:rsidRDefault="00F25E9F" w:rsidP="007E5B69">
            <w:r>
              <w:rPr>
                <w:sz w:val="16"/>
              </w:rPr>
              <w:t>158</w:t>
            </w:r>
          </w:p>
        </w:tc>
        <w:tc>
          <w:tcPr>
            <w:tcW w:w="3685" w:type="dxa"/>
          </w:tcPr>
          <w:p w14:paraId="7C75B590" w14:textId="77777777" w:rsidR="00F25E9F" w:rsidRDefault="00F25E9F" w:rsidP="007E5B69">
            <w:r>
              <w:rPr>
                <w:sz w:val="16"/>
              </w:rPr>
              <w:t>Жүйелік блок</w:t>
            </w:r>
          </w:p>
        </w:tc>
        <w:tc>
          <w:tcPr>
            <w:tcW w:w="1696" w:type="dxa"/>
          </w:tcPr>
          <w:p w14:paraId="3F86FF39" w14:textId="77777777" w:rsidR="00F25E9F" w:rsidRDefault="00F25E9F" w:rsidP="007E5B69">
            <w:r>
              <w:rPr>
                <w:sz w:val="16"/>
              </w:rPr>
              <w:t>241500009843</w:t>
            </w:r>
          </w:p>
        </w:tc>
        <w:tc>
          <w:tcPr>
            <w:tcW w:w="1701" w:type="dxa"/>
          </w:tcPr>
          <w:p w14:paraId="38FA1675" w14:textId="77777777" w:rsidR="00F25E9F" w:rsidRDefault="00F25E9F" w:rsidP="007E5B69">
            <w:r>
              <w:rPr>
                <w:sz w:val="16"/>
              </w:rPr>
              <w:t>47628.7</w:t>
            </w:r>
          </w:p>
        </w:tc>
        <w:tc>
          <w:tcPr>
            <w:tcW w:w="1701" w:type="dxa"/>
          </w:tcPr>
          <w:p w14:paraId="6D3C5DCB" w14:textId="77777777" w:rsidR="00F25E9F" w:rsidRDefault="00F25E9F" w:rsidP="007E5B69">
            <w:r>
              <w:rPr>
                <w:sz w:val="16"/>
              </w:rPr>
              <w:t>0</w:t>
            </w:r>
          </w:p>
        </w:tc>
      </w:tr>
      <w:tr w:rsidR="00F25E9F" w14:paraId="7C8F16A3" w14:textId="77777777" w:rsidTr="00371F5F">
        <w:trPr>
          <w:jc w:val="center"/>
        </w:trPr>
        <w:tc>
          <w:tcPr>
            <w:tcW w:w="993" w:type="dxa"/>
          </w:tcPr>
          <w:p w14:paraId="21AB19B0" w14:textId="77777777" w:rsidR="00F25E9F" w:rsidRDefault="00F25E9F" w:rsidP="007E5B69">
            <w:r>
              <w:rPr>
                <w:sz w:val="16"/>
              </w:rPr>
              <w:t>159</w:t>
            </w:r>
          </w:p>
        </w:tc>
        <w:tc>
          <w:tcPr>
            <w:tcW w:w="3685" w:type="dxa"/>
          </w:tcPr>
          <w:p w14:paraId="3C05366D" w14:textId="77777777" w:rsidR="00F25E9F" w:rsidRDefault="00F25E9F" w:rsidP="007E5B69">
            <w:r>
              <w:rPr>
                <w:sz w:val="16"/>
              </w:rPr>
              <w:t>Теледидар</w:t>
            </w:r>
          </w:p>
        </w:tc>
        <w:tc>
          <w:tcPr>
            <w:tcW w:w="1696" w:type="dxa"/>
          </w:tcPr>
          <w:p w14:paraId="0B3CE3A8" w14:textId="77777777" w:rsidR="00F25E9F" w:rsidRDefault="00F25E9F" w:rsidP="007E5B69">
            <w:r>
              <w:rPr>
                <w:sz w:val="16"/>
              </w:rPr>
              <w:t>241500010000</w:t>
            </w:r>
          </w:p>
        </w:tc>
        <w:tc>
          <w:tcPr>
            <w:tcW w:w="1701" w:type="dxa"/>
          </w:tcPr>
          <w:p w14:paraId="39F66B97" w14:textId="77777777" w:rsidR="00F25E9F" w:rsidRDefault="00F25E9F" w:rsidP="007E5B69">
            <w:r>
              <w:rPr>
                <w:sz w:val="16"/>
              </w:rPr>
              <w:t>59600</w:t>
            </w:r>
          </w:p>
        </w:tc>
        <w:tc>
          <w:tcPr>
            <w:tcW w:w="1701" w:type="dxa"/>
          </w:tcPr>
          <w:p w14:paraId="3D8A453D" w14:textId="77777777" w:rsidR="00F25E9F" w:rsidRDefault="00F25E9F" w:rsidP="007E5B69">
            <w:r>
              <w:rPr>
                <w:sz w:val="16"/>
              </w:rPr>
              <w:t>0</w:t>
            </w:r>
          </w:p>
        </w:tc>
      </w:tr>
      <w:tr w:rsidR="00F25E9F" w14:paraId="1F8C4E91" w14:textId="77777777" w:rsidTr="00371F5F">
        <w:trPr>
          <w:jc w:val="center"/>
        </w:trPr>
        <w:tc>
          <w:tcPr>
            <w:tcW w:w="993" w:type="dxa"/>
          </w:tcPr>
          <w:p w14:paraId="1864777C" w14:textId="77777777" w:rsidR="00F25E9F" w:rsidRDefault="00F25E9F" w:rsidP="007E5B69">
            <w:r>
              <w:rPr>
                <w:sz w:val="16"/>
              </w:rPr>
              <w:t>160</w:t>
            </w:r>
          </w:p>
        </w:tc>
        <w:tc>
          <w:tcPr>
            <w:tcW w:w="3685" w:type="dxa"/>
          </w:tcPr>
          <w:p w14:paraId="614884B8" w14:textId="77777777" w:rsidR="00F25E9F" w:rsidRDefault="00F25E9F" w:rsidP="007E5B69">
            <w:r>
              <w:rPr>
                <w:sz w:val="16"/>
              </w:rPr>
              <w:t>Кілемдер</w:t>
            </w:r>
          </w:p>
        </w:tc>
        <w:tc>
          <w:tcPr>
            <w:tcW w:w="1696" w:type="dxa"/>
          </w:tcPr>
          <w:p w14:paraId="643E5D55" w14:textId="77777777" w:rsidR="00F25E9F" w:rsidRDefault="00F25E9F" w:rsidP="007E5B69">
            <w:r>
              <w:rPr>
                <w:sz w:val="16"/>
              </w:rPr>
              <w:t>241300000006</w:t>
            </w:r>
          </w:p>
        </w:tc>
        <w:tc>
          <w:tcPr>
            <w:tcW w:w="1701" w:type="dxa"/>
          </w:tcPr>
          <w:p w14:paraId="478F8076" w14:textId="77777777" w:rsidR="00F25E9F" w:rsidRDefault="00F25E9F" w:rsidP="007E5B69">
            <w:r>
              <w:rPr>
                <w:sz w:val="16"/>
              </w:rPr>
              <w:t>55900</w:t>
            </w:r>
          </w:p>
        </w:tc>
        <w:tc>
          <w:tcPr>
            <w:tcW w:w="1701" w:type="dxa"/>
          </w:tcPr>
          <w:p w14:paraId="67400F00" w14:textId="77777777" w:rsidR="00F25E9F" w:rsidRDefault="00F25E9F" w:rsidP="007E5B69">
            <w:r>
              <w:rPr>
                <w:sz w:val="16"/>
              </w:rPr>
              <w:t>0</w:t>
            </w:r>
          </w:p>
        </w:tc>
      </w:tr>
      <w:tr w:rsidR="00F25E9F" w14:paraId="55115D46" w14:textId="77777777" w:rsidTr="00371F5F">
        <w:trPr>
          <w:jc w:val="center"/>
        </w:trPr>
        <w:tc>
          <w:tcPr>
            <w:tcW w:w="993" w:type="dxa"/>
          </w:tcPr>
          <w:p w14:paraId="64AEC2CD" w14:textId="77777777" w:rsidR="00F25E9F" w:rsidRDefault="00F25E9F" w:rsidP="007E5B69">
            <w:r>
              <w:rPr>
                <w:sz w:val="16"/>
              </w:rPr>
              <w:t>161</w:t>
            </w:r>
          </w:p>
        </w:tc>
        <w:tc>
          <w:tcPr>
            <w:tcW w:w="3685" w:type="dxa"/>
          </w:tcPr>
          <w:p w14:paraId="1F74202C" w14:textId="77777777" w:rsidR="00F25E9F" w:rsidRDefault="00F25E9F" w:rsidP="007E5B69">
            <w:r>
              <w:rPr>
                <w:sz w:val="16"/>
              </w:rPr>
              <w:t>AOC E970SWN 18,5 монитор, 1366×768, 16:9, TN, 76 Гц, қара (vit)</w:t>
            </w:r>
          </w:p>
        </w:tc>
        <w:tc>
          <w:tcPr>
            <w:tcW w:w="1696" w:type="dxa"/>
          </w:tcPr>
          <w:p w14:paraId="1B9CE4B7" w14:textId="77777777" w:rsidR="00F25E9F" w:rsidRDefault="00F25E9F" w:rsidP="007E5B69">
            <w:r>
              <w:rPr>
                <w:sz w:val="16"/>
              </w:rPr>
              <w:t>241300000012</w:t>
            </w:r>
          </w:p>
        </w:tc>
        <w:tc>
          <w:tcPr>
            <w:tcW w:w="1701" w:type="dxa"/>
          </w:tcPr>
          <w:p w14:paraId="6CFEFEE5" w14:textId="77777777" w:rsidR="00F25E9F" w:rsidRDefault="00F25E9F" w:rsidP="007E5B69">
            <w:r>
              <w:rPr>
                <w:sz w:val="16"/>
              </w:rPr>
              <w:t>24990</w:t>
            </w:r>
          </w:p>
        </w:tc>
        <w:tc>
          <w:tcPr>
            <w:tcW w:w="1701" w:type="dxa"/>
          </w:tcPr>
          <w:p w14:paraId="0D857CCC" w14:textId="77777777" w:rsidR="00F25E9F" w:rsidRDefault="00F25E9F" w:rsidP="007E5B69">
            <w:r>
              <w:rPr>
                <w:sz w:val="16"/>
              </w:rPr>
              <w:t>0</w:t>
            </w:r>
          </w:p>
        </w:tc>
      </w:tr>
      <w:tr w:rsidR="00F25E9F" w14:paraId="3B1688CA" w14:textId="77777777" w:rsidTr="00371F5F">
        <w:trPr>
          <w:jc w:val="center"/>
        </w:trPr>
        <w:tc>
          <w:tcPr>
            <w:tcW w:w="993" w:type="dxa"/>
          </w:tcPr>
          <w:p w14:paraId="163424FE" w14:textId="77777777" w:rsidR="00F25E9F" w:rsidRDefault="00F25E9F" w:rsidP="007E5B69">
            <w:r>
              <w:rPr>
                <w:sz w:val="16"/>
              </w:rPr>
              <w:t>162</w:t>
            </w:r>
          </w:p>
        </w:tc>
        <w:tc>
          <w:tcPr>
            <w:tcW w:w="3685" w:type="dxa"/>
          </w:tcPr>
          <w:p w14:paraId="697BE097" w14:textId="77777777" w:rsidR="00F25E9F" w:rsidRDefault="00F25E9F" w:rsidP="007E5B69">
            <w:r>
              <w:rPr>
                <w:sz w:val="16"/>
              </w:rPr>
              <w:t>Canon PIXMA G-1411 A4 сиябүріккіш принтері, үздіксіз сия беру жүйесі (vit)</w:t>
            </w:r>
          </w:p>
        </w:tc>
        <w:tc>
          <w:tcPr>
            <w:tcW w:w="1696" w:type="dxa"/>
          </w:tcPr>
          <w:p w14:paraId="230E81B9" w14:textId="77777777" w:rsidR="00F25E9F" w:rsidRDefault="00F25E9F" w:rsidP="007E5B69">
            <w:r>
              <w:rPr>
                <w:sz w:val="16"/>
              </w:rPr>
              <w:t>241300000015</w:t>
            </w:r>
          </w:p>
        </w:tc>
        <w:tc>
          <w:tcPr>
            <w:tcW w:w="1701" w:type="dxa"/>
          </w:tcPr>
          <w:p w14:paraId="7E936A46" w14:textId="77777777" w:rsidR="00F25E9F" w:rsidRDefault="00F25E9F" w:rsidP="007E5B69">
            <w:r>
              <w:rPr>
                <w:sz w:val="16"/>
              </w:rPr>
              <w:t>49990</w:t>
            </w:r>
          </w:p>
        </w:tc>
        <w:tc>
          <w:tcPr>
            <w:tcW w:w="1701" w:type="dxa"/>
          </w:tcPr>
          <w:p w14:paraId="7860F7FC" w14:textId="77777777" w:rsidR="00F25E9F" w:rsidRDefault="00F25E9F" w:rsidP="007E5B69">
            <w:r>
              <w:rPr>
                <w:sz w:val="16"/>
              </w:rPr>
              <w:t>0</w:t>
            </w:r>
          </w:p>
        </w:tc>
      </w:tr>
      <w:tr w:rsidR="00F25E9F" w14:paraId="092F1703" w14:textId="77777777" w:rsidTr="00371F5F">
        <w:trPr>
          <w:jc w:val="center"/>
        </w:trPr>
        <w:tc>
          <w:tcPr>
            <w:tcW w:w="993" w:type="dxa"/>
          </w:tcPr>
          <w:p w14:paraId="6A8A8C2A" w14:textId="77777777" w:rsidR="00F25E9F" w:rsidRDefault="00F25E9F" w:rsidP="007E5B69">
            <w:r>
              <w:rPr>
                <w:sz w:val="16"/>
              </w:rPr>
              <w:t>163</w:t>
            </w:r>
          </w:p>
        </w:tc>
        <w:tc>
          <w:tcPr>
            <w:tcW w:w="3685" w:type="dxa"/>
          </w:tcPr>
          <w:p w14:paraId="60301ED7" w14:textId="77777777" w:rsidR="00F25E9F" w:rsidRDefault="00F25E9F" w:rsidP="007E5B69">
            <w:r>
              <w:rPr>
                <w:sz w:val="16"/>
              </w:rPr>
              <w:t>Кілемдер</w:t>
            </w:r>
          </w:p>
        </w:tc>
        <w:tc>
          <w:tcPr>
            <w:tcW w:w="1696" w:type="dxa"/>
          </w:tcPr>
          <w:p w14:paraId="1E2E1519" w14:textId="77777777" w:rsidR="00F25E9F" w:rsidRDefault="00F25E9F" w:rsidP="007E5B69">
            <w:r>
              <w:rPr>
                <w:sz w:val="16"/>
              </w:rPr>
              <w:t>241300000020</w:t>
            </w:r>
          </w:p>
        </w:tc>
        <w:tc>
          <w:tcPr>
            <w:tcW w:w="1701" w:type="dxa"/>
          </w:tcPr>
          <w:p w14:paraId="68EC2996" w14:textId="77777777" w:rsidR="00F25E9F" w:rsidRDefault="00F25E9F" w:rsidP="007E5B69">
            <w:r>
              <w:rPr>
                <w:sz w:val="16"/>
              </w:rPr>
              <w:t>55900</w:t>
            </w:r>
          </w:p>
        </w:tc>
        <w:tc>
          <w:tcPr>
            <w:tcW w:w="1701" w:type="dxa"/>
          </w:tcPr>
          <w:p w14:paraId="47044099" w14:textId="77777777" w:rsidR="00F25E9F" w:rsidRDefault="00F25E9F" w:rsidP="007E5B69">
            <w:r>
              <w:rPr>
                <w:sz w:val="16"/>
              </w:rPr>
              <w:t>0</w:t>
            </w:r>
          </w:p>
        </w:tc>
      </w:tr>
      <w:tr w:rsidR="00F25E9F" w14:paraId="61E47112" w14:textId="77777777" w:rsidTr="00371F5F">
        <w:trPr>
          <w:jc w:val="center"/>
        </w:trPr>
        <w:tc>
          <w:tcPr>
            <w:tcW w:w="993" w:type="dxa"/>
          </w:tcPr>
          <w:p w14:paraId="6E927101" w14:textId="77777777" w:rsidR="00F25E9F" w:rsidRDefault="00F25E9F" w:rsidP="007E5B69">
            <w:r>
              <w:rPr>
                <w:sz w:val="16"/>
              </w:rPr>
              <w:t>164</w:t>
            </w:r>
          </w:p>
        </w:tc>
        <w:tc>
          <w:tcPr>
            <w:tcW w:w="3685" w:type="dxa"/>
          </w:tcPr>
          <w:p w14:paraId="030625EF" w14:textId="77777777" w:rsidR="00F25E9F" w:rsidRDefault="00F25E9F" w:rsidP="007E5B69">
            <w:r>
              <w:rPr>
                <w:sz w:val="16"/>
              </w:rPr>
              <w:t>Aser V193HQ 18,5 монитор, қара</w:t>
            </w:r>
          </w:p>
        </w:tc>
        <w:tc>
          <w:tcPr>
            <w:tcW w:w="1696" w:type="dxa"/>
          </w:tcPr>
          <w:p w14:paraId="31E7AE7F" w14:textId="77777777" w:rsidR="00F25E9F" w:rsidRDefault="00F25E9F" w:rsidP="007E5B69">
            <w:r>
              <w:rPr>
                <w:sz w:val="16"/>
              </w:rPr>
              <w:t>241300000025</w:t>
            </w:r>
          </w:p>
        </w:tc>
        <w:tc>
          <w:tcPr>
            <w:tcW w:w="1701" w:type="dxa"/>
          </w:tcPr>
          <w:p w14:paraId="201E016D" w14:textId="77777777" w:rsidR="00F25E9F" w:rsidRDefault="00F25E9F" w:rsidP="007E5B69">
            <w:r>
              <w:rPr>
                <w:sz w:val="16"/>
              </w:rPr>
              <w:t>20229</w:t>
            </w:r>
          </w:p>
        </w:tc>
        <w:tc>
          <w:tcPr>
            <w:tcW w:w="1701" w:type="dxa"/>
          </w:tcPr>
          <w:p w14:paraId="3A296A6B" w14:textId="77777777" w:rsidR="00F25E9F" w:rsidRDefault="00F25E9F" w:rsidP="007E5B69">
            <w:r>
              <w:rPr>
                <w:sz w:val="16"/>
              </w:rPr>
              <w:t>0</w:t>
            </w:r>
          </w:p>
        </w:tc>
      </w:tr>
      <w:tr w:rsidR="00F25E9F" w14:paraId="3EDB0EA6" w14:textId="77777777" w:rsidTr="00371F5F">
        <w:trPr>
          <w:jc w:val="center"/>
        </w:trPr>
        <w:tc>
          <w:tcPr>
            <w:tcW w:w="993" w:type="dxa"/>
          </w:tcPr>
          <w:p w14:paraId="13D2B674" w14:textId="77777777" w:rsidR="00F25E9F" w:rsidRDefault="00F25E9F" w:rsidP="007E5B69">
            <w:r>
              <w:rPr>
                <w:sz w:val="16"/>
              </w:rPr>
              <w:t>165</w:t>
            </w:r>
          </w:p>
        </w:tc>
        <w:tc>
          <w:tcPr>
            <w:tcW w:w="3685" w:type="dxa"/>
          </w:tcPr>
          <w:p w14:paraId="15AE3DBC" w14:textId="77777777" w:rsidR="00F25E9F" w:rsidRDefault="00F25E9F" w:rsidP="007E5B69">
            <w:r>
              <w:rPr>
                <w:sz w:val="16"/>
              </w:rPr>
              <w:t>Жүйелік блок</w:t>
            </w:r>
          </w:p>
        </w:tc>
        <w:tc>
          <w:tcPr>
            <w:tcW w:w="1696" w:type="dxa"/>
          </w:tcPr>
          <w:p w14:paraId="37BA912B" w14:textId="77777777" w:rsidR="00F25E9F" w:rsidRDefault="00F25E9F" w:rsidP="007E5B69">
            <w:r>
              <w:rPr>
                <w:sz w:val="16"/>
              </w:rPr>
              <w:t>241300000029</w:t>
            </w:r>
          </w:p>
        </w:tc>
        <w:tc>
          <w:tcPr>
            <w:tcW w:w="1701" w:type="dxa"/>
          </w:tcPr>
          <w:p w14:paraId="0B5FF910" w14:textId="77777777" w:rsidR="00F25E9F" w:rsidRDefault="00F25E9F" w:rsidP="007E5B69">
            <w:r>
              <w:rPr>
                <w:sz w:val="16"/>
              </w:rPr>
              <w:t>47630</w:t>
            </w:r>
          </w:p>
        </w:tc>
        <w:tc>
          <w:tcPr>
            <w:tcW w:w="1701" w:type="dxa"/>
          </w:tcPr>
          <w:p w14:paraId="7BE29780" w14:textId="77777777" w:rsidR="00F25E9F" w:rsidRDefault="00F25E9F" w:rsidP="007E5B69">
            <w:r>
              <w:rPr>
                <w:sz w:val="16"/>
              </w:rPr>
              <w:t>0</w:t>
            </w:r>
          </w:p>
        </w:tc>
      </w:tr>
      <w:tr w:rsidR="00F25E9F" w14:paraId="1D05DA41" w14:textId="77777777" w:rsidTr="00371F5F">
        <w:trPr>
          <w:jc w:val="center"/>
        </w:trPr>
        <w:tc>
          <w:tcPr>
            <w:tcW w:w="993" w:type="dxa"/>
          </w:tcPr>
          <w:p w14:paraId="74CDC799" w14:textId="77777777" w:rsidR="00F25E9F" w:rsidRDefault="00F25E9F" w:rsidP="007E5B69">
            <w:r>
              <w:rPr>
                <w:sz w:val="16"/>
              </w:rPr>
              <w:t>166</w:t>
            </w:r>
          </w:p>
        </w:tc>
        <w:tc>
          <w:tcPr>
            <w:tcW w:w="3685" w:type="dxa"/>
          </w:tcPr>
          <w:p w14:paraId="156F3BDC" w14:textId="77777777" w:rsidR="00F25E9F" w:rsidRDefault="00F25E9F" w:rsidP="007E5B69">
            <w:r>
              <w:rPr>
                <w:sz w:val="16"/>
              </w:rPr>
              <w:t>Бейнебақылау жүйесі</w:t>
            </w:r>
          </w:p>
        </w:tc>
        <w:tc>
          <w:tcPr>
            <w:tcW w:w="1696" w:type="dxa"/>
          </w:tcPr>
          <w:p w14:paraId="3B527D35" w14:textId="77777777" w:rsidR="00F25E9F" w:rsidRDefault="00F25E9F" w:rsidP="007E5B69">
            <w:r>
              <w:rPr>
                <w:sz w:val="16"/>
              </w:rPr>
              <w:t>241300000030</w:t>
            </w:r>
          </w:p>
        </w:tc>
        <w:tc>
          <w:tcPr>
            <w:tcW w:w="1701" w:type="dxa"/>
          </w:tcPr>
          <w:p w14:paraId="669A37D6" w14:textId="77777777" w:rsidR="00F25E9F" w:rsidRDefault="00F25E9F" w:rsidP="007E5B69">
            <w:r>
              <w:rPr>
                <w:sz w:val="16"/>
              </w:rPr>
              <w:t>1</w:t>
            </w:r>
          </w:p>
        </w:tc>
        <w:tc>
          <w:tcPr>
            <w:tcW w:w="1701" w:type="dxa"/>
          </w:tcPr>
          <w:p w14:paraId="455D07ED" w14:textId="77777777" w:rsidR="00F25E9F" w:rsidRDefault="00F25E9F" w:rsidP="007E5B69">
            <w:r>
              <w:rPr>
                <w:sz w:val="16"/>
              </w:rPr>
              <w:t>0</w:t>
            </w:r>
          </w:p>
        </w:tc>
      </w:tr>
      <w:tr w:rsidR="00F25E9F" w14:paraId="7E4DF429" w14:textId="77777777" w:rsidTr="00371F5F">
        <w:trPr>
          <w:jc w:val="center"/>
        </w:trPr>
        <w:tc>
          <w:tcPr>
            <w:tcW w:w="993" w:type="dxa"/>
          </w:tcPr>
          <w:p w14:paraId="0492AA36" w14:textId="77777777" w:rsidR="00F25E9F" w:rsidRDefault="00F25E9F" w:rsidP="007E5B69">
            <w:r>
              <w:rPr>
                <w:sz w:val="16"/>
              </w:rPr>
              <w:t>167</w:t>
            </w:r>
          </w:p>
        </w:tc>
        <w:tc>
          <w:tcPr>
            <w:tcW w:w="3685" w:type="dxa"/>
          </w:tcPr>
          <w:p w14:paraId="09988EBF" w14:textId="77777777" w:rsidR="00F25E9F" w:rsidRDefault="00F25E9F" w:rsidP="007E5B69">
            <w:r>
              <w:rPr>
                <w:sz w:val="16"/>
              </w:rPr>
              <w:t>Бейнебақылау жүйесі</w:t>
            </w:r>
          </w:p>
        </w:tc>
        <w:tc>
          <w:tcPr>
            <w:tcW w:w="1696" w:type="dxa"/>
          </w:tcPr>
          <w:p w14:paraId="35BB2650" w14:textId="77777777" w:rsidR="00F25E9F" w:rsidRDefault="00F25E9F" w:rsidP="007E5B69">
            <w:r>
              <w:rPr>
                <w:sz w:val="16"/>
              </w:rPr>
              <w:t>241300000031</w:t>
            </w:r>
          </w:p>
        </w:tc>
        <w:tc>
          <w:tcPr>
            <w:tcW w:w="1701" w:type="dxa"/>
          </w:tcPr>
          <w:p w14:paraId="67B9A187" w14:textId="77777777" w:rsidR="00F25E9F" w:rsidRDefault="00F25E9F" w:rsidP="007E5B69">
            <w:r>
              <w:rPr>
                <w:sz w:val="16"/>
              </w:rPr>
              <w:t>1</w:t>
            </w:r>
          </w:p>
        </w:tc>
        <w:tc>
          <w:tcPr>
            <w:tcW w:w="1701" w:type="dxa"/>
          </w:tcPr>
          <w:p w14:paraId="5776A969" w14:textId="77777777" w:rsidR="00F25E9F" w:rsidRDefault="00F25E9F" w:rsidP="007E5B69">
            <w:r>
              <w:rPr>
                <w:sz w:val="16"/>
              </w:rPr>
              <w:t>0</w:t>
            </w:r>
          </w:p>
        </w:tc>
      </w:tr>
      <w:tr w:rsidR="00F25E9F" w14:paraId="3A9D52FB" w14:textId="77777777" w:rsidTr="00371F5F">
        <w:trPr>
          <w:jc w:val="center"/>
        </w:trPr>
        <w:tc>
          <w:tcPr>
            <w:tcW w:w="993" w:type="dxa"/>
          </w:tcPr>
          <w:p w14:paraId="0F9CD2FE" w14:textId="77777777" w:rsidR="00F25E9F" w:rsidRDefault="00F25E9F" w:rsidP="007E5B69">
            <w:r>
              <w:rPr>
                <w:sz w:val="16"/>
              </w:rPr>
              <w:t>168</w:t>
            </w:r>
          </w:p>
        </w:tc>
        <w:tc>
          <w:tcPr>
            <w:tcW w:w="3685" w:type="dxa"/>
          </w:tcPr>
          <w:p w14:paraId="0E5704C3" w14:textId="77777777" w:rsidR="00F25E9F" w:rsidRDefault="00F25E9F" w:rsidP="007E5B69">
            <w:r>
              <w:rPr>
                <w:sz w:val="16"/>
              </w:rPr>
              <w:t>Бейнебақылау жүйесі</w:t>
            </w:r>
          </w:p>
        </w:tc>
        <w:tc>
          <w:tcPr>
            <w:tcW w:w="1696" w:type="dxa"/>
          </w:tcPr>
          <w:p w14:paraId="2E9375BF" w14:textId="77777777" w:rsidR="00F25E9F" w:rsidRDefault="00F25E9F" w:rsidP="007E5B69">
            <w:r>
              <w:rPr>
                <w:sz w:val="16"/>
              </w:rPr>
              <w:t>241300000032</w:t>
            </w:r>
          </w:p>
        </w:tc>
        <w:tc>
          <w:tcPr>
            <w:tcW w:w="1701" w:type="dxa"/>
          </w:tcPr>
          <w:p w14:paraId="6A18E804" w14:textId="77777777" w:rsidR="00F25E9F" w:rsidRDefault="00F25E9F" w:rsidP="007E5B69">
            <w:r>
              <w:rPr>
                <w:sz w:val="16"/>
              </w:rPr>
              <w:t>1</w:t>
            </w:r>
          </w:p>
        </w:tc>
        <w:tc>
          <w:tcPr>
            <w:tcW w:w="1701" w:type="dxa"/>
          </w:tcPr>
          <w:p w14:paraId="5889D42B" w14:textId="77777777" w:rsidR="00F25E9F" w:rsidRDefault="00F25E9F" w:rsidP="007E5B69">
            <w:r>
              <w:rPr>
                <w:sz w:val="16"/>
              </w:rPr>
              <w:t>0</w:t>
            </w:r>
          </w:p>
        </w:tc>
      </w:tr>
      <w:tr w:rsidR="00F25E9F" w14:paraId="20B053C5" w14:textId="77777777" w:rsidTr="00371F5F">
        <w:trPr>
          <w:jc w:val="center"/>
        </w:trPr>
        <w:tc>
          <w:tcPr>
            <w:tcW w:w="993" w:type="dxa"/>
          </w:tcPr>
          <w:p w14:paraId="40854D76" w14:textId="77777777" w:rsidR="00F25E9F" w:rsidRDefault="00F25E9F" w:rsidP="007E5B69">
            <w:r>
              <w:rPr>
                <w:sz w:val="16"/>
              </w:rPr>
              <w:t>169</w:t>
            </w:r>
          </w:p>
        </w:tc>
        <w:tc>
          <w:tcPr>
            <w:tcW w:w="3685" w:type="dxa"/>
          </w:tcPr>
          <w:p w14:paraId="54F97F62" w14:textId="77777777" w:rsidR="00F25E9F" w:rsidRDefault="00F25E9F" w:rsidP="007E5B69">
            <w:r>
              <w:rPr>
                <w:sz w:val="16"/>
              </w:rPr>
              <w:t>Бейнебақылау жүйесі</w:t>
            </w:r>
          </w:p>
        </w:tc>
        <w:tc>
          <w:tcPr>
            <w:tcW w:w="1696" w:type="dxa"/>
          </w:tcPr>
          <w:p w14:paraId="37023261" w14:textId="77777777" w:rsidR="00F25E9F" w:rsidRDefault="00F25E9F" w:rsidP="007E5B69">
            <w:r>
              <w:rPr>
                <w:sz w:val="16"/>
              </w:rPr>
              <w:t>241300000033</w:t>
            </w:r>
          </w:p>
        </w:tc>
        <w:tc>
          <w:tcPr>
            <w:tcW w:w="1701" w:type="dxa"/>
          </w:tcPr>
          <w:p w14:paraId="6A5375DA" w14:textId="77777777" w:rsidR="00F25E9F" w:rsidRDefault="00F25E9F" w:rsidP="007E5B69">
            <w:r>
              <w:rPr>
                <w:sz w:val="16"/>
              </w:rPr>
              <w:t>1</w:t>
            </w:r>
          </w:p>
        </w:tc>
        <w:tc>
          <w:tcPr>
            <w:tcW w:w="1701" w:type="dxa"/>
          </w:tcPr>
          <w:p w14:paraId="1EDD0909" w14:textId="77777777" w:rsidR="00F25E9F" w:rsidRDefault="00F25E9F" w:rsidP="007E5B69">
            <w:r>
              <w:rPr>
                <w:sz w:val="16"/>
              </w:rPr>
              <w:t>0</w:t>
            </w:r>
          </w:p>
        </w:tc>
      </w:tr>
      <w:tr w:rsidR="00F25E9F" w14:paraId="52CAEFDE" w14:textId="77777777" w:rsidTr="00371F5F">
        <w:trPr>
          <w:jc w:val="center"/>
        </w:trPr>
        <w:tc>
          <w:tcPr>
            <w:tcW w:w="993" w:type="dxa"/>
          </w:tcPr>
          <w:p w14:paraId="278A7A92" w14:textId="77777777" w:rsidR="00F25E9F" w:rsidRDefault="00F25E9F" w:rsidP="007E5B69">
            <w:r>
              <w:rPr>
                <w:sz w:val="16"/>
              </w:rPr>
              <w:t>170</w:t>
            </w:r>
          </w:p>
        </w:tc>
        <w:tc>
          <w:tcPr>
            <w:tcW w:w="3685" w:type="dxa"/>
          </w:tcPr>
          <w:p w14:paraId="068CE9E4" w14:textId="77777777" w:rsidR="00F25E9F" w:rsidRDefault="00F25E9F" w:rsidP="007E5B69">
            <w:r>
              <w:rPr>
                <w:sz w:val="16"/>
              </w:rPr>
              <w:t>Бейнебақылау жүйесі</w:t>
            </w:r>
          </w:p>
        </w:tc>
        <w:tc>
          <w:tcPr>
            <w:tcW w:w="1696" w:type="dxa"/>
          </w:tcPr>
          <w:p w14:paraId="73819B97" w14:textId="77777777" w:rsidR="00F25E9F" w:rsidRDefault="00F25E9F" w:rsidP="007E5B69">
            <w:r>
              <w:rPr>
                <w:sz w:val="16"/>
              </w:rPr>
              <w:t>241300000034</w:t>
            </w:r>
          </w:p>
        </w:tc>
        <w:tc>
          <w:tcPr>
            <w:tcW w:w="1701" w:type="dxa"/>
          </w:tcPr>
          <w:p w14:paraId="4E3AF54D" w14:textId="77777777" w:rsidR="00F25E9F" w:rsidRDefault="00F25E9F" w:rsidP="007E5B69">
            <w:r>
              <w:rPr>
                <w:sz w:val="16"/>
              </w:rPr>
              <w:t>1</w:t>
            </w:r>
          </w:p>
        </w:tc>
        <w:tc>
          <w:tcPr>
            <w:tcW w:w="1701" w:type="dxa"/>
          </w:tcPr>
          <w:p w14:paraId="46E17825" w14:textId="77777777" w:rsidR="00F25E9F" w:rsidRDefault="00F25E9F" w:rsidP="007E5B69">
            <w:r>
              <w:rPr>
                <w:sz w:val="16"/>
              </w:rPr>
              <w:t>0</w:t>
            </w:r>
          </w:p>
        </w:tc>
      </w:tr>
      <w:tr w:rsidR="00F25E9F" w14:paraId="7C169347" w14:textId="77777777" w:rsidTr="00371F5F">
        <w:trPr>
          <w:jc w:val="center"/>
        </w:trPr>
        <w:tc>
          <w:tcPr>
            <w:tcW w:w="993" w:type="dxa"/>
          </w:tcPr>
          <w:p w14:paraId="4E60FBFA" w14:textId="77777777" w:rsidR="00F25E9F" w:rsidRDefault="00F25E9F" w:rsidP="007E5B69">
            <w:r>
              <w:rPr>
                <w:sz w:val="16"/>
              </w:rPr>
              <w:t>171</w:t>
            </w:r>
          </w:p>
        </w:tc>
        <w:tc>
          <w:tcPr>
            <w:tcW w:w="3685" w:type="dxa"/>
          </w:tcPr>
          <w:p w14:paraId="79AF87F9" w14:textId="77777777" w:rsidR="00F25E9F" w:rsidRDefault="00F25E9F" w:rsidP="007E5B69">
            <w:r>
              <w:rPr>
                <w:sz w:val="16"/>
              </w:rPr>
              <w:t>Бейнебақылау жүйесі</w:t>
            </w:r>
          </w:p>
        </w:tc>
        <w:tc>
          <w:tcPr>
            <w:tcW w:w="1696" w:type="dxa"/>
          </w:tcPr>
          <w:p w14:paraId="4E7E7781" w14:textId="77777777" w:rsidR="00F25E9F" w:rsidRDefault="00F25E9F" w:rsidP="007E5B69">
            <w:r>
              <w:rPr>
                <w:sz w:val="16"/>
              </w:rPr>
              <w:t>241300000035</w:t>
            </w:r>
          </w:p>
        </w:tc>
        <w:tc>
          <w:tcPr>
            <w:tcW w:w="1701" w:type="dxa"/>
          </w:tcPr>
          <w:p w14:paraId="64BB6847" w14:textId="77777777" w:rsidR="00F25E9F" w:rsidRDefault="00F25E9F" w:rsidP="007E5B69">
            <w:r>
              <w:rPr>
                <w:sz w:val="16"/>
              </w:rPr>
              <w:t>1</w:t>
            </w:r>
          </w:p>
        </w:tc>
        <w:tc>
          <w:tcPr>
            <w:tcW w:w="1701" w:type="dxa"/>
          </w:tcPr>
          <w:p w14:paraId="049C5286" w14:textId="77777777" w:rsidR="00F25E9F" w:rsidRDefault="00F25E9F" w:rsidP="007E5B69">
            <w:r>
              <w:rPr>
                <w:sz w:val="16"/>
              </w:rPr>
              <w:t>0</w:t>
            </w:r>
          </w:p>
        </w:tc>
      </w:tr>
      <w:tr w:rsidR="00F25E9F" w14:paraId="177F3134" w14:textId="77777777" w:rsidTr="00371F5F">
        <w:trPr>
          <w:jc w:val="center"/>
        </w:trPr>
        <w:tc>
          <w:tcPr>
            <w:tcW w:w="993" w:type="dxa"/>
          </w:tcPr>
          <w:p w14:paraId="091CF844" w14:textId="77777777" w:rsidR="00F25E9F" w:rsidRDefault="00F25E9F" w:rsidP="007E5B69">
            <w:r>
              <w:rPr>
                <w:sz w:val="16"/>
              </w:rPr>
              <w:t>172</w:t>
            </w:r>
          </w:p>
        </w:tc>
        <w:tc>
          <w:tcPr>
            <w:tcW w:w="3685" w:type="dxa"/>
          </w:tcPr>
          <w:p w14:paraId="376D0AB7" w14:textId="77777777" w:rsidR="00F25E9F" w:rsidRDefault="00F25E9F" w:rsidP="007E5B69">
            <w:r>
              <w:rPr>
                <w:sz w:val="16"/>
              </w:rPr>
              <w:t>Бейнебақылау жүйесі</w:t>
            </w:r>
          </w:p>
        </w:tc>
        <w:tc>
          <w:tcPr>
            <w:tcW w:w="1696" w:type="dxa"/>
          </w:tcPr>
          <w:p w14:paraId="6E42C1C7" w14:textId="77777777" w:rsidR="00F25E9F" w:rsidRDefault="00F25E9F" w:rsidP="007E5B69">
            <w:r>
              <w:rPr>
                <w:sz w:val="16"/>
              </w:rPr>
              <w:t>241300000036</w:t>
            </w:r>
          </w:p>
        </w:tc>
        <w:tc>
          <w:tcPr>
            <w:tcW w:w="1701" w:type="dxa"/>
          </w:tcPr>
          <w:p w14:paraId="1210DFEA" w14:textId="77777777" w:rsidR="00F25E9F" w:rsidRDefault="00F25E9F" w:rsidP="007E5B69">
            <w:r>
              <w:rPr>
                <w:sz w:val="16"/>
              </w:rPr>
              <w:t>1</w:t>
            </w:r>
          </w:p>
        </w:tc>
        <w:tc>
          <w:tcPr>
            <w:tcW w:w="1701" w:type="dxa"/>
          </w:tcPr>
          <w:p w14:paraId="2C6AC7C9" w14:textId="77777777" w:rsidR="00F25E9F" w:rsidRDefault="00F25E9F" w:rsidP="007E5B69">
            <w:r>
              <w:rPr>
                <w:sz w:val="16"/>
              </w:rPr>
              <w:t>0</w:t>
            </w:r>
          </w:p>
        </w:tc>
      </w:tr>
      <w:tr w:rsidR="00F25E9F" w14:paraId="3512709A" w14:textId="77777777" w:rsidTr="00371F5F">
        <w:trPr>
          <w:jc w:val="center"/>
        </w:trPr>
        <w:tc>
          <w:tcPr>
            <w:tcW w:w="993" w:type="dxa"/>
          </w:tcPr>
          <w:p w14:paraId="058F60CD" w14:textId="77777777" w:rsidR="00F25E9F" w:rsidRDefault="00F25E9F" w:rsidP="007E5B69">
            <w:r>
              <w:rPr>
                <w:sz w:val="16"/>
              </w:rPr>
              <w:t>173</w:t>
            </w:r>
          </w:p>
        </w:tc>
        <w:tc>
          <w:tcPr>
            <w:tcW w:w="3685" w:type="dxa"/>
          </w:tcPr>
          <w:p w14:paraId="688141D5" w14:textId="77777777" w:rsidR="00F25E9F" w:rsidRDefault="00F25E9F" w:rsidP="007E5B69">
            <w:r>
              <w:rPr>
                <w:sz w:val="16"/>
              </w:rPr>
              <w:t>Бейнебақылау жүйесі</w:t>
            </w:r>
          </w:p>
        </w:tc>
        <w:tc>
          <w:tcPr>
            <w:tcW w:w="1696" w:type="dxa"/>
          </w:tcPr>
          <w:p w14:paraId="1A96BE6E" w14:textId="77777777" w:rsidR="00F25E9F" w:rsidRDefault="00F25E9F" w:rsidP="007E5B69">
            <w:r>
              <w:rPr>
                <w:sz w:val="16"/>
              </w:rPr>
              <w:t>241300000037</w:t>
            </w:r>
          </w:p>
        </w:tc>
        <w:tc>
          <w:tcPr>
            <w:tcW w:w="1701" w:type="dxa"/>
          </w:tcPr>
          <w:p w14:paraId="241443FA" w14:textId="77777777" w:rsidR="00F25E9F" w:rsidRDefault="00F25E9F" w:rsidP="007E5B69">
            <w:r>
              <w:rPr>
                <w:sz w:val="16"/>
              </w:rPr>
              <w:t>1</w:t>
            </w:r>
          </w:p>
        </w:tc>
        <w:tc>
          <w:tcPr>
            <w:tcW w:w="1701" w:type="dxa"/>
          </w:tcPr>
          <w:p w14:paraId="38808245" w14:textId="77777777" w:rsidR="00F25E9F" w:rsidRDefault="00F25E9F" w:rsidP="007E5B69">
            <w:r>
              <w:rPr>
                <w:sz w:val="16"/>
              </w:rPr>
              <w:t>0</w:t>
            </w:r>
          </w:p>
        </w:tc>
      </w:tr>
      <w:tr w:rsidR="00F25E9F" w14:paraId="4817E098" w14:textId="77777777" w:rsidTr="00371F5F">
        <w:trPr>
          <w:jc w:val="center"/>
        </w:trPr>
        <w:tc>
          <w:tcPr>
            <w:tcW w:w="993" w:type="dxa"/>
          </w:tcPr>
          <w:p w14:paraId="1F768E20" w14:textId="77777777" w:rsidR="00F25E9F" w:rsidRDefault="00F25E9F" w:rsidP="007E5B69">
            <w:r>
              <w:rPr>
                <w:sz w:val="16"/>
              </w:rPr>
              <w:t>174</w:t>
            </w:r>
          </w:p>
        </w:tc>
        <w:tc>
          <w:tcPr>
            <w:tcW w:w="3685" w:type="dxa"/>
          </w:tcPr>
          <w:p w14:paraId="223734B9" w14:textId="77777777" w:rsidR="00F25E9F" w:rsidRDefault="00F25E9F" w:rsidP="007E5B69">
            <w:r>
              <w:rPr>
                <w:sz w:val="16"/>
              </w:rPr>
              <w:t>Бейнебақылау жүйесі</w:t>
            </w:r>
          </w:p>
        </w:tc>
        <w:tc>
          <w:tcPr>
            <w:tcW w:w="1696" w:type="dxa"/>
          </w:tcPr>
          <w:p w14:paraId="6620DE25" w14:textId="77777777" w:rsidR="00F25E9F" w:rsidRDefault="00F25E9F" w:rsidP="007E5B69">
            <w:r>
              <w:rPr>
                <w:sz w:val="16"/>
              </w:rPr>
              <w:t>241300000038</w:t>
            </w:r>
          </w:p>
        </w:tc>
        <w:tc>
          <w:tcPr>
            <w:tcW w:w="1701" w:type="dxa"/>
          </w:tcPr>
          <w:p w14:paraId="15F72AAE" w14:textId="77777777" w:rsidR="00F25E9F" w:rsidRDefault="00F25E9F" w:rsidP="007E5B69">
            <w:r>
              <w:rPr>
                <w:sz w:val="16"/>
              </w:rPr>
              <w:t>1</w:t>
            </w:r>
          </w:p>
        </w:tc>
        <w:tc>
          <w:tcPr>
            <w:tcW w:w="1701" w:type="dxa"/>
          </w:tcPr>
          <w:p w14:paraId="462D04A4" w14:textId="77777777" w:rsidR="00F25E9F" w:rsidRDefault="00F25E9F" w:rsidP="007E5B69">
            <w:r>
              <w:rPr>
                <w:sz w:val="16"/>
              </w:rPr>
              <w:t>0</w:t>
            </w:r>
          </w:p>
        </w:tc>
      </w:tr>
      <w:tr w:rsidR="00F25E9F" w14:paraId="41494207" w14:textId="77777777" w:rsidTr="00371F5F">
        <w:trPr>
          <w:jc w:val="center"/>
        </w:trPr>
        <w:tc>
          <w:tcPr>
            <w:tcW w:w="993" w:type="dxa"/>
          </w:tcPr>
          <w:p w14:paraId="570FF8F7" w14:textId="77777777" w:rsidR="00F25E9F" w:rsidRDefault="00F25E9F" w:rsidP="007E5B69">
            <w:r>
              <w:rPr>
                <w:sz w:val="16"/>
              </w:rPr>
              <w:t>175</w:t>
            </w:r>
          </w:p>
        </w:tc>
        <w:tc>
          <w:tcPr>
            <w:tcW w:w="3685" w:type="dxa"/>
          </w:tcPr>
          <w:p w14:paraId="1ACEFC17" w14:textId="77777777" w:rsidR="00F25E9F" w:rsidRDefault="00F25E9F" w:rsidP="007E5B69">
            <w:r>
              <w:rPr>
                <w:sz w:val="16"/>
              </w:rPr>
              <w:t>Бейнебақылау жүйесі</w:t>
            </w:r>
          </w:p>
        </w:tc>
        <w:tc>
          <w:tcPr>
            <w:tcW w:w="1696" w:type="dxa"/>
          </w:tcPr>
          <w:p w14:paraId="397C22FF" w14:textId="77777777" w:rsidR="00F25E9F" w:rsidRDefault="00F25E9F" w:rsidP="007E5B69">
            <w:r>
              <w:rPr>
                <w:sz w:val="16"/>
              </w:rPr>
              <w:t>241300000039</w:t>
            </w:r>
          </w:p>
        </w:tc>
        <w:tc>
          <w:tcPr>
            <w:tcW w:w="1701" w:type="dxa"/>
          </w:tcPr>
          <w:p w14:paraId="6A575917" w14:textId="77777777" w:rsidR="00F25E9F" w:rsidRDefault="00F25E9F" w:rsidP="007E5B69">
            <w:r>
              <w:rPr>
                <w:sz w:val="16"/>
              </w:rPr>
              <w:t>1</w:t>
            </w:r>
          </w:p>
        </w:tc>
        <w:tc>
          <w:tcPr>
            <w:tcW w:w="1701" w:type="dxa"/>
          </w:tcPr>
          <w:p w14:paraId="3401B9FF" w14:textId="77777777" w:rsidR="00F25E9F" w:rsidRDefault="00F25E9F" w:rsidP="007E5B69">
            <w:r>
              <w:rPr>
                <w:sz w:val="16"/>
              </w:rPr>
              <w:t>0</w:t>
            </w:r>
          </w:p>
        </w:tc>
      </w:tr>
      <w:tr w:rsidR="00F25E9F" w14:paraId="1B9273F4" w14:textId="77777777" w:rsidTr="00371F5F">
        <w:trPr>
          <w:jc w:val="center"/>
        </w:trPr>
        <w:tc>
          <w:tcPr>
            <w:tcW w:w="993" w:type="dxa"/>
          </w:tcPr>
          <w:p w14:paraId="3276F0F1" w14:textId="77777777" w:rsidR="00F25E9F" w:rsidRDefault="00F25E9F" w:rsidP="007E5B69">
            <w:r>
              <w:rPr>
                <w:sz w:val="16"/>
              </w:rPr>
              <w:t>176</w:t>
            </w:r>
          </w:p>
        </w:tc>
        <w:tc>
          <w:tcPr>
            <w:tcW w:w="3685" w:type="dxa"/>
          </w:tcPr>
          <w:p w14:paraId="180624B2" w14:textId="77777777" w:rsidR="00F25E9F" w:rsidRDefault="00F25E9F" w:rsidP="007E5B69">
            <w:r>
              <w:rPr>
                <w:sz w:val="16"/>
              </w:rPr>
              <w:t>Бейнебақылау жүйесі</w:t>
            </w:r>
          </w:p>
        </w:tc>
        <w:tc>
          <w:tcPr>
            <w:tcW w:w="1696" w:type="dxa"/>
          </w:tcPr>
          <w:p w14:paraId="13736A54" w14:textId="77777777" w:rsidR="00F25E9F" w:rsidRDefault="00F25E9F" w:rsidP="007E5B69">
            <w:r>
              <w:rPr>
                <w:sz w:val="16"/>
              </w:rPr>
              <w:t>241300000040</w:t>
            </w:r>
          </w:p>
        </w:tc>
        <w:tc>
          <w:tcPr>
            <w:tcW w:w="1701" w:type="dxa"/>
          </w:tcPr>
          <w:p w14:paraId="4DC2D941" w14:textId="77777777" w:rsidR="00F25E9F" w:rsidRDefault="00F25E9F" w:rsidP="007E5B69">
            <w:r>
              <w:rPr>
                <w:sz w:val="16"/>
              </w:rPr>
              <w:t>1</w:t>
            </w:r>
          </w:p>
        </w:tc>
        <w:tc>
          <w:tcPr>
            <w:tcW w:w="1701" w:type="dxa"/>
          </w:tcPr>
          <w:p w14:paraId="47156A0E" w14:textId="77777777" w:rsidR="00F25E9F" w:rsidRDefault="00F25E9F" w:rsidP="007E5B69">
            <w:r>
              <w:rPr>
                <w:sz w:val="16"/>
              </w:rPr>
              <w:t>0</w:t>
            </w:r>
          </w:p>
        </w:tc>
      </w:tr>
      <w:tr w:rsidR="00F25E9F" w14:paraId="6ABD1FD8" w14:textId="77777777" w:rsidTr="00371F5F">
        <w:trPr>
          <w:jc w:val="center"/>
        </w:trPr>
        <w:tc>
          <w:tcPr>
            <w:tcW w:w="993" w:type="dxa"/>
          </w:tcPr>
          <w:p w14:paraId="5C771B73" w14:textId="77777777" w:rsidR="00F25E9F" w:rsidRDefault="00F25E9F" w:rsidP="007E5B69">
            <w:r>
              <w:rPr>
                <w:sz w:val="16"/>
              </w:rPr>
              <w:t>177</w:t>
            </w:r>
          </w:p>
        </w:tc>
        <w:tc>
          <w:tcPr>
            <w:tcW w:w="3685" w:type="dxa"/>
          </w:tcPr>
          <w:p w14:paraId="6064F360" w14:textId="77777777" w:rsidR="00F25E9F" w:rsidRDefault="00F25E9F" w:rsidP="007E5B69">
            <w:r>
              <w:rPr>
                <w:sz w:val="16"/>
              </w:rPr>
              <w:t>Бейнебақылау жүйесі</w:t>
            </w:r>
          </w:p>
        </w:tc>
        <w:tc>
          <w:tcPr>
            <w:tcW w:w="1696" w:type="dxa"/>
          </w:tcPr>
          <w:p w14:paraId="05E62F65" w14:textId="77777777" w:rsidR="00F25E9F" w:rsidRDefault="00F25E9F" w:rsidP="007E5B69">
            <w:r>
              <w:rPr>
                <w:sz w:val="16"/>
              </w:rPr>
              <w:t>241300000041</w:t>
            </w:r>
          </w:p>
        </w:tc>
        <w:tc>
          <w:tcPr>
            <w:tcW w:w="1701" w:type="dxa"/>
          </w:tcPr>
          <w:p w14:paraId="6AB4DAA1" w14:textId="77777777" w:rsidR="00F25E9F" w:rsidRDefault="00F25E9F" w:rsidP="007E5B69">
            <w:r>
              <w:rPr>
                <w:sz w:val="16"/>
              </w:rPr>
              <w:t>1</w:t>
            </w:r>
          </w:p>
        </w:tc>
        <w:tc>
          <w:tcPr>
            <w:tcW w:w="1701" w:type="dxa"/>
          </w:tcPr>
          <w:p w14:paraId="37344162" w14:textId="77777777" w:rsidR="00F25E9F" w:rsidRDefault="00F25E9F" w:rsidP="007E5B69">
            <w:r>
              <w:rPr>
                <w:sz w:val="16"/>
              </w:rPr>
              <w:t>0</w:t>
            </w:r>
          </w:p>
        </w:tc>
      </w:tr>
      <w:tr w:rsidR="00F25E9F" w14:paraId="050E99F7" w14:textId="77777777" w:rsidTr="00371F5F">
        <w:trPr>
          <w:jc w:val="center"/>
        </w:trPr>
        <w:tc>
          <w:tcPr>
            <w:tcW w:w="993" w:type="dxa"/>
          </w:tcPr>
          <w:p w14:paraId="747B9A1A" w14:textId="77777777" w:rsidR="00F25E9F" w:rsidRDefault="00F25E9F" w:rsidP="007E5B69">
            <w:r>
              <w:rPr>
                <w:sz w:val="16"/>
              </w:rPr>
              <w:t>178</w:t>
            </w:r>
          </w:p>
        </w:tc>
        <w:tc>
          <w:tcPr>
            <w:tcW w:w="3685" w:type="dxa"/>
          </w:tcPr>
          <w:p w14:paraId="44D3C238" w14:textId="77777777" w:rsidR="00F25E9F" w:rsidRDefault="00F25E9F" w:rsidP="007E5B69">
            <w:r>
              <w:rPr>
                <w:sz w:val="16"/>
              </w:rPr>
              <w:t>Бейнебақылау жүйесі</w:t>
            </w:r>
          </w:p>
        </w:tc>
        <w:tc>
          <w:tcPr>
            <w:tcW w:w="1696" w:type="dxa"/>
          </w:tcPr>
          <w:p w14:paraId="3690FF5A" w14:textId="77777777" w:rsidR="00F25E9F" w:rsidRDefault="00F25E9F" w:rsidP="007E5B69">
            <w:r>
              <w:rPr>
                <w:sz w:val="16"/>
              </w:rPr>
              <w:t>241300000042</w:t>
            </w:r>
          </w:p>
        </w:tc>
        <w:tc>
          <w:tcPr>
            <w:tcW w:w="1701" w:type="dxa"/>
          </w:tcPr>
          <w:p w14:paraId="73A0F1BD" w14:textId="77777777" w:rsidR="00F25E9F" w:rsidRDefault="00F25E9F" w:rsidP="007E5B69">
            <w:r>
              <w:rPr>
                <w:sz w:val="16"/>
              </w:rPr>
              <w:t>1</w:t>
            </w:r>
          </w:p>
        </w:tc>
        <w:tc>
          <w:tcPr>
            <w:tcW w:w="1701" w:type="dxa"/>
          </w:tcPr>
          <w:p w14:paraId="0066DBE5" w14:textId="77777777" w:rsidR="00F25E9F" w:rsidRDefault="00F25E9F" w:rsidP="007E5B69">
            <w:r>
              <w:rPr>
                <w:sz w:val="16"/>
              </w:rPr>
              <w:t>0</w:t>
            </w:r>
          </w:p>
        </w:tc>
      </w:tr>
      <w:tr w:rsidR="00F25E9F" w14:paraId="7DB3E91A" w14:textId="77777777" w:rsidTr="00371F5F">
        <w:trPr>
          <w:jc w:val="center"/>
        </w:trPr>
        <w:tc>
          <w:tcPr>
            <w:tcW w:w="993" w:type="dxa"/>
          </w:tcPr>
          <w:p w14:paraId="1C354DEF" w14:textId="77777777" w:rsidR="00F25E9F" w:rsidRDefault="00F25E9F" w:rsidP="007E5B69">
            <w:r>
              <w:rPr>
                <w:sz w:val="16"/>
              </w:rPr>
              <w:t>179</w:t>
            </w:r>
          </w:p>
        </w:tc>
        <w:tc>
          <w:tcPr>
            <w:tcW w:w="3685" w:type="dxa"/>
          </w:tcPr>
          <w:p w14:paraId="43FB8A53" w14:textId="77777777" w:rsidR="00F25E9F" w:rsidRDefault="00F25E9F" w:rsidP="007E5B69">
            <w:r>
              <w:rPr>
                <w:sz w:val="16"/>
              </w:rPr>
              <w:t>Бейнебақылау жүйесі</w:t>
            </w:r>
          </w:p>
        </w:tc>
        <w:tc>
          <w:tcPr>
            <w:tcW w:w="1696" w:type="dxa"/>
          </w:tcPr>
          <w:p w14:paraId="3E6D5E7F" w14:textId="77777777" w:rsidR="00F25E9F" w:rsidRDefault="00F25E9F" w:rsidP="007E5B69">
            <w:r>
              <w:rPr>
                <w:sz w:val="16"/>
              </w:rPr>
              <w:t>241300000043</w:t>
            </w:r>
          </w:p>
        </w:tc>
        <w:tc>
          <w:tcPr>
            <w:tcW w:w="1701" w:type="dxa"/>
          </w:tcPr>
          <w:p w14:paraId="04CF13AB" w14:textId="77777777" w:rsidR="00F25E9F" w:rsidRDefault="00F25E9F" w:rsidP="007E5B69">
            <w:r>
              <w:rPr>
                <w:sz w:val="16"/>
              </w:rPr>
              <w:t>1</w:t>
            </w:r>
          </w:p>
        </w:tc>
        <w:tc>
          <w:tcPr>
            <w:tcW w:w="1701" w:type="dxa"/>
          </w:tcPr>
          <w:p w14:paraId="17323F52" w14:textId="77777777" w:rsidR="00F25E9F" w:rsidRDefault="00F25E9F" w:rsidP="007E5B69">
            <w:r>
              <w:rPr>
                <w:sz w:val="16"/>
              </w:rPr>
              <w:t>0</w:t>
            </w:r>
          </w:p>
        </w:tc>
      </w:tr>
      <w:tr w:rsidR="00F25E9F" w14:paraId="51C11B47" w14:textId="77777777" w:rsidTr="00371F5F">
        <w:trPr>
          <w:jc w:val="center"/>
        </w:trPr>
        <w:tc>
          <w:tcPr>
            <w:tcW w:w="993" w:type="dxa"/>
          </w:tcPr>
          <w:p w14:paraId="7A02931C" w14:textId="77777777" w:rsidR="00F25E9F" w:rsidRDefault="00F25E9F" w:rsidP="007E5B69">
            <w:r>
              <w:rPr>
                <w:sz w:val="16"/>
              </w:rPr>
              <w:t>180</w:t>
            </w:r>
          </w:p>
        </w:tc>
        <w:tc>
          <w:tcPr>
            <w:tcW w:w="3685" w:type="dxa"/>
          </w:tcPr>
          <w:p w14:paraId="4FD2A55D" w14:textId="77777777" w:rsidR="00F25E9F" w:rsidRDefault="00F25E9F" w:rsidP="007E5B69">
            <w:r>
              <w:rPr>
                <w:sz w:val="16"/>
              </w:rPr>
              <w:t>Бейнебақылау жүйесі</w:t>
            </w:r>
          </w:p>
        </w:tc>
        <w:tc>
          <w:tcPr>
            <w:tcW w:w="1696" w:type="dxa"/>
          </w:tcPr>
          <w:p w14:paraId="380FE7A0" w14:textId="77777777" w:rsidR="00F25E9F" w:rsidRDefault="00F25E9F" w:rsidP="007E5B69">
            <w:r>
              <w:rPr>
                <w:sz w:val="16"/>
              </w:rPr>
              <w:t>241300000044</w:t>
            </w:r>
          </w:p>
        </w:tc>
        <w:tc>
          <w:tcPr>
            <w:tcW w:w="1701" w:type="dxa"/>
          </w:tcPr>
          <w:p w14:paraId="5535C4CF" w14:textId="77777777" w:rsidR="00F25E9F" w:rsidRDefault="00F25E9F" w:rsidP="007E5B69">
            <w:r>
              <w:rPr>
                <w:sz w:val="16"/>
              </w:rPr>
              <w:t>1</w:t>
            </w:r>
          </w:p>
        </w:tc>
        <w:tc>
          <w:tcPr>
            <w:tcW w:w="1701" w:type="dxa"/>
          </w:tcPr>
          <w:p w14:paraId="0ACC1152" w14:textId="77777777" w:rsidR="00F25E9F" w:rsidRDefault="00F25E9F" w:rsidP="007E5B69">
            <w:r>
              <w:rPr>
                <w:sz w:val="16"/>
              </w:rPr>
              <w:t>0</w:t>
            </w:r>
          </w:p>
        </w:tc>
      </w:tr>
      <w:tr w:rsidR="00F25E9F" w14:paraId="13355FBC" w14:textId="77777777" w:rsidTr="00371F5F">
        <w:trPr>
          <w:jc w:val="center"/>
        </w:trPr>
        <w:tc>
          <w:tcPr>
            <w:tcW w:w="993" w:type="dxa"/>
          </w:tcPr>
          <w:p w14:paraId="78405E3D" w14:textId="77777777" w:rsidR="00F25E9F" w:rsidRDefault="00F25E9F" w:rsidP="007E5B69">
            <w:r>
              <w:rPr>
                <w:sz w:val="16"/>
              </w:rPr>
              <w:t>181</w:t>
            </w:r>
          </w:p>
        </w:tc>
        <w:tc>
          <w:tcPr>
            <w:tcW w:w="3685" w:type="dxa"/>
          </w:tcPr>
          <w:p w14:paraId="586C3621" w14:textId="77777777" w:rsidR="00F25E9F" w:rsidRDefault="00F25E9F" w:rsidP="007E5B69">
            <w:r>
              <w:rPr>
                <w:sz w:val="16"/>
              </w:rPr>
              <w:t>Бейнебақылау жүйесі</w:t>
            </w:r>
          </w:p>
        </w:tc>
        <w:tc>
          <w:tcPr>
            <w:tcW w:w="1696" w:type="dxa"/>
          </w:tcPr>
          <w:p w14:paraId="33E3CA49" w14:textId="77777777" w:rsidR="00F25E9F" w:rsidRDefault="00F25E9F" w:rsidP="007E5B69">
            <w:r>
              <w:rPr>
                <w:sz w:val="16"/>
              </w:rPr>
              <w:t>241300000045</w:t>
            </w:r>
          </w:p>
        </w:tc>
        <w:tc>
          <w:tcPr>
            <w:tcW w:w="1701" w:type="dxa"/>
          </w:tcPr>
          <w:p w14:paraId="44D42A8F" w14:textId="77777777" w:rsidR="00F25E9F" w:rsidRDefault="00F25E9F" w:rsidP="007E5B69">
            <w:r>
              <w:rPr>
                <w:sz w:val="16"/>
              </w:rPr>
              <w:t>1</w:t>
            </w:r>
          </w:p>
        </w:tc>
        <w:tc>
          <w:tcPr>
            <w:tcW w:w="1701" w:type="dxa"/>
          </w:tcPr>
          <w:p w14:paraId="1A719A33" w14:textId="77777777" w:rsidR="00F25E9F" w:rsidRDefault="00F25E9F" w:rsidP="007E5B69">
            <w:r>
              <w:rPr>
                <w:sz w:val="16"/>
              </w:rPr>
              <w:t>0</w:t>
            </w:r>
          </w:p>
        </w:tc>
      </w:tr>
      <w:tr w:rsidR="00F25E9F" w14:paraId="09036137" w14:textId="77777777" w:rsidTr="00371F5F">
        <w:trPr>
          <w:jc w:val="center"/>
        </w:trPr>
        <w:tc>
          <w:tcPr>
            <w:tcW w:w="993" w:type="dxa"/>
          </w:tcPr>
          <w:p w14:paraId="01A67489" w14:textId="77777777" w:rsidR="00F25E9F" w:rsidRDefault="00F25E9F" w:rsidP="007E5B69">
            <w:r>
              <w:rPr>
                <w:sz w:val="16"/>
              </w:rPr>
              <w:t>182</w:t>
            </w:r>
          </w:p>
        </w:tc>
        <w:tc>
          <w:tcPr>
            <w:tcW w:w="3685" w:type="dxa"/>
          </w:tcPr>
          <w:p w14:paraId="69D158F3" w14:textId="77777777" w:rsidR="00F25E9F" w:rsidRDefault="00F25E9F" w:rsidP="007E5B69">
            <w:r>
              <w:rPr>
                <w:sz w:val="16"/>
              </w:rPr>
              <w:t>Кілемдер</w:t>
            </w:r>
          </w:p>
        </w:tc>
        <w:tc>
          <w:tcPr>
            <w:tcW w:w="1696" w:type="dxa"/>
          </w:tcPr>
          <w:p w14:paraId="1A7024FD" w14:textId="77777777" w:rsidR="00F25E9F" w:rsidRDefault="00F25E9F" w:rsidP="007E5B69">
            <w:r>
              <w:rPr>
                <w:sz w:val="16"/>
              </w:rPr>
              <w:t>241500010327</w:t>
            </w:r>
          </w:p>
        </w:tc>
        <w:tc>
          <w:tcPr>
            <w:tcW w:w="1701" w:type="dxa"/>
          </w:tcPr>
          <w:p w14:paraId="5B47CB03" w14:textId="77777777" w:rsidR="00F25E9F" w:rsidRDefault="00F25E9F" w:rsidP="007E5B69">
            <w:r>
              <w:rPr>
                <w:sz w:val="16"/>
              </w:rPr>
              <w:t>55900</w:t>
            </w:r>
          </w:p>
        </w:tc>
        <w:tc>
          <w:tcPr>
            <w:tcW w:w="1701" w:type="dxa"/>
          </w:tcPr>
          <w:p w14:paraId="6C440868" w14:textId="77777777" w:rsidR="00F25E9F" w:rsidRDefault="00F25E9F" w:rsidP="007E5B69">
            <w:r>
              <w:rPr>
                <w:sz w:val="16"/>
              </w:rPr>
              <w:t>0</w:t>
            </w:r>
          </w:p>
        </w:tc>
      </w:tr>
      <w:tr w:rsidR="00F25E9F" w14:paraId="6BF7F4F6" w14:textId="77777777" w:rsidTr="00371F5F">
        <w:trPr>
          <w:jc w:val="center"/>
        </w:trPr>
        <w:tc>
          <w:tcPr>
            <w:tcW w:w="993" w:type="dxa"/>
          </w:tcPr>
          <w:p w14:paraId="61B52FF4" w14:textId="77777777" w:rsidR="00F25E9F" w:rsidRDefault="00F25E9F" w:rsidP="007E5B69">
            <w:r>
              <w:rPr>
                <w:sz w:val="16"/>
              </w:rPr>
              <w:t>183</w:t>
            </w:r>
          </w:p>
        </w:tc>
        <w:tc>
          <w:tcPr>
            <w:tcW w:w="3685" w:type="dxa"/>
          </w:tcPr>
          <w:p w14:paraId="7EFD8D96" w14:textId="77777777" w:rsidR="00F25E9F" w:rsidRDefault="00F25E9F" w:rsidP="007E5B69">
            <w:r>
              <w:rPr>
                <w:sz w:val="16"/>
              </w:rPr>
              <w:t>Аспашам</w:t>
            </w:r>
          </w:p>
        </w:tc>
        <w:tc>
          <w:tcPr>
            <w:tcW w:w="1696" w:type="dxa"/>
          </w:tcPr>
          <w:p w14:paraId="5367D004" w14:textId="77777777" w:rsidR="00F25E9F" w:rsidRDefault="00F25E9F" w:rsidP="007E5B69">
            <w:r>
              <w:rPr>
                <w:sz w:val="16"/>
              </w:rPr>
              <w:t>241500010433</w:t>
            </w:r>
          </w:p>
        </w:tc>
        <w:tc>
          <w:tcPr>
            <w:tcW w:w="1701" w:type="dxa"/>
          </w:tcPr>
          <w:p w14:paraId="50A40278" w14:textId="77777777" w:rsidR="00F25E9F" w:rsidRDefault="00F25E9F" w:rsidP="007E5B69">
            <w:r>
              <w:rPr>
                <w:sz w:val="16"/>
              </w:rPr>
              <w:t>23435.5</w:t>
            </w:r>
          </w:p>
        </w:tc>
        <w:tc>
          <w:tcPr>
            <w:tcW w:w="1701" w:type="dxa"/>
          </w:tcPr>
          <w:p w14:paraId="3EFF8757" w14:textId="77777777" w:rsidR="00F25E9F" w:rsidRDefault="00F25E9F" w:rsidP="007E5B69">
            <w:r>
              <w:rPr>
                <w:sz w:val="16"/>
              </w:rPr>
              <w:t>0</w:t>
            </w:r>
          </w:p>
        </w:tc>
      </w:tr>
      <w:tr w:rsidR="00F25E9F" w14:paraId="7D9BB1B6" w14:textId="77777777" w:rsidTr="00371F5F">
        <w:trPr>
          <w:jc w:val="center"/>
        </w:trPr>
        <w:tc>
          <w:tcPr>
            <w:tcW w:w="993" w:type="dxa"/>
          </w:tcPr>
          <w:p w14:paraId="227D71D6" w14:textId="77777777" w:rsidR="00F25E9F" w:rsidRDefault="00F25E9F" w:rsidP="007E5B69">
            <w:r>
              <w:rPr>
                <w:sz w:val="16"/>
              </w:rPr>
              <w:t>184</w:t>
            </w:r>
          </w:p>
        </w:tc>
        <w:tc>
          <w:tcPr>
            <w:tcW w:w="3685" w:type="dxa"/>
          </w:tcPr>
          <w:p w14:paraId="4184EAF2" w14:textId="77777777" w:rsidR="00F25E9F" w:rsidRDefault="00F25E9F" w:rsidP="007E5B69">
            <w:r>
              <w:rPr>
                <w:sz w:val="16"/>
              </w:rPr>
              <w:t>Аспашам</w:t>
            </w:r>
          </w:p>
        </w:tc>
        <w:tc>
          <w:tcPr>
            <w:tcW w:w="1696" w:type="dxa"/>
          </w:tcPr>
          <w:p w14:paraId="6CDD72C2" w14:textId="77777777" w:rsidR="00F25E9F" w:rsidRDefault="00F25E9F" w:rsidP="007E5B69">
            <w:r>
              <w:rPr>
                <w:sz w:val="16"/>
              </w:rPr>
              <w:t>241500010434</w:t>
            </w:r>
          </w:p>
        </w:tc>
        <w:tc>
          <w:tcPr>
            <w:tcW w:w="1701" w:type="dxa"/>
          </w:tcPr>
          <w:p w14:paraId="0688799C" w14:textId="77777777" w:rsidR="00F25E9F" w:rsidRDefault="00F25E9F" w:rsidP="007E5B69">
            <w:r>
              <w:rPr>
                <w:sz w:val="16"/>
              </w:rPr>
              <w:t>23435.5</w:t>
            </w:r>
          </w:p>
        </w:tc>
        <w:tc>
          <w:tcPr>
            <w:tcW w:w="1701" w:type="dxa"/>
          </w:tcPr>
          <w:p w14:paraId="3CAE1656" w14:textId="77777777" w:rsidR="00F25E9F" w:rsidRDefault="00F25E9F" w:rsidP="007E5B69">
            <w:r>
              <w:rPr>
                <w:sz w:val="16"/>
              </w:rPr>
              <w:t>0</w:t>
            </w:r>
          </w:p>
        </w:tc>
      </w:tr>
      <w:tr w:rsidR="00F25E9F" w14:paraId="3FB69464" w14:textId="77777777" w:rsidTr="00371F5F">
        <w:trPr>
          <w:jc w:val="center"/>
        </w:trPr>
        <w:tc>
          <w:tcPr>
            <w:tcW w:w="993" w:type="dxa"/>
          </w:tcPr>
          <w:p w14:paraId="58FD9677" w14:textId="77777777" w:rsidR="00F25E9F" w:rsidRDefault="00F25E9F" w:rsidP="007E5B69">
            <w:r>
              <w:rPr>
                <w:sz w:val="16"/>
              </w:rPr>
              <w:t>185</w:t>
            </w:r>
          </w:p>
        </w:tc>
        <w:tc>
          <w:tcPr>
            <w:tcW w:w="3685" w:type="dxa"/>
          </w:tcPr>
          <w:p w14:paraId="13823D1B" w14:textId="77777777" w:rsidR="00F25E9F" w:rsidRDefault="00F25E9F" w:rsidP="007E5B69">
            <w:r>
              <w:rPr>
                <w:sz w:val="16"/>
              </w:rPr>
              <w:t>Аспашам</w:t>
            </w:r>
          </w:p>
        </w:tc>
        <w:tc>
          <w:tcPr>
            <w:tcW w:w="1696" w:type="dxa"/>
          </w:tcPr>
          <w:p w14:paraId="6B9ABE9B" w14:textId="77777777" w:rsidR="00F25E9F" w:rsidRDefault="00F25E9F" w:rsidP="007E5B69">
            <w:r>
              <w:rPr>
                <w:sz w:val="16"/>
              </w:rPr>
              <w:t>241500010435</w:t>
            </w:r>
          </w:p>
        </w:tc>
        <w:tc>
          <w:tcPr>
            <w:tcW w:w="1701" w:type="dxa"/>
          </w:tcPr>
          <w:p w14:paraId="2A8F3858" w14:textId="77777777" w:rsidR="00F25E9F" w:rsidRDefault="00F25E9F" w:rsidP="007E5B69">
            <w:r>
              <w:rPr>
                <w:sz w:val="16"/>
              </w:rPr>
              <w:t>23435.5</w:t>
            </w:r>
          </w:p>
        </w:tc>
        <w:tc>
          <w:tcPr>
            <w:tcW w:w="1701" w:type="dxa"/>
          </w:tcPr>
          <w:p w14:paraId="53716182" w14:textId="77777777" w:rsidR="00F25E9F" w:rsidRDefault="00F25E9F" w:rsidP="007E5B69">
            <w:r>
              <w:rPr>
                <w:sz w:val="16"/>
              </w:rPr>
              <w:t>0</w:t>
            </w:r>
          </w:p>
        </w:tc>
      </w:tr>
      <w:tr w:rsidR="00F25E9F" w14:paraId="4363586B" w14:textId="77777777" w:rsidTr="00371F5F">
        <w:trPr>
          <w:jc w:val="center"/>
        </w:trPr>
        <w:tc>
          <w:tcPr>
            <w:tcW w:w="993" w:type="dxa"/>
          </w:tcPr>
          <w:p w14:paraId="5A6783D6" w14:textId="77777777" w:rsidR="00F25E9F" w:rsidRDefault="00F25E9F" w:rsidP="007E5B69">
            <w:r>
              <w:rPr>
                <w:sz w:val="16"/>
              </w:rPr>
              <w:t>186</w:t>
            </w:r>
          </w:p>
        </w:tc>
        <w:tc>
          <w:tcPr>
            <w:tcW w:w="3685" w:type="dxa"/>
          </w:tcPr>
          <w:p w14:paraId="50399BD5" w14:textId="77777777" w:rsidR="00F25E9F" w:rsidRDefault="00F25E9F" w:rsidP="007E5B69">
            <w:r>
              <w:rPr>
                <w:sz w:val="16"/>
              </w:rPr>
              <w:t>Аспашам</w:t>
            </w:r>
          </w:p>
        </w:tc>
        <w:tc>
          <w:tcPr>
            <w:tcW w:w="1696" w:type="dxa"/>
          </w:tcPr>
          <w:p w14:paraId="49407A04" w14:textId="77777777" w:rsidR="00F25E9F" w:rsidRDefault="00F25E9F" w:rsidP="007E5B69">
            <w:r>
              <w:rPr>
                <w:sz w:val="16"/>
              </w:rPr>
              <w:t>241500010436</w:t>
            </w:r>
          </w:p>
        </w:tc>
        <w:tc>
          <w:tcPr>
            <w:tcW w:w="1701" w:type="dxa"/>
          </w:tcPr>
          <w:p w14:paraId="4995C4D8" w14:textId="77777777" w:rsidR="00F25E9F" w:rsidRDefault="00F25E9F" w:rsidP="007E5B69">
            <w:r>
              <w:rPr>
                <w:sz w:val="16"/>
              </w:rPr>
              <w:t>23435.5</w:t>
            </w:r>
          </w:p>
        </w:tc>
        <w:tc>
          <w:tcPr>
            <w:tcW w:w="1701" w:type="dxa"/>
          </w:tcPr>
          <w:p w14:paraId="11AD60B2" w14:textId="77777777" w:rsidR="00F25E9F" w:rsidRDefault="00F25E9F" w:rsidP="007E5B69">
            <w:r>
              <w:rPr>
                <w:sz w:val="16"/>
              </w:rPr>
              <w:t>0</w:t>
            </w:r>
          </w:p>
        </w:tc>
      </w:tr>
      <w:tr w:rsidR="00F25E9F" w14:paraId="45FFB135" w14:textId="77777777" w:rsidTr="00371F5F">
        <w:trPr>
          <w:jc w:val="center"/>
        </w:trPr>
        <w:tc>
          <w:tcPr>
            <w:tcW w:w="993" w:type="dxa"/>
          </w:tcPr>
          <w:p w14:paraId="5543CCD9" w14:textId="77777777" w:rsidR="00F25E9F" w:rsidRDefault="00F25E9F" w:rsidP="007E5B69">
            <w:r>
              <w:rPr>
                <w:sz w:val="16"/>
              </w:rPr>
              <w:t>187</w:t>
            </w:r>
          </w:p>
        </w:tc>
        <w:tc>
          <w:tcPr>
            <w:tcW w:w="3685" w:type="dxa"/>
          </w:tcPr>
          <w:p w14:paraId="251681B7" w14:textId="77777777" w:rsidR="00F25E9F" w:rsidRDefault="00F25E9F" w:rsidP="007E5B69">
            <w:r>
              <w:rPr>
                <w:sz w:val="16"/>
              </w:rPr>
              <w:t>Aser V193HQ 18,5 монитор, қара</w:t>
            </w:r>
          </w:p>
        </w:tc>
        <w:tc>
          <w:tcPr>
            <w:tcW w:w="1696" w:type="dxa"/>
          </w:tcPr>
          <w:p w14:paraId="6D3ABBA4" w14:textId="77777777" w:rsidR="00F25E9F" w:rsidRDefault="00F25E9F" w:rsidP="007E5B69">
            <w:r>
              <w:rPr>
                <w:sz w:val="16"/>
              </w:rPr>
              <w:t>241500010528</w:t>
            </w:r>
          </w:p>
        </w:tc>
        <w:tc>
          <w:tcPr>
            <w:tcW w:w="1701" w:type="dxa"/>
          </w:tcPr>
          <w:p w14:paraId="013D7419" w14:textId="77777777" w:rsidR="00F25E9F" w:rsidRDefault="00F25E9F" w:rsidP="007E5B69">
            <w:r>
              <w:rPr>
                <w:sz w:val="16"/>
              </w:rPr>
              <w:t>20229</w:t>
            </w:r>
          </w:p>
        </w:tc>
        <w:tc>
          <w:tcPr>
            <w:tcW w:w="1701" w:type="dxa"/>
          </w:tcPr>
          <w:p w14:paraId="2D9B9DC1" w14:textId="77777777" w:rsidR="00F25E9F" w:rsidRDefault="00F25E9F" w:rsidP="007E5B69">
            <w:r>
              <w:rPr>
                <w:sz w:val="16"/>
              </w:rPr>
              <w:t>0</w:t>
            </w:r>
          </w:p>
        </w:tc>
      </w:tr>
      <w:tr w:rsidR="00F25E9F" w14:paraId="209EA21D" w14:textId="77777777" w:rsidTr="00371F5F">
        <w:trPr>
          <w:jc w:val="center"/>
        </w:trPr>
        <w:tc>
          <w:tcPr>
            <w:tcW w:w="993" w:type="dxa"/>
          </w:tcPr>
          <w:p w14:paraId="7D3E1727" w14:textId="77777777" w:rsidR="00F25E9F" w:rsidRDefault="00F25E9F" w:rsidP="007E5B69">
            <w:r>
              <w:rPr>
                <w:sz w:val="16"/>
              </w:rPr>
              <w:t>188</w:t>
            </w:r>
          </w:p>
        </w:tc>
        <w:tc>
          <w:tcPr>
            <w:tcW w:w="3685" w:type="dxa"/>
          </w:tcPr>
          <w:p w14:paraId="520B340B" w14:textId="77777777" w:rsidR="00F25E9F" w:rsidRDefault="00F25E9F" w:rsidP="007E5B69">
            <w:r>
              <w:rPr>
                <w:sz w:val="16"/>
              </w:rPr>
              <w:t>HP 20 монитор</w:t>
            </w:r>
          </w:p>
        </w:tc>
        <w:tc>
          <w:tcPr>
            <w:tcW w:w="1696" w:type="dxa"/>
          </w:tcPr>
          <w:p w14:paraId="14E7BE7C" w14:textId="77777777" w:rsidR="00F25E9F" w:rsidRDefault="00F25E9F" w:rsidP="007E5B69">
            <w:r>
              <w:rPr>
                <w:sz w:val="16"/>
              </w:rPr>
              <w:t>241500010529</w:t>
            </w:r>
          </w:p>
        </w:tc>
        <w:tc>
          <w:tcPr>
            <w:tcW w:w="1701" w:type="dxa"/>
          </w:tcPr>
          <w:p w14:paraId="19834648" w14:textId="77777777" w:rsidR="00F25E9F" w:rsidRDefault="00F25E9F" w:rsidP="007E5B69">
            <w:r>
              <w:rPr>
                <w:sz w:val="16"/>
              </w:rPr>
              <w:t>31600</w:t>
            </w:r>
          </w:p>
        </w:tc>
        <w:tc>
          <w:tcPr>
            <w:tcW w:w="1701" w:type="dxa"/>
          </w:tcPr>
          <w:p w14:paraId="5C2C0A93" w14:textId="77777777" w:rsidR="00F25E9F" w:rsidRDefault="00F25E9F" w:rsidP="007E5B69">
            <w:r>
              <w:rPr>
                <w:sz w:val="16"/>
              </w:rPr>
              <w:t>0</w:t>
            </w:r>
          </w:p>
        </w:tc>
      </w:tr>
      <w:tr w:rsidR="00F25E9F" w14:paraId="05ED770D" w14:textId="77777777" w:rsidTr="00371F5F">
        <w:trPr>
          <w:jc w:val="center"/>
        </w:trPr>
        <w:tc>
          <w:tcPr>
            <w:tcW w:w="993" w:type="dxa"/>
          </w:tcPr>
          <w:p w14:paraId="00BDFDEB" w14:textId="77777777" w:rsidR="00F25E9F" w:rsidRDefault="00F25E9F" w:rsidP="007E5B69">
            <w:r>
              <w:rPr>
                <w:sz w:val="16"/>
              </w:rPr>
              <w:t>189</w:t>
            </w:r>
          </w:p>
        </w:tc>
        <w:tc>
          <w:tcPr>
            <w:tcW w:w="3685" w:type="dxa"/>
          </w:tcPr>
          <w:p w14:paraId="13C2C982" w14:textId="77777777" w:rsidR="00F25E9F" w:rsidRDefault="00F25E9F" w:rsidP="007E5B69">
            <w:r>
              <w:rPr>
                <w:sz w:val="16"/>
              </w:rPr>
              <w:t>Жүйелік блок</w:t>
            </w:r>
          </w:p>
        </w:tc>
        <w:tc>
          <w:tcPr>
            <w:tcW w:w="1696" w:type="dxa"/>
          </w:tcPr>
          <w:p w14:paraId="0A260DD9" w14:textId="77777777" w:rsidR="00F25E9F" w:rsidRDefault="00F25E9F" w:rsidP="007E5B69">
            <w:r>
              <w:rPr>
                <w:sz w:val="16"/>
              </w:rPr>
              <w:t>241500010944</w:t>
            </w:r>
          </w:p>
        </w:tc>
        <w:tc>
          <w:tcPr>
            <w:tcW w:w="1701" w:type="dxa"/>
          </w:tcPr>
          <w:p w14:paraId="70EDE701" w14:textId="77777777" w:rsidR="00F25E9F" w:rsidRDefault="00F25E9F" w:rsidP="007E5B69">
            <w:r>
              <w:rPr>
                <w:sz w:val="16"/>
              </w:rPr>
              <w:t>47630</w:t>
            </w:r>
          </w:p>
        </w:tc>
        <w:tc>
          <w:tcPr>
            <w:tcW w:w="1701" w:type="dxa"/>
          </w:tcPr>
          <w:p w14:paraId="71C3F727" w14:textId="77777777" w:rsidR="00F25E9F" w:rsidRDefault="00F25E9F" w:rsidP="007E5B69">
            <w:r>
              <w:rPr>
                <w:sz w:val="16"/>
              </w:rPr>
              <w:t>0</w:t>
            </w:r>
          </w:p>
        </w:tc>
      </w:tr>
      <w:tr w:rsidR="00F25E9F" w14:paraId="27DB2EAC" w14:textId="77777777" w:rsidTr="00371F5F">
        <w:trPr>
          <w:jc w:val="center"/>
        </w:trPr>
        <w:tc>
          <w:tcPr>
            <w:tcW w:w="993" w:type="dxa"/>
          </w:tcPr>
          <w:p w14:paraId="01FCE626" w14:textId="77777777" w:rsidR="00F25E9F" w:rsidRDefault="00F25E9F" w:rsidP="007E5B69">
            <w:r>
              <w:rPr>
                <w:sz w:val="16"/>
              </w:rPr>
              <w:t>190</w:t>
            </w:r>
          </w:p>
        </w:tc>
        <w:tc>
          <w:tcPr>
            <w:tcW w:w="3685" w:type="dxa"/>
          </w:tcPr>
          <w:p w14:paraId="5E15EAAA" w14:textId="77777777" w:rsidR="00F25E9F" w:rsidRDefault="00F25E9F" w:rsidP="007E5B69">
            <w:r>
              <w:rPr>
                <w:sz w:val="16"/>
              </w:rPr>
              <w:t>Кресло</w:t>
            </w:r>
          </w:p>
        </w:tc>
        <w:tc>
          <w:tcPr>
            <w:tcW w:w="1696" w:type="dxa"/>
          </w:tcPr>
          <w:p w14:paraId="4AC33DFB" w14:textId="77777777" w:rsidR="00F25E9F" w:rsidRDefault="00F25E9F" w:rsidP="007E5B69">
            <w:r>
              <w:rPr>
                <w:sz w:val="16"/>
              </w:rPr>
              <w:t>241500014586</w:t>
            </w:r>
          </w:p>
        </w:tc>
        <w:tc>
          <w:tcPr>
            <w:tcW w:w="1701" w:type="dxa"/>
          </w:tcPr>
          <w:p w14:paraId="3F2DACFC" w14:textId="77777777" w:rsidR="00F25E9F" w:rsidRDefault="00F25E9F" w:rsidP="007E5B69">
            <w:r>
              <w:rPr>
                <w:sz w:val="16"/>
              </w:rPr>
              <w:t>20000</w:t>
            </w:r>
          </w:p>
        </w:tc>
        <w:tc>
          <w:tcPr>
            <w:tcW w:w="1701" w:type="dxa"/>
          </w:tcPr>
          <w:p w14:paraId="5652217A" w14:textId="77777777" w:rsidR="00F25E9F" w:rsidRDefault="00F25E9F" w:rsidP="007E5B69">
            <w:r>
              <w:rPr>
                <w:sz w:val="16"/>
              </w:rPr>
              <w:t>0</w:t>
            </w:r>
          </w:p>
        </w:tc>
      </w:tr>
      <w:tr w:rsidR="00F25E9F" w14:paraId="14B44152" w14:textId="77777777" w:rsidTr="00371F5F">
        <w:trPr>
          <w:jc w:val="center"/>
        </w:trPr>
        <w:tc>
          <w:tcPr>
            <w:tcW w:w="993" w:type="dxa"/>
          </w:tcPr>
          <w:p w14:paraId="1E9A3ECC" w14:textId="77777777" w:rsidR="00F25E9F" w:rsidRDefault="00F25E9F" w:rsidP="007E5B69">
            <w:r>
              <w:rPr>
                <w:sz w:val="16"/>
              </w:rPr>
              <w:t>191</w:t>
            </w:r>
          </w:p>
        </w:tc>
        <w:tc>
          <w:tcPr>
            <w:tcW w:w="3685" w:type="dxa"/>
          </w:tcPr>
          <w:p w14:paraId="1E67E86F" w14:textId="77777777" w:rsidR="00F25E9F" w:rsidRDefault="00F25E9F" w:rsidP="007E5B69">
            <w:r>
              <w:rPr>
                <w:sz w:val="16"/>
              </w:rPr>
              <w:t>Темір шкаф</w:t>
            </w:r>
          </w:p>
        </w:tc>
        <w:tc>
          <w:tcPr>
            <w:tcW w:w="1696" w:type="dxa"/>
          </w:tcPr>
          <w:p w14:paraId="0170638F" w14:textId="77777777" w:rsidR="00F25E9F" w:rsidRDefault="00F25E9F" w:rsidP="007E5B69">
            <w:r>
              <w:rPr>
                <w:sz w:val="16"/>
              </w:rPr>
              <w:t>241500011476</w:t>
            </w:r>
          </w:p>
        </w:tc>
        <w:tc>
          <w:tcPr>
            <w:tcW w:w="1701" w:type="dxa"/>
          </w:tcPr>
          <w:p w14:paraId="4FA80398" w14:textId="77777777" w:rsidR="00F25E9F" w:rsidRDefault="00F25E9F" w:rsidP="007E5B69">
            <w:r>
              <w:rPr>
                <w:sz w:val="16"/>
              </w:rPr>
              <w:t>28360</w:t>
            </w:r>
          </w:p>
        </w:tc>
        <w:tc>
          <w:tcPr>
            <w:tcW w:w="1701" w:type="dxa"/>
          </w:tcPr>
          <w:p w14:paraId="7B9EC338" w14:textId="77777777" w:rsidR="00F25E9F" w:rsidRDefault="00F25E9F" w:rsidP="007E5B69">
            <w:r>
              <w:rPr>
                <w:sz w:val="16"/>
              </w:rPr>
              <w:t>0</w:t>
            </w:r>
          </w:p>
        </w:tc>
      </w:tr>
      <w:tr w:rsidR="00F25E9F" w14:paraId="741C972B" w14:textId="77777777" w:rsidTr="00371F5F">
        <w:trPr>
          <w:jc w:val="center"/>
        </w:trPr>
        <w:tc>
          <w:tcPr>
            <w:tcW w:w="993" w:type="dxa"/>
          </w:tcPr>
          <w:p w14:paraId="623A9192" w14:textId="77777777" w:rsidR="00F25E9F" w:rsidRDefault="00F25E9F" w:rsidP="007E5B69">
            <w:r>
              <w:rPr>
                <w:sz w:val="16"/>
              </w:rPr>
              <w:t>192</w:t>
            </w:r>
          </w:p>
        </w:tc>
        <w:tc>
          <w:tcPr>
            <w:tcW w:w="3685" w:type="dxa"/>
          </w:tcPr>
          <w:p w14:paraId="7BEF8360" w14:textId="77777777" w:rsidR="00F25E9F" w:rsidRDefault="00F25E9F" w:rsidP="007E5B69">
            <w:r>
              <w:rPr>
                <w:sz w:val="16"/>
              </w:rPr>
              <w:t>Темір шкаф</w:t>
            </w:r>
          </w:p>
        </w:tc>
        <w:tc>
          <w:tcPr>
            <w:tcW w:w="1696" w:type="dxa"/>
          </w:tcPr>
          <w:p w14:paraId="614F077B" w14:textId="77777777" w:rsidR="00F25E9F" w:rsidRDefault="00F25E9F" w:rsidP="007E5B69">
            <w:r>
              <w:rPr>
                <w:sz w:val="16"/>
              </w:rPr>
              <w:t>241500011477</w:t>
            </w:r>
          </w:p>
        </w:tc>
        <w:tc>
          <w:tcPr>
            <w:tcW w:w="1701" w:type="dxa"/>
          </w:tcPr>
          <w:p w14:paraId="2FDEE548" w14:textId="77777777" w:rsidR="00F25E9F" w:rsidRDefault="00F25E9F" w:rsidP="007E5B69">
            <w:r>
              <w:rPr>
                <w:sz w:val="16"/>
              </w:rPr>
              <w:t>28360</w:t>
            </w:r>
          </w:p>
        </w:tc>
        <w:tc>
          <w:tcPr>
            <w:tcW w:w="1701" w:type="dxa"/>
          </w:tcPr>
          <w:p w14:paraId="150ECEB4" w14:textId="77777777" w:rsidR="00F25E9F" w:rsidRDefault="00F25E9F" w:rsidP="007E5B69">
            <w:r>
              <w:rPr>
                <w:sz w:val="16"/>
              </w:rPr>
              <w:t>0</w:t>
            </w:r>
          </w:p>
        </w:tc>
      </w:tr>
      <w:tr w:rsidR="00F25E9F" w14:paraId="67AD7C6C" w14:textId="77777777" w:rsidTr="00371F5F">
        <w:trPr>
          <w:jc w:val="center"/>
        </w:trPr>
        <w:tc>
          <w:tcPr>
            <w:tcW w:w="993" w:type="dxa"/>
          </w:tcPr>
          <w:p w14:paraId="07E04D47" w14:textId="77777777" w:rsidR="00F25E9F" w:rsidRDefault="00F25E9F" w:rsidP="007E5B69">
            <w:r>
              <w:rPr>
                <w:sz w:val="16"/>
              </w:rPr>
              <w:t>193</w:t>
            </w:r>
          </w:p>
        </w:tc>
        <w:tc>
          <w:tcPr>
            <w:tcW w:w="3685" w:type="dxa"/>
          </w:tcPr>
          <w:p w14:paraId="43014BA0" w14:textId="77777777" w:rsidR="00F25E9F" w:rsidRDefault="00F25E9F" w:rsidP="007E5B69">
            <w:r>
              <w:rPr>
                <w:sz w:val="16"/>
              </w:rPr>
              <w:t>Кілемдер</w:t>
            </w:r>
          </w:p>
        </w:tc>
        <w:tc>
          <w:tcPr>
            <w:tcW w:w="1696" w:type="dxa"/>
          </w:tcPr>
          <w:p w14:paraId="718CDED3" w14:textId="77777777" w:rsidR="00F25E9F" w:rsidRDefault="00F25E9F" w:rsidP="007E5B69">
            <w:r>
              <w:rPr>
                <w:sz w:val="16"/>
              </w:rPr>
              <w:t>241500011507</w:t>
            </w:r>
          </w:p>
        </w:tc>
        <w:tc>
          <w:tcPr>
            <w:tcW w:w="1701" w:type="dxa"/>
          </w:tcPr>
          <w:p w14:paraId="444D4860" w14:textId="77777777" w:rsidR="00F25E9F" w:rsidRDefault="00F25E9F" w:rsidP="007E5B69">
            <w:r>
              <w:rPr>
                <w:sz w:val="16"/>
              </w:rPr>
              <w:t>55900</w:t>
            </w:r>
          </w:p>
        </w:tc>
        <w:tc>
          <w:tcPr>
            <w:tcW w:w="1701" w:type="dxa"/>
          </w:tcPr>
          <w:p w14:paraId="63DE714D" w14:textId="77777777" w:rsidR="00F25E9F" w:rsidRDefault="00F25E9F" w:rsidP="007E5B69">
            <w:r>
              <w:rPr>
                <w:sz w:val="16"/>
              </w:rPr>
              <w:t>0</w:t>
            </w:r>
          </w:p>
        </w:tc>
      </w:tr>
      <w:tr w:rsidR="00F25E9F" w14:paraId="0B78518E" w14:textId="77777777" w:rsidTr="00371F5F">
        <w:trPr>
          <w:jc w:val="center"/>
        </w:trPr>
        <w:tc>
          <w:tcPr>
            <w:tcW w:w="993" w:type="dxa"/>
          </w:tcPr>
          <w:p w14:paraId="058B3931" w14:textId="77777777" w:rsidR="00F25E9F" w:rsidRDefault="00F25E9F" w:rsidP="007E5B69">
            <w:r>
              <w:rPr>
                <w:sz w:val="16"/>
              </w:rPr>
              <w:t>194</w:t>
            </w:r>
          </w:p>
        </w:tc>
        <w:tc>
          <w:tcPr>
            <w:tcW w:w="3685" w:type="dxa"/>
          </w:tcPr>
          <w:p w14:paraId="491DCD3D" w14:textId="77777777" w:rsidR="00F25E9F" w:rsidRDefault="00F25E9F" w:rsidP="007E5B69">
            <w:r>
              <w:rPr>
                <w:sz w:val="16"/>
              </w:rPr>
              <w:t>Кілемдер</w:t>
            </w:r>
          </w:p>
        </w:tc>
        <w:tc>
          <w:tcPr>
            <w:tcW w:w="1696" w:type="dxa"/>
          </w:tcPr>
          <w:p w14:paraId="12B37EB5" w14:textId="77777777" w:rsidR="00F25E9F" w:rsidRDefault="00F25E9F" w:rsidP="007E5B69">
            <w:r>
              <w:rPr>
                <w:sz w:val="16"/>
              </w:rPr>
              <w:t>241500011508</w:t>
            </w:r>
          </w:p>
        </w:tc>
        <w:tc>
          <w:tcPr>
            <w:tcW w:w="1701" w:type="dxa"/>
          </w:tcPr>
          <w:p w14:paraId="0B10A812" w14:textId="77777777" w:rsidR="00F25E9F" w:rsidRDefault="00F25E9F" w:rsidP="007E5B69">
            <w:r>
              <w:rPr>
                <w:sz w:val="16"/>
              </w:rPr>
              <w:t>55900</w:t>
            </w:r>
          </w:p>
        </w:tc>
        <w:tc>
          <w:tcPr>
            <w:tcW w:w="1701" w:type="dxa"/>
          </w:tcPr>
          <w:p w14:paraId="190C6480" w14:textId="77777777" w:rsidR="00F25E9F" w:rsidRDefault="00F25E9F" w:rsidP="007E5B69">
            <w:r>
              <w:rPr>
                <w:sz w:val="16"/>
              </w:rPr>
              <w:t>0</w:t>
            </w:r>
          </w:p>
        </w:tc>
      </w:tr>
      <w:tr w:rsidR="00F25E9F" w14:paraId="3F43BE82" w14:textId="77777777" w:rsidTr="00371F5F">
        <w:trPr>
          <w:jc w:val="center"/>
        </w:trPr>
        <w:tc>
          <w:tcPr>
            <w:tcW w:w="993" w:type="dxa"/>
          </w:tcPr>
          <w:p w14:paraId="21DD59E7" w14:textId="77777777" w:rsidR="00F25E9F" w:rsidRDefault="00F25E9F" w:rsidP="007E5B69">
            <w:r>
              <w:rPr>
                <w:sz w:val="16"/>
              </w:rPr>
              <w:t>195</w:t>
            </w:r>
          </w:p>
        </w:tc>
        <w:tc>
          <w:tcPr>
            <w:tcW w:w="3685" w:type="dxa"/>
          </w:tcPr>
          <w:p w14:paraId="43CEB7ED" w14:textId="77777777" w:rsidR="00F25E9F" w:rsidRDefault="00F25E9F" w:rsidP="007E5B69">
            <w:r>
              <w:rPr>
                <w:sz w:val="16"/>
              </w:rPr>
              <w:t>Аспашам</w:t>
            </w:r>
          </w:p>
        </w:tc>
        <w:tc>
          <w:tcPr>
            <w:tcW w:w="1696" w:type="dxa"/>
          </w:tcPr>
          <w:p w14:paraId="0EA58D98" w14:textId="77777777" w:rsidR="00F25E9F" w:rsidRDefault="00F25E9F" w:rsidP="007E5B69">
            <w:r>
              <w:rPr>
                <w:sz w:val="16"/>
              </w:rPr>
              <w:t>241500011529</w:t>
            </w:r>
          </w:p>
        </w:tc>
        <w:tc>
          <w:tcPr>
            <w:tcW w:w="1701" w:type="dxa"/>
          </w:tcPr>
          <w:p w14:paraId="0035B319" w14:textId="77777777" w:rsidR="00F25E9F" w:rsidRDefault="00F25E9F" w:rsidP="007E5B69">
            <w:r>
              <w:rPr>
                <w:sz w:val="16"/>
              </w:rPr>
              <w:t>23435.5</w:t>
            </w:r>
          </w:p>
        </w:tc>
        <w:tc>
          <w:tcPr>
            <w:tcW w:w="1701" w:type="dxa"/>
          </w:tcPr>
          <w:p w14:paraId="2724865F" w14:textId="77777777" w:rsidR="00F25E9F" w:rsidRDefault="00F25E9F" w:rsidP="007E5B69">
            <w:r>
              <w:rPr>
                <w:sz w:val="16"/>
              </w:rPr>
              <w:t>0</w:t>
            </w:r>
          </w:p>
        </w:tc>
      </w:tr>
      <w:tr w:rsidR="00F25E9F" w14:paraId="7BE07C84" w14:textId="77777777" w:rsidTr="00371F5F">
        <w:trPr>
          <w:jc w:val="center"/>
        </w:trPr>
        <w:tc>
          <w:tcPr>
            <w:tcW w:w="993" w:type="dxa"/>
          </w:tcPr>
          <w:p w14:paraId="24F05AD8" w14:textId="77777777" w:rsidR="00F25E9F" w:rsidRDefault="00F25E9F" w:rsidP="007E5B69">
            <w:r>
              <w:rPr>
                <w:sz w:val="16"/>
              </w:rPr>
              <w:t>196</w:t>
            </w:r>
          </w:p>
        </w:tc>
        <w:tc>
          <w:tcPr>
            <w:tcW w:w="3685" w:type="dxa"/>
          </w:tcPr>
          <w:p w14:paraId="33D9CD3D" w14:textId="77777777" w:rsidR="00F25E9F" w:rsidRDefault="00F25E9F" w:rsidP="007E5B69">
            <w:r>
              <w:rPr>
                <w:sz w:val="16"/>
              </w:rPr>
              <w:t>Жартылай манекен</w:t>
            </w:r>
          </w:p>
        </w:tc>
        <w:tc>
          <w:tcPr>
            <w:tcW w:w="1696" w:type="dxa"/>
          </w:tcPr>
          <w:p w14:paraId="27225A53" w14:textId="77777777" w:rsidR="00F25E9F" w:rsidRDefault="00F25E9F" w:rsidP="007E5B69">
            <w:r>
              <w:rPr>
                <w:sz w:val="16"/>
              </w:rPr>
              <w:t>241500011564</w:t>
            </w:r>
          </w:p>
        </w:tc>
        <w:tc>
          <w:tcPr>
            <w:tcW w:w="1701" w:type="dxa"/>
          </w:tcPr>
          <w:p w14:paraId="6BEFF878" w14:textId="77777777" w:rsidR="00F25E9F" w:rsidRDefault="00F25E9F" w:rsidP="007E5B69">
            <w:r>
              <w:rPr>
                <w:sz w:val="16"/>
              </w:rPr>
              <w:t>15000</w:t>
            </w:r>
          </w:p>
        </w:tc>
        <w:tc>
          <w:tcPr>
            <w:tcW w:w="1701" w:type="dxa"/>
          </w:tcPr>
          <w:p w14:paraId="701BF705" w14:textId="77777777" w:rsidR="00F25E9F" w:rsidRDefault="00F25E9F" w:rsidP="007E5B69">
            <w:r>
              <w:rPr>
                <w:sz w:val="16"/>
              </w:rPr>
              <w:t>0</w:t>
            </w:r>
          </w:p>
        </w:tc>
      </w:tr>
      <w:tr w:rsidR="00F25E9F" w14:paraId="1CB3007E" w14:textId="77777777" w:rsidTr="00371F5F">
        <w:trPr>
          <w:jc w:val="center"/>
        </w:trPr>
        <w:tc>
          <w:tcPr>
            <w:tcW w:w="993" w:type="dxa"/>
          </w:tcPr>
          <w:p w14:paraId="6E15BDF9" w14:textId="77777777" w:rsidR="00F25E9F" w:rsidRDefault="00F25E9F" w:rsidP="007E5B69">
            <w:r>
              <w:rPr>
                <w:sz w:val="16"/>
              </w:rPr>
              <w:t>197</w:t>
            </w:r>
          </w:p>
        </w:tc>
        <w:tc>
          <w:tcPr>
            <w:tcW w:w="3685" w:type="dxa"/>
          </w:tcPr>
          <w:p w14:paraId="5325FA8F" w14:textId="77777777" w:rsidR="00F25E9F" w:rsidRDefault="00F25E9F" w:rsidP="007E5B69">
            <w:r>
              <w:rPr>
                <w:sz w:val="16"/>
              </w:rPr>
              <w:t>Аспашам</w:t>
            </w:r>
          </w:p>
        </w:tc>
        <w:tc>
          <w:tcPr>
            <w:tcW w:w="1696" w:type="dxa"/>
          </w:tcPr>
          <w:p w14:paraId="655E2E1F" w14:textId="77777777" w:rsidR="00F25E9F" w:rsidRDefault="00F25E9F" w:rsidP="007E5B69">
            <w:r>
              <w:rPr>
                <w:sz w:val="16"/>
              </w:rPr>
              <w:t>241500011699</w:t>
            </w:r>
          </w:p>
        </w:tc>
        <w:tc>
          <w:tcPr>
            <w:tcW w:w="1701" w:type="dxa"/>
          </w:tcPr>
          <w:p w14:paraId="691C505F" w14:textId="77777777" w:rsidR="00F25E9F" w:rsidRDefault="00F25E9F" w:rsidP="007E5B69">
            <w:r>
              <w:rPr>
                <w:sz w:val="16"/>
              </w:rPr>
              <w:t>23435.5</w:t>
            </w:r>
          </w:p>
        </w:tc>
        <w:tc>
          <w:tcPr>
            <w:tcW w:w="1701" w:type="dxa"/>
          </w:tcPr>
          <w:p w14:paraId="7E44490A" w14:textId="77777777" w:rsidR="00F25E9F" w:rsidRDefault="00F25E9F" w:rsidP="007E5B69">
            <w:r>
              <w:rPr>
                <w:sz w:val="16"/>
              </w:rPr>
              <w:t>0</w:t>
            </w:r>
          </w:p>
        </w:tc>
      </w:tr>
      <w:tr w:rsidR="00F25E9F" w14:paraId="7A32035A" w14:textId="77777777" w:rsidTr="00371F5F">
        <w:trPr>
          <w:jc w:val="center"/>
        </w:trPr>
        <w:tc>
          <w:tcPr>
            <w:tcW w:w="993" w:type="dxa"/>
          </w:tcPr>
          <w:p w14:paraId="1A269EFE" w14:textId="77777777" w:rsidR="00F25E9F" w:rsidRDefault="00F25E9F" w:rsidP="007E5B69">
            <w:r>
              <w:rPr>
                <w:sz w:val="16"/>
              </w:rPr>
              <w:t>198</w:t>
            </w:r>
          </w:p>
        </w:tc>
        <w:tc>
          <w:tcPr>
            <w:tcW w:w="3685" w:type="dxa"/>
          </w:tcPr>
          <w:p w14:paraId="56AE391C" w14:textId="77777777" w:rsidR="00F25E9F" w:rsidRDefault="00F25E9F" w:rsidP="007E5B69">
            <w:r>
              <w:rPr>
                <w:sz w:val="16"/>
              </w:rPr>
              <w:t>Қызметкерлерге арналған жиһаз</w:t>
            </w:r>
          </w:p>
        </w:tc>
        <w:tc>
          <w:tcPr>
            <w:tcW w:w="1696" w:type="dxa"/>
          </w:tcPr>
          <w:p w14:paraId="2E08E036" w14:textId="77777777" w:rsidR="00F25E9F" w:rsidRDefault="00F25E9F" w:rsidP="007E5B69">
            <w:r>
              <w:rPr>
                <w:sz w:val="16"/>
              </w:rPr>
              <w:t>241500011700</w:t>
            </w:r>
          </w:p>
        </w:tc>
        <w:tc>
          <w:tcPr>
            <w:tcW w:w="1701" w:type="dxa"/>
          </w:tcPr>
          <w:p w14:paraId="258E4612" w14:textId="77777777" w:rsidR="00F25E9F" w:rsidRDefault="00F25E9F" w:rsidP="007E5B69">
            <w:r>
              <w:rPr>
                <w:sz w:val="16"/>
              </w:rPr>
              <w:t>62500</w:t>
            </w:r>
          </w:p>
        </w:tc>
        <w:tc>
          <w:tcPr>
            <w:tcW w:w="1701" w:type="dxa"/>
          </w:tcPr>
          <w:p w14:paraId="5E22DAD5" w14:textId="77777777" w:rsidR="00F25E9F" w:rsidRDefault="00F25E9F" w:rsidP="007E5B69">
            <w:r>
              <w:rPr>
                <w:sz w:val="16"/>
              </w:rPr>
              <w:t>0</w:t>
            </w:r>
          </w:p>
        </w:tc>
      </w:tr>
      <w:tr w:rsidR="00F25E9F" w14:paraId="693211DA" w14:textId="77777777" w:rsidTr="00371F5F">
        <w:trPr>
          <w:jc w:val="center"/>
        </w:trPr>
        <w:tc>
          <w:tcPr>
            <w:tcW w:w="993" w:type="dxa"/>
          </w:tcPr>
          <w:p w14:paraId="6BB79C10" w14:textId="77777777" w:rsidR="00F25E9F" w:rsidRDefault="00F25E9F" w:rsidP="007E5B69">
            <w:r>
              <w:rPr>
                <w:sz w:val="16"/>
              </w:rPr>
              <w:t>199</w:t>
            </w:r>
          </w:p>
        </w:tc>
        <w:tc>
          <w:tcPr>
            <w:tcW w:w="3685" w:type="dxa"/>
          </w:tcPr>
          <w:p w14:paraId="7DEB0220" w14:textId="77777777" w:rsidR="00F25E9F" w:rsidRDefault="00F25E9F" w:rsidP="007E5B69">
            <w:r>
              <w:rPr>
                <w:sz w:val="16"/>
              </w:rPr>
              <w:t>Аккумуляторы бар акустикалық аппарат</w:t>
            </w:r>
          </w:p>
        </w:tc>
        <w:tc>
          <w:tcPr>
            <w:tcW w:w="1696" w:type="dxa"/>
          </w:tcPr>
          <w:p w14:paraId="7261D523" w14:textId="77777777" w:rsidR="00F25E9F" w:rsidRDefault="00F25E9F" w:rsidP="007E5B69">
            <w:r>
              <w:rPr>
                <w:sz w:val="16"/>
              </w:rPr>
              <w:t>241300000209</w:t>
            </w:r>
          </w:p>
        </w:tc>
        <w:tc>
          <w:tcPr>
            <w:tcW w:w="1701" w:type="dxa"/>
          </w:tcPr>
          <w:p w14:paraId="2E3A9474" w14:textId="77777777" w:rsidR="00F25E9F" w:rsidRDefault="00F25E9F" w:rsidP="007E5B69">
            <w:r>
              <w:rPr>
                <w:sz w:val="16"/>
              </w:rPr>
              <w:t>180000</w:t>
            </w:r>
          </w:p>
        </w:tc>
        <w:tc>
          <w:tcPr>
            <w:tcW w:w="1701" w:type="dxa"/>
          </w:tcPr>
          <w:p w14:paraId="185DFFFB" w14:textId="77777777" w:rsidR="00F25E9F" w:rsidRDefault="00F25E9F" w:rsidP="007E5B69">
            <w:r>
              <w:rPr>
                <w:sz w:val="16"/>
              </w:rPr>
              <w:t>0</w:t>
            </w:r>
          </w:p>
        </w:tc>
      </w:tr>
      <w:tr w:rsidR="00F25E9F" w14:paraId="77B3D98E" w14:textId="77777777" w:rsidTr="00371F5F">
        <w:trPr>
          <w:jc w:val="center"/>
        </w:trPr>
        <w:tc>
          <w:tcPr>
            <w:tcW w:w="993" w:type="dxa"/>
          </w:tcPr>
          <w:p w14:paraId="40E3D7F3" w14:textId="77777777" w:rsidR="00F25E9F" w:rsidRDefault="00F25E9F" w:rsidP="007E5B69">
            <w:r>
              <w:rPr>
                <w:sz w:val="16"/>
              </w:rPr>
              <w:t>200</w:t>
            </w:r>
          </w:p>
        </w:tc>
        <w:tc>
          <w:tcPr>
            <w:tcW w:w="3685" w:type="dxa"/>
          </w:tcPr>
          <w:p w14:paraId="7FE05380" w14:textId="77777777" w:rsidR="00F25E9F" w:rsidRDefault="00F25E9F" w:rsidP="007E5B69">
            <w:r>
              <w:rPr>
                <w:sz w:val="16"/>
              </w:rPr>
              <w:t>Тұрақты орнатылатын дүрбілер</w:t>
            </w:r>
          </w:p>
        </w:tc>
        <w:tc>
          <w:tcPr>
            <w:tcW w:w="1696" w:type="dxa"/>
          </w:tcPr>
          <w:p w14:paraId="2BF84474" w14:textId="77777777" w:rsidR="00F25E9F" w:rsidRDefault="00F25E9F" w:rsidP="007E5B69">
            <w:r>
              <w:rPr>
                <w:sz w:val="16"/>
              </w:rPr>
              <w:t>241300000210</w:t>
            </w:r>
          </w:p>
        </w:tc>
        <w:tc>
          <w:tcPr>
            <w:tcW w:w="1701" w:type="dxa"/>
          </w:tcPr>
          <w:p w14:paraId="6E66D7A0" w14:textId="77777777" w:rsidR="00F25E9F" w:rsidRDefault="00F25E9F" w:rsidP="007E5B69">
            <w:r>
              <w:rPr>
                <w:sz w:val="16"/>
              </w:rPr>
              <w:t>1.09998e+06</w:t>
            </w:r>
          </w:p>
        </w:tc>
        <w:tc>
          <w:tcPr>
            <w:tcW w:w="1701" w:type="dxa"/>
          </w:tcPr>
          <w:p w14:paraId="7A6B0BE2" w14:textId="77777777" w:rsidR="00F25E9F" w:rsidRDefault="00F25E9F" w:rsidP="007E5B69">
            <w:r>
              <w:rPr>
                <w:sz w:val="16"/>
              </w:rPr>
              <w:t>0</w:t>
            </w:r>
          </w:p>
        </w:tc>
      </w:tr>
      <w:tr w:rsidR="00F25E9F" w14:paraId="6C6D6373" w14:textId="77777777" w:rsidTr="00371F5F">
        <w:trPr>
          <w:jc w:val="center"/>
        </w:trPr>
        <w:tc>
          <w:tcPr>
            <w:tcW w:w="993" w:type="dxa"/>
          </w:tcPr>
          <w:p w14:paraId="49AE118C" w14:textId="77777777" w:rsidR="00F25E9F" w:rsidRDefault="00F25E9F" w:rsidP="007E5B69">
            <w:r>
              <w:rPr>
                <w:sz w:val="16"/>
              </w:rPr>
              <w:t>201</w:t>
            </w:r>
          </w:p>
        </w:tc>
        <w:tc>
          <w:tcPr>
            <w:tcW w:w="3685" w:type="dxa"/>
          </w:tcPr>
          <w:p w14:paraId="35E41688" w14:textId="77777777" w:rsidR="00F25E9F" w:rsidRDefault="00F25E9F" w:rsidP="007E5B69">
            <w:r>
              <w:rPr>
                <w:sz w:val="16"/>
              </w:rPr>
              <w:t>Тұрақты орнатылатын дүрбілер</w:t>
            </w:r>
          </w:p>
        </w:tc>
        <w:tc>
          <w:tcPr>
            <w:tcW w:w="1696" w:type="dxa"/>
          </w:tcPr>
          <w:p w14:paraId="7F1F0705" w14:textId="77777777" w:rsidR="00F25E9F" w:rsidRDefault="00F25E9F" w:rsidP="007E5B69">
            <w:r>
              <w:rPr>
                <w:sz w:val="16"/>
              </w:rPr>
              <w:t>241300000211</w:t>
            </w:r>
          </w:p>
        </w:tc>
        <w:tc>
          <w:tcPr>
            <w:tcW w:w="1701" w:type="dxa"/>
          </w:tcPr>
          <w:p w14:paraId="645D3477" w14:textId="77777777" w:rsidR="00F25E9F" w:rsidRDefault="00F25E9F" w:rsidP="007E5B69">
            <w:r>
              <w:rPr>
                <w:sz w:val="16"/>
              </w:rPr>
              <w:t>1.09998e+06</w:t>
            </w:r>
          </w:p>
        </w:tc>
        <w:tc>
          <w:tcPr>
            <w:tcW w:w="1701" w:type="dxa"/>
          </w:tcPr>
          <w:p w14:paraId="66B29790" w14:textId="77777777" w:rsidR="00F25E9F" w:rsidRDefault="00F25E9F" w:rsidP="007E5B69">
            <w:r>
              <w:rPr>
                <w:sz w:val="16"/>
              </w:rPr>
              <w:t>0</w:t>
            </w:r>
          </w:p>
        </w:tc>
      </w:tr>
      <w:tr w:rsidR="00F25E9F" w14:paraId="6C251269" w14:textId="77777777" w:rsidTr="00371F5F">
        <w:trPr>
          <w:jc w:val="center"/>
        </w:trPr>
        <w:tc>
          <w:tcPr>
            <w:tcW w:w="993" w:type="dxa"/>
          </w:tcPr>
          <w:p w14:paraId="3B8D2172" w14:textId="77777777" w:rsidR="00F25E9F" w:rsidRDefault="00F25E9F" w:rsidP="007E5B69">
            <w:r>
              <w:rPr>
                <w:sz w:val="16"/>
              </w:rPr>
              <w:t>202</w:t>
            </w:r>
          </w:p>
        </w:tc>
        <w:tc>
          <w:tcPr>
            <w:tcW w:w="3685" w:type="dxa"/>
          </w:tcPr>
          <w:p w14:paraId="3048F732" w14:textId="77777777" w:rsidR="00F25E9F" w:rsidRDefault="00F25E9F" w:rsidP="007E5B69">
            <w:r>
              <w:rPr>
                <w:sz w:val="16"/>
              </w:rPr>
              <w:t>Тұрақты орнатылатын дүрбілер</w:t>
            </w:r>
          </w:p>
        </w:tc>
        <w:tc>
          <w:tcPr>
            <w:tcW w:w="1696" w:type="dxa"/>
          </w:tcPr>
          <w:p w14:paraId="03296CF3" w14:textId="77777777" w:rsidR="00F25E9F" w:rsidRDefault="00F25E9F" w:rsidP="007E5B69">
            <w:r>
              <w:rPr>
                <w:sz w:val="16"/>
              </w:rPr>
              <w:t>241300000212</w:t>
            </w:r>
          </w:p>
        </w:tc>
        <w:tc>
          <w:tcPr>
            <w:tcW w:w="1701" w:type="dxa"/>
          </w:tcPr>
          <w:p w14:paraId="67455E8C" w14:textId="77777777" w:rsidR="00F25E9F" w:rsidRDefault="00F25E9F" w:rsidP="007E5B69">
            <w:r>
              <w:rPr>
                <w:sz w:val="16"/>
              </w:rPr>
              <w:t>1.09998e+06</w:t>
            </w:r>
          </w:p>
        </w:tc>
        <w:tc>
          <w:tcPr>
            <w:tcW w:w="1701" w:type="dxa"/>
          </w:tcPr>
          <w:p w14:paraId="6B490A82" w14:textId="77777777" w:rsidR="00F25E9F" w:rsidRDefault="00F25E9F" w:rsidP="007E5B69">
            <w:r>
              <w:rPr>
                <w:sz w:val="16"/>
              </w:rPr>
              <w:t>0</w:t>
            </w:r>
          </w:p>
        </w:tc>
      </w:tr>
      <w:tr w:rsidR="00F25E9F" w14:paraId="25558AF0" w14:textId="77777777" w:rsidTr="00371F5F">
        <w:trPr>
          <w:jc w:val="center"/>
        </w:trPr>
        <w:tc>
          <w:tcPr>
            <w:tcW w:w="993" w:type="dxa"/>
          </w:tcPr>
          <w:p w14:paraId="654049A4" w14:textId="77777777" w:rsidR="00F25E9F" w:rsidRDefault="00F25E9F" w:rsidP="007E5B69">
            <w:r>
              <w:rPr>
                <w:sz w:val="16"/>
              </w:rPr>
              <w:t>203</w:t>
            </w:r>
          </w:p>
        </w:tc>
        <w:tc>
          <w:tcPr>
            <w:tcW w:w="3685" w:type="dxa"/>
          </w:tcPr>
          <w:p w14:paraId="6E561063" w14:textId="77777777" w:rsidR="00F25E9F" w:rsidRDefault="00F25E9F" w:rsidP="007E5B69">
            <w:r>
              <w:rPr>
                <w:sz w:val="16"/>
              </w:rPr>
              <w:t>Тұрақты орнатылатын дүрбілер</w:t>
            </w:r>
          </w:p>
        </w:tc>
        <w:tc>
          <w:tcPr>
            <w:tcW w:w="1696" w:type="dxa"/>
          </w:tcPr>
          <w:p w14:paraId="2E23564D" w14:textId="77777777" w:rsidR="00F25E9F" w:rsidRDefault="00F25E9F" w:rsidP="007E5B69">
            <w:r>
              <w:rPr>
                <w:sz w:val="16"/>
              </w:rPr>
              <w:t>241300000213</w:t>
            </w:r>
          </w:p>
        </w:tc>
        <w:tc>
          <w:tcPr>
            <w:tcW w:w="1701" w:type="dxa"/>
          </w:tcPr>
          <w:p w14:paraId="1CB2A09E" w14:textId="77777777" w:rsidR="00F25E9F" w:rsidRDefault="00F25E9F" w:rsidP="007E5B69">
            <w:r>
              <w:rPr>
                <w:sz w:val="16"/>
              </w:rPr>
              <w:t>1.09998e+06</w:t>
            </w:r>
          </w:p>
        </w:tc>
        <w:tc>
          <w:tcPr>
            <w:tcW w:w="1701" w:type="dxa"/>
          </w:tcPr>
          <w:p w14:paraId="0BC87C4F" w14:textId="77777777" w:rsidR="00F25E9F" w:rsidRDefault="00F25E9F" w:rsidP="007E5B69">
            <w:r>
              <w:rPr>
                <w:sz w:val="16"/>
              </w:rPr>
              <w:t>0</w:t>
            </w:r>
          </w:p>
        </w:tc>
      </w:tr>
      <w:tr w:rsidR="00F25E9F" w14:paraId="239E0FA2" w14:textId="77777777" w:rsidTr="00371F5F">
        <w:trPr>
          <w:jc w:val="center"/>
        </w:trPr>
        <w:tc>
          <w:tcPr>
            <w:tcW w:w="993" w:type="dxa"/>
          </w:tcPr>
          <w:p w14:paraId="5DBFE16B" w14:textId="77777777" w:rsidR="00F25E9F" w:rsidRDefault="00F25E9F" w:rsidP="007E5B69">
            <w:r>
              <w:rPr>
                <w:sz w:val="16"/>
              </w:rPr>
              <w:t>204</w:t>
            </w:r>
          </w:p>
        </w:tc>
        <w:tc>
          <w:tcPr>
            <w:tcW w:w="3685" w:type="dxa"/>
          </w:tcPr>
          <w:p w14:paraId="2537A39C" w14:textId="77777777" w:rsidR="00F25E9F" w:rsidRDefault="00F25E9F" w:rsidP="007E5B69">
            <w:r>
              <w:rPr>
                <w:sz w:val="16"/>
              </w:rPr>
              <w:t>Intel моноблогы</w:t>
            </w:r>
          </w:p>
        </w:tc>
        <w:tc>
          <w:tcPr>
            <w:tcW w:w="1696" w:type="dxa"/>
          </w:tcPr>
          <w:p w14:paraId="3C81D316" w14:textId="77777777" w:rsidR="00F25E9F" w:rsidRDefault="00F25E9F" w:rsidP="007E5B69">
            <w:r>
              <w:rPr>
                <w:sz w:val="16"/>
              </w:rPr>
              <w:t>241300000233</w:t>
            </w:r>
          </w:p>
        </w:tc>
        <w:tc>
          <w:tcPr>
            <w:tcW w:w="1701" w:type="dxa"/>
          </w:tcPr>
          <w:p w14:paraId="5B8BD4B3" w14:textId="77777777" w:rsidR="00F25E9F" w:rsidRDefault="00F25E9F" w:rsidP="007E5B69">
            <w:r>
              <w:rPr>
                <w:sz w:val="16"/>
              </w:rPr>
              <w:t>250000</w:t>
            </w:r>
          </w:p>
        </w:tc>
        <w:tc>
          <w:tcPr>
            <w:tcW w:w="1701" w:type="dxa"/>
          </w:tcPr>
          <w:p w14:paraId="1E6BAB79" w14:textId="77777777" w:rsidR="00F25E9F" w:rsidRDefault="00F25E9F" w:rsidP="007E5B69">
            <w:r>
              <w:rPr>
                <w:sz w:val="16"/>
              </w:rPr>
              <w:t>0</w:t>
            </w:r>
          </w:p>
        </w:tc>
      </w:tr>
      <w:tr w:rsidR="00F25E9F" w14:paraId="6691DCD8" w14:textId="77777777" w:rsidTr="00371F5F">
        <w:trPr>
          <w:jc w:val="center"/>
        </w:trPr>
        <w:tc>
          <w:tcPr>
            <w:tcW w:w="993" w:type="dxa"/>
          </w:tcPr>
          <w:p w14:paraId="01CA890E" w14:textId="77777777" w:rsidR="00F25E9F" w:rsidRDefault="00F25E9F" w:rsidP="007E5B69">
            <w:r>
              <w:rPr>
                <w:sz w:val="16"/>
              </w:rPr>
              <w:t>205</w:t>
            </w:r>
          </w:p>
        </w:tc>
        <w:tc>
          <w:tcPr>
            <w:tcW w:w="3685" w:type="dxa"/>
          </w:tcPr>
          <w:p w14:paraId="51F89156" w14:textId="77777777" w:rsidR="00F25E9F" w:rsidRDefault="00F25E9F" w:rsidP="007E5B69">
            <w:r>
              <w:rPr>
                <w:sz w:val="16"/>
              </w:rPr>
              <w:t>Принтер</w:t>
            </w:r>
          </w:p>
        </w:tc>
        <w:tc>
          <w:tcPr>
            <w:tcW w:w="1696" w:type="dxa"/>
          </w:tcPr>
          <w:p w14:paraId="55130044" w14:textId="77777777" w:rsidR="00F25E9F" w:rsidRDefault="00F25E9F" w:rsidP="007E5B69">
            <w:r>
              <w:rPr>
                <w:sz w:val="16"/>
              </w:rPr>
              <w:t>241300000237</w:t>
            </w:r>
          </w:p>
        </w:tc>
        <w:tc>
          <w:tcPr>
            <w:tcW w:w="1701" w:type="dxa"/>
          </w:tcPr>
          <w:p w14:paraId="54FE1B1A" w14:textId="77777777" w:rsidR="00F25E9F" w:rsidRDefault="00F25E9F" w:rsidP="007E5B69">
            <w:r>
              <w:rPr>
                <w:sz w:val="16"/>
              </w:rPr>
              <w:t>38000</w:t>
            </w:r>
          </w:p>
        </w:tc>
        <w:tc>
          <w:tcPr>
            <w:tcW w:w="1701" w:type="dxa"/>
          </w:tcPr>
          <w:p w14:paraId="33628B97" w14:textId="77777777" w:rsidR="00F25E9F" w:rsidRDefault="00F25E9F" w:rsidP="007E5B69">
            <w:r>
              <w:rPr>
                <w:sz w:val="16"/>
              </w:rPr>
              <w:t>0</w:t>
            </w:r>
          </w:p>
        </w:tc>
      </w:tr>
      <w:tr w:rsidR="00F25E9F" w14:paraId="4864879D" w14:textId="77777777" w:rsidTr="00371F5F">
        <w:trPr>
          <w:jc w:val="center"/>
        </w:trPr>
        <w:tc>
          <w:tcPr>
            <w:tcW w:w="993" w:type="dxa"/>
          </w:tcPr>
          <w:p w14:paraId="04D24521" w14:textId="77777777" w:rsidR="00F25E9F" w:rsidRDefault="00F25E9F" w:rsidP="007E5B69">
            <w:r>
              <w:rPr>
                <w:sz w:val="16"/>
              </w:rPr>
              <w:t>206</w:t>
            </w:r>
          </w:p>
        </w:tc>
        <w:tc>
          <w:tcPr>
            <w:tcW w:w="3685" w:type="dxa"/>
          </w:tcPr>
          <w:p w14:paraId="11B2C3BB" w14:textId="77777777" w:rsidR="00F25E9F" w:rsidRDefault="00F25E9F" w:rsidP="007E5B69">
            <w:r>
              <w:rPr>
                <w:sz w:val="16"/>
              </w:rPr>
              <w:t>Принтер</w:t>
            </w:r>
          </w:p>
        </w:tc>
        <w:tc>
          <w:tcPr>
            <w:tcW w:w="1696" w:type="dxa"/>
          </w:tcPr>
          <w:p w14:paraId="6053E1F4" w14:textId="77777777" w:rsidR="00F25E9F" w:rsidRDefault="00F25E9F" w:rsidP="007E5B69">
            <w:r>
              <w:rPr>
                <w:sz w:val="16"/>
              </w:rPr>
              <w:t>241300000238</w:t>
            </w:r>
          </w:p>
        </w:tc>
        <w:tc>
          <w:tcPr>
            <w:tcW w:w="1701" w:type="dxa"/>
          </w:tcPr>
          <w:p w14:paraId="0D1037D1" w14:textId="77777777" w:rsidR="00F25E9F" w:rsidRDefault="00F25E9F" w:rsidP="007E5B69">
            <w:r>
              <w:rPr>
                <w:sz w:val="16"/>
              </w:rPr>
              <w:t>38000</w:t>
            </w:r>
          </w:p>
        </w:tc>
        <w:tc>
          <w:tcPr>
            <w:tcW w:w="1701" w:type="dxa"/>
          </w:tcPr>
          <w:p w14:paraId="423A0F2A" w14:textId="77777777" w:rsidR="00F25E9F" w:rsidRDefault="00F25E9F" w:rsidP="007E5B69">
            <w:r>
              <w:rPr>
                <w:sz w:val="16"/>
              </w:rPr>
              <w:t>0</w:t>
            </w:r>
          </w:p>
        </w:tc>
      </w:tr>
      <w:tr w:rsidR="00F25E9F" w14:paraId="6127C35F" w14:textId="77777777" w:rsidTr="00371F5F">
        <w:trPr>
          <w:jc w:val="center"/>
        </w:trPr>
        <w:tc>
          <w:tcPr>
            <w:tcW w:w="993" w:type="dxa"/>
          </w:tcPr>
          <w:p w14:paraId="53B36534" w14:textId="77777777" w:rsidR="00F25E9F" w:rsidRDefault="00F25E9F" w:rsidP="007E5B69">
            <w:r>
              <w:rPr>
                <w:sz w:val="16"/>
              </w:rPr>
              <w:t>207</w:t>
            </w:r>
          </w:p>
        </w:tc>
        <w:tc>
          <w:tcPr>
            <w:tcW w:w="3685" w:type="dxa"/>
          </w:tcPr>
          <w:p w14:paraId="243E6D8F" w14:textId="77777777" w:rsidR="00F25E9F" w:rsidRDefault="00F25E9F" w:rsidP="007E5B69">
            <w:r>
              <w:rPr>
                <w:sz w:val="16"/>
              </w:rPr>
              <w:t>Intel моноблогы</w:t>
            </w:r>
          </w:p>
        </w:tc>
        <w:tc>
          <w:tcPr>
            <w:tcW w:w="1696" w:type="dxa"/>
          </w:tcPr>
          <w:p w14:paraId="690D74ED" w14:textId="77777777" w:rsidR="00F25E9F" w:rsidRDefault="00F25E9F" w:rsidP="007E5B69">
            <w:r>
              <w:rPr>
                <w:sz w:val="16"/>
              </w:rPr>
              <w:t>241300000234</w:t>
            </w:r>
          </w:p>
        </w:tc>
        <w:tc>
          <w:tcPr>
            <w:tcW w:w="1701" w:type="dxa"/>
          </w:tcPr>
          <w:p w14:paraId="444BA0BB" w14:textId="77777777" w:rsidR="00F25E9F" w:rsidRDefault="00F25E9F" w:rsidP="007E5B69">
            <w:r>
              <w:rPr>
                <w:sz w:val="16"/>
              </w:rPr>
              <w:t>250000</w:t>
            </w:r>
          </w:p>
        </w:tc>
        <w:tc>
          <w:tcPr>
            <w:tcW w:w="1701" w:type="dxa"/>
          </w:tcPr>
          <w:p w14:paraId="246210B5" w14:textId="77777777" w:rsidR="00F25E9F" w:rsidRDefault="00F25E9F" w:rsidP="007E5B69">
            <w:r>
              <w:rPr>
                <w:sz w:val="16"/>
              </w:rPr>
              <w:t>0</w:t>
            </w:r>
          </w:p>
        </w:tc>
      </w:tr>
      <w:tr w:rsidR="00F25E9F" w14:paraId="67548E41" w14:textId="77777777" w:rsidTr="00371F5F">
        <w:trPr>
          <w:jc w:val="center"/>
        </w:trPr>
        <w:tc>
          <w:tcPr>
            <w:tcW w:w="993" w:type="dxa"/>
          </w:tcPr>
          <w:p w14:paraId="4D7F08A0" w14:textId="77777777" w:rsidR="00F25E9F" w:rsidRDefault="00F25E9F" w:rsidP="007E5B69">
            <w:r>
              <w:rPr>
                <w:sz w:val="16"/>
              </w:rPr>
              <w:t>208</w:t>
            </w:r>
          </w:p>
        </w:tc>
        <w:tc>
          <w:tcPr>
            <w:tcW w:w="3685" w:type="dxa"/>
          </w:tcPr>
          <w:p w14:paraId="1D7AB84C" w14:textId="77777777" w:rsidR="00F25E9F" w:rsidRDefault="00F25E9F" w:rsidP="007E5B69">
            <w:r>
              <w:rPr>
                <w:sz w:val="16"/>
              </w:rPr>
              <w:t>Радиомикрофон</w:t>
            </w:r>
          </w:p>
        </w:tc>
        <w:tc>
          <w:tcPr>
            <w:tcW w:w="1696" w:type="dxa"/>
          </w:tcPr>
          <w:p w14:paraId="0CC6382B" w14:textId="77777777" w:rsidR="00F25E9F" w:rsidRDefault="00F25E9F" w:rsidP="007E5B69">
            <w:r>
              <w:rPr>
                <w:sz w:val="16"/>
              </w:rPr>
              <w:t>241300000248</w:t>
            </w:r>
          </w:p>
        </w:tc>
        <w:tc>
          <w:tcPr>
            <w:tcW w:w="1701" w:type="dxa"/>
          </w:tcPr>
          <w:p w14:paraId="2B65857E" w14:textId="77777777" w:rsidR="00F25E9F" w:rsidRDefault="00F25E9F" w:rsidP="007E5B69">
            <w:r>
              <w:rPr>
                <w:sz w:val="16"/>
              </w:rPr>
              <w:t>93000</w:t>
            </w:r>
          </w:p>
        </w:tc>
        <w:tc>
          <w:tcPr>
            <w:tcW w:w="1701" w:type="dxa"/>
          </w:tcPr>
          <w:p w14:paraId="70BEEB44" w14:textId="77777777" w:rsidR="00F25E9F" w:rsidRDefault="00F25E9F" w:rsidP="007E5B69">
            <w:r>
              <w:rPr>
                <w:sz w:val="16"/>
              </w:rPr>
              <w:t>0</w:t>
            </w:r>
          </w:p>
        </w:tc>
      </w:tr>
      <w:tr w:rsidR="00F25E9F" w14:paraId="10047749" w14:textId="77777777" w:rsidTr="00371F5F">
        <w:trPr>
          <w:jc w:val="center"/>
        </w:trPr>
        <w:tc>
          <w:tcPr>
            <w:tcW w:w="993" w:type="dxa"/>
          </w:tcPr>
          <w:p w14:paraId="31E24BE0" w14:textId="77777777" w:rsidR="00F25E9F" w:rsidRDefault="00F25E9F" w:rsidP="007E5B69">
            <w:r>
              <w:rPr>
                <w:sz w:val="16"/>
              </w:rPr>
              <w:t>209</w:t>
            </w:r>
          </w:p>
        </w:tc>
        <w:tc>
          <w:tcPr>
            <w:tcW w:w="3685" w:type="dxa"/>
          </w:tcPr>
          <w:p w14:paraId="5185984E" w14:textId="77777777" w:rsidR="00F25E9F" w:rsidRPr="000003D3" w:rsidRDefault="00F25E9F" w:rsidP="007E5B69">
            <w:pPr>
              <w:rPr>
                <w:lang w:val="ru-RU"/>
              </w:rPr>
            </w:pPr>
            <w:r w:rsidRPr="000003D3">
              <w:rPr>
                <w:sz w:val="16"/>
                <w:lang w:val="ru-RU"/>
              </w:rPr>
              <w:t>Epson EB-X05 әмбебап проекторы</w:t>
            </w:r>
          </w:p>
        </w:tc>
        <w:tc>
          <w:tcPr>
            <w:tcW w:w="1696" w:type="dxa"/>
          </w:tcPr>
          <w:p w14:paraId="24BDF131" w14:textId="77777777" w:rsidR="00F25E9F" w:rsidRDefault="00F25E9F" w:rsidP="007E5B69">
            <w:r>
              <w:rPr>
                <w:sz w:val="16"/>
              </w:rPr>
              <w:t>241500014984</w:t>
            </w:r>
          </w:p>
        </w:tc>
        <w:tc>
          <w:tcPr>
            <w:tcW w:w="1701" w:type="dxa"/>
          </w:tcPr>
          <w:p w14:paraId="25DAA637" w14:textId="77777777" w:rsidR="00F25E9F" w:rsidRDefault="00F25E9F" w:rsidP="007E5B69">
            <w:r>
              <w:rPr>
                <w:sz w:val="16"/>
              </w:rPr>
              <w:t>189990</w:t>
            </w:r>
          </w:p>
        </w:tc>
        <w:tc>
          <w:tcPr>
            <w:tcW w:w="1701" w:type="dxa"/>
          </w:tcPr>
          <w:p w14:paraId="50275569" w14:textId="77777777" w:rsidR="00F25E9F" w:rsidRDefault="00F25E9F" w:rsidP="007E5B69">
            <w:r>
              <w:rPr>
                <w:sz w:val="16"/>
              </w:rPr>
              <w:t>0</w:t>
            </w:r>
          </w:p>
        </w:tc>
      </w:tr>
      <w:tr w:rsidR="00F25E9F" w14:paraId="114467D9" w14:textId="77777777" w:rsidTr="00371F5F">
        <w:trPr>
          <w:jc w:val="center"/>
        </w:trPr>
        <w:tc>
          <w:tcPr>
            <w:tcW w:w="993" w:type="dxa"/>
          </w:tcPr>
          <w:p w14:paraId="1660F2B4" w14:textId="77777777" w:rsidR="00F25E9F" w:rsidRDefault="00F25E9F" w:rsidP="007E5B69">
            <w:r>
              <w:rPr>
                <w:sz w:val="16"/>
              </w:rPr>
              <w:t>210</w:t>
            </w:r>
          </w:p>
        </w:tc>
        <w:tc>
          <w:tcPr>
            <w:tcW w:w="3685" w:type="dxa"/>
          </w:tcPr>
          <w:p w14:paraId="204BAC4C" w14:textId="77777777" w:rsidR="00F25E9F" w:rsidRPr="000003D3" w:rsidRDefault="00F25E9F" w:rsidP="007E5B69">
            <w:pPr>
              <w:rPr>
                <w:lang w:val="ru-RU"/>
              </w:rPr>
            </w:pPr>
            <w:r w:rsidRPr="000003D3">
              <w:rPr>
                <w:sz w:val="16"/>
                <w:lang w:val="ru-RU"/>
              </w:rPr>
              <w:t>Жі</w:t>
            </w:r>
            <w:proofErr w:type="gramStart"/>
            <w:r w:rsidRPr="000003D3">
              <w:rPr>
                <w:sz w:val="16"/>
                <w:lang w:val="ru-RU"/>
              </w:rPr>
              <w:t>п</w:t>
            </w:r>
            <w:proofErr w:type="gramEnd"/>
            <w:r w:rsidRPr="000003D3">
              <w:rPr>
                <w:sz w:val="16"/>
                <w:lang w:val="ru-RU"/>
              </w:rPr>
              <w:t xml:space="preserve"> жинауға арналған станок</w:t>
            </w:r>
          </w:p>
        </w:tc>
        <w:tc>
          <w:tcPr>
            <w:tcW w:w="1696" w:type="dxa"/>
          </w:tcPr>
          <w:p w14:paraId="17DC33E9" w14:textId="77777777" w:rsidR="00F25E9F" w:rsidRDefault="00F25E9F" w:rsidP="007E5B69">
            <w:r>
              <w:rPr>
                <w:sz w:val="16"/>
              </w:rPr>
              <w:t>241500014987</w:t>
            </w:r>
          </w:p>
        </w:tc>
        <w:tc>
          <w:tcPr>
            <w:tcW w:w="1701" w:type="dxa"/>
          </w:tcPr>
          <w:p w14:paraId="75C037ED" w14:textId="77777777" w:rsidR="00F25E9F" w:rsidRDefault="00F25E9F" w:rsidP="007E5B69">
            <w:r>
              <w:rPr>
                <w:sz w:val="16"/>
              </w:rPr>
              <w:t>168800</w:t>
            </w:r>
          </w:p>
        </w:tc>
        <w:tc>
          <w:tcPr>
            <w:tcW w:w="1701" w:type="dxa"/>
          </w:tcPr>
          <w:p w14:paraId="6A2E6778" w14:textId="77777777" w:rsidR="00F25E9F" w:rsidRDefault="00F25E9F" w:rsidP="007E5B69">
            <w:r>
              <w:rPr>
                <w:sz w:val="16"/>
              </w:rPr>
              <w:t>0</w:t>
            </w:r>
          </w:p>
        </w:tc>
      </w:tr>
      <w:tr w:rsidR="00F25E9F" w14:paraId="0D210511" w14:textId="77777777" w:rsidTr="00371F5F">
        <w:trPr>
          <w:jc w:val="center"/>
        </w:trPr>
        <w:tc>
          <w:tcPr>
            <w:tcW w:w="993" w:type="dxa"/>
          </w:tcPr>
          <w:p w14:paraId="0850AFF9" w14:textId="77777777" w:rsidR="00F25E9F" w:rsidRDefault="00F25E9F" w:rsidP="007E5B69">
            <w:r>
              <w:rPr>
                <w:sz w:val="16"/>
              </w:rPr>
              <w:t>211</w:t>
            </w:r>
          </w:p>
        </w:tc>
        <w:tc>
          <w:tcPr>
            <w:tcW w:w="3685" w:type="dxa"/>
          </w:tcPr>
          <w:p w14:paraId="1A7BA985" w14:textId="77777777" w:rsidR="00F25E9F" w:rsidRDefault="00F25E9F" w:rsidP="007E5B69">
            <w:r>
              <w:rPr>
                <w:sz w:val="16"/>
              </w:rPr>
              <w:t>Аппликатор-ламинатор станогы</w:t>
            </w:r>
          </w:p>
        </w:tc>
        <w:tc>
          <w:tcPr>
            <w:tcW w:w="1696" w:type="dxa"/>
          </w:tcPr>
          <w:p w14:paraId="7AD41668" w14:textId="77777777" w:rsidR="00F25E9F" w:rsidRDefault="00F25E9F" w:rsidP="007E5B69">
            <w:r>
              <w:rPr>
                <w:sz w:val="16"/>
              </w:rPr>
              <w:t>241500014988</w:t>
            </w:r>
          </w:p>
        </w:tc>
        <w:tc>
          <w:tcPr>
            <w:tcW w:w="1701" w:type="dxa"/>
          </w:tcPr>
          <w:p w14:paraId="356C988E" w14:textId="77777777" w:rsidR="00F25E9F" w:rsidRDefault="00F25E9F" w:rsidP="007E5B69">
            <w:r>
              <w:rPr>
                <w:sz w:val="16"/>
              </w:rPr>
              <w:t>134500</w:t>
            </w:r>
          </w:p>
        </w:tc>
        <w:tc>
          <w:tcPr>
            <w:tcW w:w="1701" w:type="dxa"/>
          </w:tcPr>
          <w:p w14:paraId="22255455" w14:textId="77777777" w:rsidR="00F25E9F" w:rsidRDefault="00F25E9F" w:rsidP="007E5B69">
            <w:r>
              <w:rPr>
                <w:sz w:val="16"/>
              </w:rPr>
              <w:t>0</w:t>
            </w:r>
          </w:p>
        </w:tc>
      </w:tr>
      <w:tr w:rsidR="00F25E9F" w14:paraId="3C33EFB9" w14:textId="77777777" w:rsidTr="00371F5F">
        <w:trPr>
          <w:jc w:val="center"/>
        </w:trPr>
        <w:tc>
          <w:tcPr>
            <w:tcW w:w="993" w:type="dxa"/>
          </w:tcPr>
          <w:p w14:paraId="46CC1BE4" w14:textId="77777777" w:rsidR="00F25E9F" w:rsidRDefault="00F25E9F" w:rsidP="007E5B69">
            <w:r>
              <w:rPr>
                <w:sz w:val="16"/>
              </w:rPr>
              <w:t>212</w:t>
            </w:r>
          </w:p>
        </w:tc>
        <w:tc>
          <w:tcPr>
            <w:tcW w:w="3685" w:type="dxa"/>
          </w:tcPr>
          <w:p w14:paraId="1F56D4F1" w14:textId="77777777" w:rsidR="00F25E9F" w:rsidRDefault="00F25E9F" w:rsidP="007E5B69">
            <w:r>
              <w:rPr>
                <w:sz w:val="16"/>
              </w:rPr>
              <w:t>Фотоаппарат</w:t>
            </w:r>
          </w:p>
        </w:tc>
        <w:tc>
          <w:tcPr>
            <w:tcW w:w="1696" w:type="dxa"/>
          </w:tcPr>
          <w:p w14:paraId="21880547" w14:textId="77777777" w:rsidR="00F25E9F" w:rsidRDefault="00F25E9F" w:rsidP="007E5B69">
            <w:r>
              <w:rPr>
                <w:sz w:val="16"/>
              </w:rPr>
              <w:t>241500014990</w:t>
            </w:r>
          </w:p>
        </w:tc>
        <w:tc>
          <w:tcPr>
            <w:tcW w:w="1701" w:type="dxa"/>
          </w:tcPr>
          <w:p w14:paraId="7A3F4962" w14:textId="77777777" w:rsidR="00F25E9F" w:rsidRDefault="00F25E9F" w:rsidP="007E5B69">
            <w:r>
              <w:rPr>
                <w:sz w:val="16"/>
              </w:rPr>
              <w:t>239000</w:t>
            </w:r>
          </w:p>
        </w:tc>
        <w:tc>
          <w:tcPr>
            <w:tcW w:w="1701" w:type="dxa"/>
          </w:tcPr>
          <w:p w14:paraId="68EF3793" w14:textId="77777777" w:rsidR="00F25E9F" w:rsidRDefault="00F25E9F" w:rsidP="007E5B69">
            <w:r>
              <w:rPr>
                <w:sz w:val="16"/>
              </w:rPr>
              <w:t>0</w:t>
            </w:r>
          </w:p>
        </w:tc>
      </w:tr>
      <w:tr w:rsidR="00F25E9F" w14:paraId="14140080" w14:textId="77777777" w:rsidTr="00371F5F">
        <w:trPr>
          <w:jc w:val="center"/>
        </w:trPr>
        <w:tc>
          <w:tcPr>
            <w:tcW w:w="993" w:type="dxa"/>
          </w:tcPr>
          <w:p w14:paraId="2F806692" w14:textId="77777777" w:rsidR="00F25E9F" w:rsidRDefault="00F25E9F" w:rsidP="007E5B69">
            <w:r>
              <w:rPr>
                <w:sz w:val="16"/>
              </w:rPr>
              <w:t>213</w:t>
            </w:r>
          </w:p>
        </w:tc>
        <w:tc>
          <w:tcPr>
            <w:tcW w:w="3685" w:type="dxa"/>
          </w:tcPr>
          <w:p w14:paraId="6BEBCB20" w14:textId="77777777" w:rsidR="00F25E9F" w:rsidRDefault="00F25E9F" w:rsidP="007E5B69">
            <w:r>
              <w:rPr>
                <w:sz w:val="16"/>
              </w:rPr>
              <w:t>SS-150 отқа төзімді кеңсе сейфі</w:t>
            </w:r>
          </w:p>
        </w:tc>
        <w:tc>
          <w:tcPr>
            <w:tcW w:w="1696" w:type="dxa"/>
          </w:tcPr>
          <w:p w14:paraId="5662CB41" w14:textId="77777777" w:rsidR="00F25E9F" w:rsidRDefault="00F25E9F" w:rsidP="007E5B69">
            <w:r>
              <w:rPr>
                <w:sz w:val="16"/>
              </w:rPr>
              <w:t>241500014978</w:t>
            </w:r>
          </w:p>
        </w:tc>
        <w:tc>
          <w:tcPr>
            <w:tcW w:w="1701" w:type="dxa"/>
          </w:tcPr>
          <w:p w14:paraId="271C5614" w14:textId="77777777" w:rsidR="00F25E9F" w:rsidRDefault="00F25E9F" w:rsidP="007E5B69">
            <w:r>
              <w:rPr>
                <w:sz w:val="16"/>
              </w:rPr>
              <w:t>112000</w:t>
            </w:r>
          </w:p>
        </w:tc>
        <w:tc>
          <w:tcPr>
            <w:tcW w:w="1701" w:type="dxa"/>
          </w:tcPr>
          <w:p w14:paraId="051F1277" w14:textId="77777777" w:rsidR="00F25E9F" w:rsidRDefault="00F25E9F" w:rsidP="007E5B69">
            <w:r>
              <w:rPr>
                <w:sz w:val="16"/>
              </w:rPr>
              <w:t>0</w:t>
            </w:r>
          </w:p>
        </w:tc>
      </w:tr>
      <w:tr w:rsidR="00F25E9F" w14:paraId="48FD4CCF" w14:textId="77777777" w:rsidTr="00371F5F">
        <w:trPr>
          <w:jc w:val="center"/>
        </w:trPr>
        <w:tc>
          <w:tcPr>
            <w:tcW w:w="993" w:type="dxa"/>
          </w:tcPr>
          <w:p w14:paraId="5E63FADA" w14:textId="77777777" w:rsidR="00F25E9F" w:rsidRDefault="00F25E9F" w:rsidP="007E5B69">
            <w:r>
              <w:rPr>
                <w:sz w:val="16"/>
              </w:rPr>
              <w:t>214</w:t>
            </w:r>
          </w:p>
        </w:tc>
        <w:tc>
          <w:tcPr>
            <w:tcW w:w="3685" w:type="dxa"/>
          </w:tcPr>
          <w:p w14:paraId="3C9B5A8E" w14:textId="77777777" w:rsidR="00F25E9F" w:rsidRPr="00371F5F" w:rsidRDefault="00F25E9F" w:rsidP="007E5B69">
            <w:r w:rsidRPr="00371F5F">
              <w:rPr>
                <w:sz w:val="16"/>
              </w:rPr>
              <w:t xml:space="preserve">Mr.Pixel MSPSDB96V </w:t>
            </w:r>
            <w:r w:rsidRPr="000003D3">
              <w:rPr>
                <w:sz w:val="16"/>
                <w:lang w:val="ru-RU"/>
              </w:rPr>
              <w:t>үшаяқты</w:t>
            </w:r>
            <w:r w:rsidRPr="00371F5F">
              <w:rPr>
                <w:sz w:val="16"/>
              </w:rPr>
              <w:t xml:space="preserve"> </w:t>
            </w:r>
            <w:r w:rsidRPr="000003D3">
              <w:rPr>
                <w:sz w:val="16"/>
                <w:lang w:val="ru-RU"/>
              </w:rPr>
              <w:t>экраны</w:t>
            </w:r>
            <w:r w:rsidRPr="00371F5F">
              <w:rPr>
                <w:sz w:val="16"/>
              </w:rPr>
              <w:t xml:space="preserve">, 70″ × 70″ (1,78 × 1,78 </w:t>
            </w:r>
            <w:r w:rsidRPr="000003D3">
              <w:rPr>
                <w:sz w:val="16"/>
                <w:lang w:val="ru-RU"/>
              </w:rPr>
              <w:t>м</w:t>
            </w:r>
            <w:r w:rsidRPr="00371F5F">
              <w:rPr>
                <w:sz w:val="16"/>
              </w:rPr>
              <w:t>)</w:t>
            </w:r>
          </w:p>
        </w:tc>
        <w:tc>
          <w:tcPr>
            <w:tcW w:w="1696" w:type="dxa"/>
          </w:tcPr>
          <w:p w14:paraId="76B1F8CC" w14:textId="77777777" w:rsidR="00F25E9F" w:rsidRDefault="00F25E9F" w:rsidP="007E5B69">
            <w:r>
              <w:rPr>
                <w:sz w:val="16"/>
              </w:rPr>
              <w:t>241500015016</w:t>
            </w:r>
          </w:p>
        </w:tc>
        <w:tc>
          <w:tcPr>
            <w:tcW w:w="1701" w:type="dxa"/>
          </w:tcPr>
          <w:p w14:paraId="24A2B04F" w14:textId="77777777" w:rsidR="00F25E9F" w:rsidRDefault="00F25E9F" w:rsidP="007E5B69">
            <w:r>
              <w:rPr>
                <w:sz w:val="16"/>
              </w:rPr>
              <w:t>21390</w:t>
            </w:r>
          </w:p>
        </w:tc>
        <w:tc>
          <w:tcPr>
            <w:tcW w:w="1701" w:type="dxa"/>
          </w:tcPr>
          <w:p w14:paraId="10528677" w14:textId="77777777" w:rsidR="00F25E9F" w:rsidRDefault="00F25E9F" w:rsidP="007E5B69">
            <w:r>
              <w:rPr>
                <w:sz w:val="16"/>
              </w:rPr>
              <w:t>0</w:t>
            </w:r>
          </w:p>
        </w:tc>
      </w:tr>
      <w:tr w:rsidR="00F25E9F" w14:paraId="7DDF2FE4" w14:textId="77777777" w:rsidTr="00371F5F">
        <w:trPr>
          <w:jc w:val="center"/>
        </w:trPr>
        <w:tc>
          <w:tcPr>
            <w:tcW w:w="993" w:type="dxa"/>
          </w:tcPr>
          <w:p w14:paraId="38788947" w14:textId="77777777" w:rsidR="00F25E9F" w:rsidRDefault="00F25E9F" w:rsidP="007E5B69">
            <w:r>
              <w:rPr>
                <w:sz w:val="16"/>
              </w:rPr>
              <w:t>215</w:t>
            </w:r>
          </w:p>
        </w:tc>
        <w:tc>
          <w:tcPr>
            <w:tcW w:w="3685" w:type="dxa"/>
          </w:tcPr>
          <w:p w14:paraId="033727BD" w14:textId="77777777" w:rsidR="00F25E9F" w:rsidRDefault="00F25E9F" w:rsidP="007E5B69">
            <w:r>
              <w:rPr>
                <w:sz w:val="16"/>
              </w:rPr>
              <w:t>«Юра» диваны, 3+бұрыш+1</w:t>
            </w:r>
          </w:p>
        </w:tc>
        <w:tc>
          <w:tcPr>
            <w:tcW w:w="1696" w:type="dxa"/>
          </w:tcPr>
          <w:p w14:paraId="6488F952" w14:textId="77777777" w:rsidR="00F25E9F" w:rsidRDefault="00F25E9F" w:rsidP="007E5B69">
            <w:r>
              <w:rPr>
                <w:sz w:val="16"/>
              </w:rPr>
              <w:t>241500014559</w:t>
            </w:r>
          </w:p>
        </w:tc>
        <w:tc>
          <w:tcPr>
            <w:tcW w:w="1701" w:type="dxa"/>
          </w:tcPr>
          <w:p w14:paraId="75D1B70C" w14:textId="77777777" w:rsidR="00F25E9F" w:rsidRDefault="00F25E9F" w:rsidP="007E5B69">
            <w:r>
              <w:rPr>
                <w:sz w:val="16"/>
              </w:rPr>
              <w:t>174465</w:t>
            </w:r>
          </w:p>
        </w:tc>
        <w:tc>
          <w:tcPr>
            <w:tcW w:w="1701" w:type="dxa"/>
          </w:tcPr>
          <w:p w14:paraId="096835A8" w14:textId="77777777" w:rsidR="00F25E9F" w:rsidRDefault="00F25E9F" w:rsidP="007E5B69">
            <w:r>
              <w:rPr>
                <w:sz w:val="16"/>
              </w:rPr>
              <w:t>0</w:t>
            </w:r>
          </w:p>
        </w:tc>
      </w:tr>
      <w:tr w:rsidR="00F25E9F" w14:paraId="7EC4197C" w14:textId="77777777" w:rsidTr="00371F5F">
        <w:trPr>
          <w:jc w:val="center"/>
        </w:trPr>
        <w:tc>
          <w:tcPr>
            <w:tcW w:w="993" w:type="dxa"/>
          </w:tcPr>
          <w:p w14:paraId="763D3111" w14:textId="77777777" w:rsidR="00F25E9F" w:rsidRDefault="00F25E9F" w:rsidP="007E5B69">
            <w:r>
              <w:rPr>
                <w:sz w:val="16"/>
              </w:rPr>
              <w:t>216</w:t>
            </w:r>
          </w:p>
        </w:tc>
        <w:tc>
          <w:tcPr>
            <w:tcW w:w="3685" w:type="dxa"/>
          </w:tcPr>
          <w:p w14:paraId="2490411A" w14:textId="77777777" w:rsidR="00F25E9F" w:rsidRDefault="00F25E9F" w:rsidP="007E5B69">
            <w:r>
              <w:rPr>
                <w:sz w:val="16"/>
              </w:rPr>
              <w:t>HOB ALLEGRO STEEL CHROME LE-A креслосы</w:t>
            </w:r>
          </w:p>
        </w:tc>
        <w:tc>
          <w:tcPr>
            <w:tcW w:w="1696" w:type="dxa"/>
          </w:tcPr>
          <w:p w14:paraId="206B3255" w14:textId="77777777" w:rsidR="00F25E9F" w:rsidRDefault="00F25E9F" w:rsidP="007E5B69">
            <w:r>
              <w:rPr>
                <w:sz w:val="16"/>
              </w:rPr>
              <w:t>241500014565</w:t>
            </w:r>
          </w:p>
        </w:tc>
        <w:tc>
          <w:tcPr>
            <w:tcW w:w="1701" w:type="dxa"/>
          </w:tcPr>
          <w:p w14:paraId="4B76AAB0" w14:textId="77777777" w:rsidR="00F25E9F" w:rsidRDefault="00F25E9F" w:rsidP="007E5B69">
            <w:r>
              <w:rPr>
                <w:sz w:val="16"/>
              </w:rPr>
              <w:t>82400</w:t>
            </w:r>
          </w:p>
        </w:tc>
        <w:tc>
          <w:tcPr>
            <w:tcW w:w="1701" w:type="dxa"/>
          </w:tcPr>
          <w:p w14:paraId="227F0A8A" w14:textId="77777777" w:rsidR="00F25E9F" w:rsidRDefault="00F25E9F" w:rsidP="007E5B69">
            <w:r>
              <w:rPr>
                <w:sz w:val="16"/>
              </w:rPr>
              <w:t>0</w:t>
            </w:r>
          </w:p>
        </w:tc>
      </w:tr>
      <w:tr w:rsidR="00F25E9F" w14:paraId="2415CA74" w14:textId="77777777" w:rsidTr="00371F5F">
        <w:trPr>
          <w:jc w:val="center"/>
        </w:trPr>
        <w:tc>
          <w:tcPr>
            <w:tcW w:w="993" w:type="dxa"/>
          </w:tcPr>
          <w:p w14:paraId="4412A395" w14:textId="77777777" w:rsidR="00F25E9F" w:rsidRDefault="00F25E9F" w:rsidP="007E5B69">
            <w:r>
              <w:rPr>
                <w:sz w:val="16"/>
              </w:rPr>
              <w:t>217</w:t>
            </w:r>
          </w:p>
        </w:tc>
        <w:tc>
          <w:tcPr>
            <w:tcW w:w="3685" w:type="dxa"/>
          </w:tcPr>
          <w:p w14:paraId="1A1A5696" w14:textId="77777777" w:rsidR="00F25E9F" w:rsidRDefault="00F25E9F" w:rsidP="007E5B69">
            <w:r>
              <w:rPr>
                <w:sz w:val="16"/>
              </w:rPr>
              <w:t>Био Про 320 ламинаторы</w:t>
            </w:r>
          </w:p>
        </w:tc>
        <w:tc>
          <w:tcPr>
            <w:tcW w:w="1696" w:type="dxa"/>
          </w:tcPr>
          <w:p w14:paraId="49518096" w14:textId="77777777" w:rsidR="00F25E9F" w:rsidRDefault="00F25E9F" w:rsidP="007E5B69">
            <w:r>
              <w:rPr>
                <w:sz w:val="16"/>
              </w:rPr>
              <w:t>241500014566</w:t>
            </w:r>
          </w:p>
        </w:tc>
        <w:tc>
          <w:tcPr>
            <w:tcW w:w="1701" w:type="dxa"/>
          </w:tcPr>
          <w:p w14:paraId="56BECD96" w14:textId="77777777" w:rsidR="00F25E9F" w:rsidRDefault="00F25E9F" w:rsidP="007E5B69">
            <w:r>
              <w:rPr>
                <w:sz w:val="16"/>
              </w:rPr>
              <w:t>85000</w:t>
            </w:r>
          </w:p>
        </w:tc>
        <w:tc>
          <w:tcPr>
            <w:tcW w:w="1701" w:type="dxa"/>
          </w:tcPr>
          <w:p w14:paraId="70E1DE30" w14:textId="77777777" w:rsidR="00F25E9F" w:rsidRDefault="00F25E9F" w:rsidP="007E5B69">
            <w:r>
              <w:rPr>
                <w:sz w:val="16"/>
              </w:rPr>
              <w:t>0</w:t>
            </w:r>
          </w:p>
        </w:tc>
      </w:tr>
      <w:tr w:rsidR="00F25E9F" w14:paraId="10D8E629" w14:textId="77777777" w:rsidTr="00371F5F">
        <w:trPr>
          <w:jc w:val="center"/>
        </w:trPr>
        <w:tc>
          <w:tcPr>
            <w:tcW w:w="993" w:type="dxa"/>
          </w:tcPr>
          <w:p w14:paraId="73049715" w14:textId="77777777" w:rsidR="00F25E9F" w:rsidRDefault="00F25E9F" w:rsidP="007E5B69">
            <w:r>
              <w:rPr>
                <w:sz w:val="16"/>
              </w:rPr>
              <w:t>218</w:t>
            </w:r>
          </w:p>
        </w:tc>
        <w:tc>
          <w:tcPr>
            <w:tcW w:w="3685" w:type="dxa"/>
          </w:tcPr>
          <w:p w14:paraId="122503C2" w14:textId="77777777" w:rsidR="00F25E9F" w:rsidRDefault="00F25E9F" w:rsidP="007E5B69">
            <w:r>
              <w:rPr>
                <w:sz w:val="16"/>
              </w:rPr>
              <w:t>LG IPS234V-PN 23 монитор, қара, 1920×1080, 250 кд/м², DC5M:1, H:178/V:178, 5 мс, D-Sub, DVI, HDMI, Audio out</w:t>
            </w:r>
          </w:p>
        </w:tc>
        <w:tc>
          <w:tcPr>
            <w:tcW w:w="1696" w:type="dxa"/>
          </w:tcPr>
          <w:p w14:paraId="7B2A5696" w14:textId="77777777" w:rsidR="00F25E9F" w:rsidRDefault="00F25E9F" w:rsidP="007E5B69">
            <w:r>
              <w:rPr>
                <w:sz w:val="16"/>
              </w:rPr>
              <w:t>241500014567</w:t>
            </w:r>
          </w:p>
        </w:tc>
        <w:tc>
          <w:tcPr>
            <w:tcW w:w="1701" w:type="dxa"/>
          </w:tcPr>
          <w:p w14:paraId="2248B374" w14:textId="77777777" w:rsidR="00F25E9F" w:rsidRDefault="00F25E9F" w:rsidP="007E5B69">
            <w:r>
              <w:rPr>
                <w:sz w:val="16"/>
              </w:rPr>
              <w:t>39750</w:t>
            </w:r>
          </w:p>
        </w:tc>
        <w:tc>
          <w:tcPr>
            <w:tcW w:w="1701" w:type="dxa"/>
          </w:tcPr>
          <w:p w14:paraId="5A191F76" w14:textId="77777777" w:rsidR="00F25E9F" w:rsidRDefault="00F25E9F" w:rsidP="007E5B69">
            <w:r>
              <w:rPr>
                <w:sz w:val="16"/>
              </w:rPr>
              <w:t>0</w:t>
            </w:r>
          </w:p>
        </w:tc>
      </w:tr>
      <w:tr w:rsidR="00F25E9F" w14:paraId="6481B2A0" w14:textId="77777777" w:rsidTr="00371F5F">
        <w:trPr>
          <w:jc w:val="center"/>
        </w:trPr>
        <w:tc>
          <w:tcPr>
            <w:tcW w:w="993" w:type="dxa"/>
          </w:tcPr>
          <w:p w14:paraId="6C0262C5" w14:textId="77777777" w:rsidR="00F25E9F" w:rsidRDefault="00F25E9F" w:rsidP="007E5B69">
            <w:r>
              <w:rPr>
                <w:sz w:val="16"/>
              </w:rPr>
              <w:t>219</w:t>
            </w:r>
          </w:p>
        </w:tc>
        <w:tc>
          <w:tcPr>
            <w:tcW w:w="3685" w:type="dxa"/>
          </w:tcPr>
          <w:p w14:paraId="32942264" w14:textId="77777777" w:rsidR="00F25E9F" w:rsidRDefault="00F25E9F" w:rsidP="007E5B69">
            <w:r>
              <w:rPr>
                <w:sz w:val="16"/>
              </w:rPr>
              <w:t xml:space="preserve">LG 22EA53T-P 21,5 монитор, қара, IPS, 1920×1080@60, 250 кд/м², 5000000:1, </w:t>
            </w:r>
            <w:r>
              <w:rPr>
                <w:sz w:val="16"/>
              </w:rPr>
              <w:lastRenderedPageBreak/>
              <w:t>H:178/V:178, 5 мс, D-Sub, DVI</w:t>
            </w:r>
          </w:p>
        </w:tc>
        <w:tc>
          <w:tcPr>
            <w:tcW w:w="1696" w:type="dxa"/>
          </w:tcPr>
          <w:p w14:paraId="08372978" w14:textId="77777777" w:rsidR="00F25E9F" w:rsidRDefault="00F25E9F" w:rsidP="007E5B69">
            <w:r>
              <w:rPr>
                <w:sz w:val="16"/>
              </w:rPr>
              <w:lastRenderedPageBreak/>
              <w:t>241500014568</w:t>
            </w:r>
          </w:p>
        </w:tc>
        <w:tc>
          <w:tcPr>
            <w:tcW w:w="1701" w:type="dxa"/>
          </w:tcPr>
          <w:p w14:paraId="473E8D7A" w14:textId="77777777" w:rsidR="00F25E9F" w:rsidRDefault="00F25E9F" w:rsidP="007E5B69">
            <w:r>
              <w:rPr>
                <w:sz w:val="16"/>
              </w:rPr>
              <w:t>31990</w:t>
            </w:r>
          </w:p>
        </w:tc>
        <w:tc>
          <w:tcPr>
            <w:tcW w:w="1701" w:type="dxa"/>
          </w:tcPr>
          <w:p w14:paraId="45C65397" w14:textId="77777777" w:rsidR="00F25E9F" w:rsidRDefault="00F25E9F" w:rsidP="007E5B69">
            <w:r>
              <w:rPr>
                <w:sz w:val="16"/>
              </w:rPr>
              <w:t>0</w:t>
            </w:r>
          </w:p>
        </w:tc>
      </w:tr>
      <w:tr w:rsidR="00F25E9F" w14:paraId="3EED67C7" w14:textId="77777777" w:rsidTr="00371F5F">
        <w:trPr>
          <w:jc w:val="center"/>
        </w:trPr>
        <w:tc>
          <w:tcPr>
            <w:tcW w:w="993" w:type="dxa"/>
          </w:tcPr>
          <w:p w14:paraId="5EAE9E1B" w14:textId="77777777" w:rsidR="00F25E9F" w:rsidRDefault="00F25E9F" w:rsidP="007E5B69">
            <w:r>
              <w:rPr>
                <w:sz w:val="16"/>
              </w:rPr>
              <w:lastRenderedPageBreak/>
              <w:t>220</w:t>
            </w:r>
          </w:p>
        </w:tc>
        <w:tc>
          <w:tcPr>
            <w:tcW w:w="3685" w:type="dxa"/>
          </w:tcPr>
          <w:p w14:paraId="6BF466EB" w14:textId="77777777" w:rsidR="00F25E9F" w:rsidRDefault="00F25E9F" w:rsidP="007E5B69">
            <w:r>
              <w:rPr>
                <w:sz w:val="16"/>
              </w:rPr>
              <w:t>Canon i-Sensys MF-3010 A4 көпфункциялы құрылғысы, басып шығару 1200×600 dpi, 18 бет/мин, сканерлеу 600×600 dpi, USB 2.0</w:t>
            </w:r>
          </w:p>
        </w:tc>
        <w:tc>
          <w:tcPr>
            <w:tcW w:w="1696" w:type="dxa"/>
          </w:tcPr>
          <w:p w14:paraId="6F76108F" w14:textId="77777777" w:rsidR="00F25E9F" w:rsidRDefault="00F25E9F" w:rsidP="007E5B69">
            <w:r>
              <w:rPr>
                <w:sz w:val="16"/>
              </w:rPr>
              <w:t>241500014569</w:t>
            </w:r>
          </w:p>
        </w:tc>
        <w:tc>
          <w:tcPr>
            <w:tcW w:w="1701" w:type="dxa"/>
          </w:tcPr>
          <w:p w14:paraId="1F662F65" w14:textId="77777777" w:rsidR="00F25E9F" w:rsidRDefault="00F25E9F" w:rsidP="007E5B69">
            <w:r>
              <w:rPr>
                <w:sz w:val="16"/>
              </w:rPr>
              <w:t>36500</w:t>
            </w:r>
          </w:p>
        </w:tc>
        <w:tc>
          <w:tcPr>
            <w:tcW w:w="1701" w:type="dxa"/>
          </w:tcPr>
          <w:p w14:paraId="2E34E978" w14:textId="77777777" w:rsidR="00F25E9F" w:rsidRDefault="00F25E9F" w:rsidP="007E5B69">
            <w:r>
              <w:rPr>
                <w:sz w:val="16"/>
              </w:rPr>
              <w:t>0</w:t>
            </w:r>
          </w:p>
        </w:tc>
      </w:tr>
      <w:tr w:rsidR="00F25E9F" w14:paraId="4A2D83CF" w14:textId="77777777" w:rsidTr="00371F5F">
        <w:trPr>
          <w:jc w:val="center"/>
        </w:trPr>
        <w:tc>
          <w:tcPr>
            <w:tcW w:w="993" w:type="dxa"/>
          </w:tcPr>
          <w:p w14:paraId="34B30633" w14:textId="77777777" w:rsidR="00F25E9F" w:rsidRDefault="00F25E9F" w:rsidP="007E5B69">
            <w:r>
              <w:rPr>
                <w:sz w:val="16"/>
              </w:rPr>
              <w:t>221</w:t>
            </w:r>
          </w:p>
        </w:tc>
        <w:tc>
          <w:tcPr>
            <w:tcW w:w="3685" w:type="dxa"/>
          </w:tcPr>
          <w:p w14:paraId="5301A240" w14:textId="77777777" w:rsidR="00F25E9F" w:rsidRPr="000003D3" w:rsidRDefault="00F25E9F" w:rsidP="007E5B69">
            <w:pPr>
              <w:rPr>
                <w:lang w:val="ru-RU"/>
              </w:rPr>
            </w:pPr>
            <w:r w:rsidRPr="000003D3">
              <w:rPr>
                <w:sz w:val="16"/>
                <w:lang w:val="ru-RU"/>
              </w:rPr>
              <w:t>Компьютер (жиынтықта пернетақта, тінтуі</w:t>
            </w:r>
            <w:proofErr w:type="gramStart"/>
            <w:r w:rsidRPr="000003D3">
              <w:rPr>
                <w:sz w:val="16"/>
                <w:lang w:val="ru-RU"/>
              </w:rPr>
              <w:t>р</w:t>
            </w:r>
            <w:proofErr w:type="gramEnd"/>
            <w:r w:rsidRPr="000003D3">
              <w:rPr>
                <w:sz w:val="16"/>
                <w:lang w:val="ru-RU"/>
              </w:rPr>
              <w:t>, процессор)</w:t>
            </w:r>
          </w:p>
        </w:tc>
        <w:tc>
          <w:tcPr>
            <w:tcW w:w="1696" w:type="dxa"/>
          </w:tcPr>
          <w:p w14:paraId="07667171" w14:textId="77777777" w:rsidR="00F25E9F" w:rsidRDefault="00F25E9F" w:rsidP="007E5B69">
            <w:r>
              <w:rPr>
                <w:sz w:val="16"/>
              </w:rPr>
              <w:t>241300000105</w:t>
            </w:r>
          </w:p>
        </w:tc>
        <w:tc>
          <w:tcPr>
            <w:tcW w:w="1701" w:type="dxa"/>
          </w:tcPr>
          <w:p w14:paraId="001ABE11" w14:textId="77777777" w:rsidR="00F25E9F" w:rsidRDefault="00F25E9F" w:rsidP="007E5B69">
            <w:r>
              <w:rPr>
                <w:sz w:val="16"/>
              </w:rPr>
              <w:t>6000</w:t>
            </w:r>
          </w:p>
        </w:tc>
        <w:tc>
          <w:tcPr>
            <w:tcW w:w="1701" w:type="dxa"/>
          </w:tcPr>
          <w:p w14:paraId="1CFA5221" w14:textId="77777777" w:rsidR="00F25E9F" w:rsidRDefault="00F25E9F" w:rsidP="007E5B69">
            <w:r>
              <w:rPr>
                <w:sz w:val="16"/>
              </w:rPr>
              <w:t>0</w:t>
            </w:r>
          </w:p>
        </w:tc>
      </w:tr>
      <w:tr w:rsidR="00F25E9F" w14:paraId="460CEBFE" w14:textId="77777777" w:rsidTr="00371F5F">
        <w:trPr>
          <w:jc w:val="center"/>
        </w:trPr>
        <w:tc>
          <w:tcPr>
            <w:tcW w:w="993" w:type="dxa"/>
          </w:tcPr>
          <w:p w14:paraId="4F26752D" w14:textId="77777777" w:rsidR="00F25E9F" w:rsidRDefault="00F25E9F" w:rsidP="007E5B69">
            <w:r>
              <w:rPr>
                <w:sz w:val="16"/>
              </w:rPr>
              <w:t>222</w:t>
            </w:r>
          </w:p>
        </w:tc>
        <w:tc>
          <w:tcPr>
            <w:tcW w:w="3685" w:type="dxa"/>
          </w:tcPr>
          <w:p w14:paraId="116A20C2" w14:textId="77777777" w:rsidR="00F25E9F" w:rsidRDefault="00F25E9F" w:rsidP="007E5B69">
            <w:r>
              <w:rPr>
                <w:sz w:val="16"/>
              </w:rPr>
              <w:t>Кресло</w:t>
            </w:r>
          </w:p>
        </w:tc>
        <w:tc>
          <w:tcPr>
            <w:tcW w:w="1696" w:type="dxa"/>
          </w:tcPr>
          <w:p w14:paraId="13528A85" w14:textId="77777777" w:rsidR="00F25E9F" w:rsidRDefault="00F25E9F" w:rsidP="007E5B69">
            <w:r>
              <w:rPr>
                <w:sz w:val="16"/>
              </w:rPr>
              <w:t>241300000118</w:t>
            </w:r>
          </w:p>
        </w:tc>
        <w:tc>
          <w:tcPr>
            <w:tcW w:w="1701" w:type="dxa"/>
          </w:tcPr>
          <w:p w14:paraId="6098DE04" w14:textId="77777777" w:rsidR="00F25E9F" w:rsidRDefault="00F25E9F" w:rsidP="007E5B69">
            <w:r>
              <w:rPr>
                <w:sz w:val="16"/>
              </w:rPr>
              <w:t>20000</w:t>
            </w:r>
          </w:p>
        </w:tc>
        <w:tc>
          <w:tcPr>
            <w:tcW w:w="1701" w:type="dxa"/>
          </w:tcPr>
          <w:p w14:paraId="638A2727" w14:textId="77777777" w:rsidR="00F25E9F" w:rsidRDefault="00F25E9F" w:rsidP="007E5B69">
            <w:r>
              <w:rPr>
                <w:sz w:val="16"/>
              </w:rPr>
              <w:t>0</w:t>
            </w:r>
          </w:p>
        </w:tc>
      </w:tr>
      <w:tr w:rsidR="00F25E9F" w14:paraId="0F14BC6F" w14:textId="77777777" w:rsidTr="00371F5F">
        <w:trPr>
          <w:jc w:val="center"/>
        </w:trPr>
        <w:tc>
          <w:tcPr>
            <w:tcW w:w="993" w:type="dxa"/>
          </w:tcPr>
          <w:p w14:paraId="78C64D88" w14:textId="77777777" w:rsidR="00F25E9F" w:rsidRDefault="00F25E9F" w:rsidP="007E5B69">
            <w:r>
              <w:rPr>
                <w:sz w:val="16"/>
              </w:rPr>
              <w:t>223</w:t>
            </w:r>
          </w:p>
        </w:tc>
        <w:tc>
          <w:tcPr>
            <w:tcW w:w="3685" w:type="dxa"/>
          </w:tcPr>
          <w:p w14:paraId="6A994793" w14:textId="77777777" w:rsidR="00F25E9F" w:rsidRDefault="00F25E9F" w:rsidP="007E5B69">
            <w:r>
              <w:rPr>
                <w:sz w:val="16"/>
              </w:rPr>
              <w:t>Механикалық гильотина</w:t>
            </w:r>
          </w:p>
        </w:tc>
        <w:tc>
          <w:tcPr>
            <w:tcW w:w="1696" w:type="dxa"/>
          </w:tcPr>
          <w:p w14:paraId="7CABACFF" w14:textId="77777777" w:rsidR="00F25E9F" w:rsidRDefault="00F25E9F" w:rsidP="007E5B69">
            <w:r>
              <w:rPr>
                <w:sz w:val="16"/>
              </w:rPr>
              <w:t>241300000119</w:t>
            </w:r>
          </w:p>
        </w:tc>
        <w:tc>
          <w:tcPr>
            <w:tcW w:w="1701" w:type="dxa"/>
          </w:tcPr>
          <w:p w14:paraId="6118B709" w14:textId="77777777" w:rsidR="00F25E9F" w:rsidRDefault="00F25E9F" w:rsidP="007E5B69">
            <w:r>
              <w:rPr>
                <w:sz w:val="16"/>
              </w:rPr>
              <w:t>500000</w:t>
            </w:r>
          </w:p>
        </w:tc>
        <w:tc>
          <w:tcPr>
            <w:tcW w:w="1701" w:type="dxa"/>
          </w:tcPr>
          <w:p w14:paraId="0C32AC9D" w14:textId="77777777" w:rsidR="00F25E9F" w:rsidRDefault="00F25E9F" w:rsidP="007E5B69">
            <w:r>
              <w:rPr>
                <w:sz w:val="16"/>
              </w:rPr>
              <w:t>0</w:t>
            </w:r>
          </w:p>
        </w:tc>
      </w:tr>
      <w:tr w:rsidR="00F25E9F" w14:paraId="614BF013" w14:textId="77777777" w:rsidTr="00371F5F">
        <w:trPr>
          <w:jc w:val="center"/>
        </w:trPr>
        <w:tc>
          <w:tcPr>
            <w:tcW w:w="993" w:type="dxa"/>
          </w:tcPr>
          <w:p w14:paraId="298DA70C" w14:textId="77777777" w:rsidR="00F25E9F" w:rsidRDefault="00F25E9F" w:rsidP="007E5B69">
            <w:r>
              <w:rPr>
                <w:sz w:val="16"/>
              </w:rPr>
              <w:t>224</w:t>
            </w:r>
          </w:p>
        </w:tc>
        <w:tc>
          <w:tcPr>
            <w:tcW w:w="3685" w:type="dxa"/>
          </w:tcPr>
          <w:p w14:paraId="3A4E3E18" w14:textId="77777777" w:rsidR="00F25E9F" w:rsidRDefault="00F25E9F" w:rsidP="007E5B69">
            <w:r>
              <w:rPr>
                <w:sz w:val="16"/>
              </w:rPr>
              <w:t>Термиялық желімдеу машинасы</w:t>
            </w:r>
          </w:p>
        </w:tc>
        <w:tc>
          <w:tcPr>
            <w:tcW w:w="1696" w:type="dxa"/>
          </w:tcPr>
          <w:p w14:paraId="2B2E7ACD" w14:textId="77777777" w:rsidR="00F25E9F" w:rsidRDefault="00F25E9F" w:rsidP="007E5B69">
            <w:r>
              <w:rPr>
                <w:sz w:val="16"/>
              </w:rPr>
              <w:t>241300000121</w:t>
            </w:r>
          </w:p>
        </w:tc>
        <w:tc>
          <w:tcPr>
            <w:tcW w:w="1701" w:type="dxa"/>
          </w:tcPr>
          <w:p w14:paraId="3129C5E4" w14:textId="77777777" w:rsidR="00F25E9F" w:rsidRDefault="00F25E9F" w:rsidP="007E5B69">
            <w:r>
              <w:rPr>
                <w:sz w:val="16"/>
              </w:rPr>
              <w:t>850000</w:t>
            </w:r>
          </w:p>
        </w:tc>
        <w:tc>
          <w:tcPr>
            <w:tcW w:w="1701" w:type="dxa"/>
          </w:tcPr>
          <w:p w14:paraId="2A99973E" w14:textId="77777777" w:rsidR="00F25E9F" w:rsidRDefault="00F25E9F" w:rsidP="007E5B69">
            <w:r>
              <w:rPr>
                <w:sz w:val="16"/>
              </w:rPr>
              <w:t>0</w:t>
            </w:r>
          </w:p>
        </w:tc>
      </w:tr>
      <w:tr w:rsidR="00F25E9F" w14:paraId="0BFC06BA" w14:textId="77777777" w:rsidTr="00371F5F">
        <w:trPr>
          <w:jc w:val="center"/>
        </w:trPr>
        <w:tc>
          <w:tcPr>
            <w:tcW w:w="993" w:type="dxa"/>
          </w:tcPr>
          <w:p w14:paraId="3945FED7" w14:textId="77777777" w:rsidR="00F25E9F" w:rsidRDefault="00F25E9F" w:rsidP="007E5B69">
            <w:r>
              <w:rPr>
                <w:sz w:val="16"/>
              </w:rPr>
              <w:t>225</w:t>
            </w:r>
          </w:p>
        </w:tc>
        <w:tc>
          <w:tcPr>
            <w:tcW w:w="3685" w:type="dxa"/>
          </w:tcPr>
          <w:p w14:paraId="4D4E5433" w14:textId="77777777" w:rsidR="00F25E9F" w:rsidRPr="000003D3" w:rsidRDefault="00F25E9F" w:rsidP="007E5B69">
            <w:pPr>
              <w:rPr>
                <w:lang w:val="ru-RU"/>
              </w:rPr>
            </w:pPr>
            <w:r w:rsidRPr="000003D3">
              <w:rPr>
                <w:sz w:val="16"/>
                <w:lang w:val="ru-RU"/>
              </w:rPr>
              <w:t>K-537 аналогтық түрлі тү</w:t>
            </w:r>
            <w:proofErr w:type="gramStart"/>
            <w:r w:rsidRPr="000003D3">
              <w:rPr>
                <w:sz w:val="16"/>
                <w:lang w:val="ru-RU"/>
              </w:rPr>
              <w:t>ст</w:t>
            </w:r>
            <w:proofErr w:type="gramEnd"/>
            <w:r w:rsidRPr="000003D3">
              <w:rPr>
                <w:sz w:val="16"/>
                <w:lang w:val="ru-RU"/>
              </w:rPr>
              <w:t>і камералары, 2 Мп</w:t>
            </w:r>
          </w:p>
        </w:tc>
        <w:tc>
          <w:tcPr>
            <w:tcW w:w="1696" w:type="dxa"/>
          </w:tcPr>
          <w:p w14:paraId="2D12955A" w14:textId="77777777" w:rsidR="00F25E9F" w:rsidRDefault="00F25E9F" w:rsidP="007E5B69">
            <w:r>
              <w:rPr>
                <w:sz w:val="16"/>
              </w:rPr>
              <w:t>241300000217</w:t>
            </w:r>
          </w:p>
        </w:tc>
        <w:tc>
          <w:tcPr>
            <w:tcW w:w="1701" w:type="dxa"/>
          </w:tcPr>
          <w:p w14:paraId="3CF85930" w14:textId="77777777" w:rsidR="00F25E9F" w:rsidRDefault="00F25E9F" w:rsidP="007E5B69">
            <w:r>
              <w:rPr>
                <w:sz w:val="16"/>
              </w:rPr>
              <w:t>1</w:t>
            </w:r>
          </w:p>
        </w:tc>
        <w:tc>
          <w:tcPr>
            <w:tcW w:w="1701" w:type="dxa"/>
          </w:tcPr>
          <w:p w14:paraId="1E8268D2" w14:textId="77777777" w:rsidR="00F25E9F" w:rsidRDefault="00F25E9F" w:rsidP="007E5B69">
            <w:r>
              <w:rPr>
                <w:sz w:val="16"/>
              </w:rPr>
              <w:t>0</w:t>
            </w:r>
          </w:p>
        </w:tc>
      </w:tr>
      <w:tr w:rsidR="00F25E9F" w14:paraId="0D9EDE4F" w14:textId="77777777" w:rsidTr="00371F5F">
        <w:trPr>
          <w:jc w:val="center"/>
        </w:trPr>
        <w:tc>
          <w:tcPr>
            <w:tcW w:w="993" w:type="dxa"/>
          </w:tcPr>
          <w:p w14:paraId="5E9AB727" w14:textId="77777777" w:rsidR="00F25E9F" w:rsidRDefault="00F25E9F" w:rsidP="007E5B69">
            <w:r>
              <w:rPr>
                <w:sz w:val="16"/>
              </w:rPr>
              <w:t>226</w:t>
            </w:r>
          </w:p>
        </w:tc>
        <w:tc>
          <w:tcPr>
            <w:tcW w:w="3685" w:type="dxa"/>
          </w:tcPr>
          <w:p w14:paraId="70714C19" w14:textId="77777777" w:rsidR="00F25E9F" w:rsidRPr="000003D3" w:rsidRDefault="00F25E9F" w:rsidP="007E5B69">
            <w:pPr>
              <w:rPr>
                <w:lang w:val="ru-RU"/>
              </w:rPr>
            </w:pPr>
            <w:r w:rsidRPr="000003D3">
              <w:rPr>
                <w:sz w:val="16"/>
                <w:lang w:val="ru-RU"/>
              </w:rPr>
              <w:t>K-537 аналогтық түрлі тү</w:t>
            </w:r>
            <w:proofErr w:type="gramStart"/>
            <w:r w:rsidRPr="000003D3">
              <w:rPr>
                <w:sz w:val="16"/>
                <w:lang w:val="ru-RU"/>
              </w:rPr>
              <w:t>ст</w:t>
            </w:r>
            <w:proofErr w:type="gramEnd"/>
            <w:r w:rsidRPr="000003D3">
              <w:rPr>
                <w:sz w:val="16"/>
                <w:lang w:val="ru-RU"/>
              </w:rPr>
              <w:t>і камералары, 2 Мп</w:t>
            </w:r>
          </w:p>
        </w:tc>
        <w:tc>
          <w:tcPr>
            <w:tcW w:w="1696" w:type="dxa"/>
          </w:tcPr>
          <w:p w14:paraId="0F8F0626" w14:textId="77777777" w:rsidR="00F25E9F" w:rsidRDefault="00F25E9F" w:rsidP="007E5B69">
            <w:r>
              <w:rPr>
                <w:sz w:val="16"/>
              </w:rPr>
              <w:t>241300000218</w:t>
            </w:r>
          </w:p>
        </w:tc>
        <w:tc>
          <w:tcPr>
            <w:tcW w:w="1701" w:type="dxa"/>
          </w:tcPr>
          <w:p w14:paraId="7CEB90A8" w14:textId="77777777" w:rsidR="00F25E9F" w:rsidRDefault="00F25E9F" w:rsidP="007E5B69">
            <w:r>
              <w:rPr>
                <w:sz w:val="16"/>
              </w:rPr>
              <w:t>1</w:t>
            </w:r>
          </w:p>
        </w:tc>
        <w:tc>
          <w:tcPr>
            <w:tcW w:w="1701" w:type="dxa"/>
          </w:tcPr>
          <w:p w14:paraId="7419675A" w14:textId="77777777" w:rsidR="00F25E9F" w:rsidRDefault="00F25E9F" w:rsidP="007E5B69">
            <w:r>
              <w:rPr>
                <w:sz w:val="16"/>
              </w:rPr>
              <w:t>0</w:t>
            </w:r>
          </w:p>
        </w:tc>
      </w:tr>
      <w:tr w:rsidR="00F25E9F" w14:paraId="3DC77745" w14:textId="77777777" w:rsidTr="00371F5F">
        <w:trPr>
          <w:jc w:val="center"/>
        </w:trPr>
        <w:tc>
          <w:tcPr>
            <w:tcW w:w="993" w:type="dxa"/>
          </w:tcPr>
          <w:p w14:paraId="22C344DB" w14:textId="77777777" w:rsidR="00F25E9F" w:rsidRDefault="00F25E9F" w:rsidP="007E5B69">
            <w:r>
              <w:rPr>
                <w:sz w:val="16"/>
              </w:rPr>
              <w:t>227</w:t>
            </w:r>
          </w:p>
        </w:tc>
        <w:tc>
          <w:tcPr>
            <w:tcW w:w="3685" w:type="dxa"/>
          </w:tcPr>
          <w:p w14:paraId="38355C54" w14:textId="77777777" w:rsidR="00F25E9F" w:rsidRPr="00371F5F" w:rsidRDefault="00F25E9F" w:rsidP="007E5B69">
            <w:r w:rsidRPr="000003D3">
              <w:rPr>
                <w:sz w:val="16"/>
                <w:lang w:val="ru-RU"/>
              </w:rPr>
              <w:t>Жиынтықтағы</w:t>
            </w:r>
            <w:r w:rsidRPr="00371F5F">
              <w:rPr>
                <w:sz w:val="16"/>
              </w:rPr>
              <w:t xml:space="preserve"> </w:t>
            </w:r>
            <w:r w:rsidRPr="000003D3">
              <w:rPr>
                <w:sz w:val="16"/>
                <w:lang w:val="ru-RU"/>
              </w:rPr>
              <w:t>компьютер</w:t>
            </w:r>
            <w:r w:rsidRPr="00371F5F">
              <w:rPr>
                <w:sz w:val="16"/>
              </w:rPr>
              <w:t xml:space="preserve"> (Aser </w:t>
            </w:r>
            <w:r w:rsidRPr="000003D3">
              <w:rPr>
                <w:sz w:val="16"/>
                <w:lang w:val="ru-RU"/>
              </w:rPr>
              <w:t>мониторы</w:t>
            </w:r>
            <w:r w:rsidRPr="00371F5F">
              <w:rPr>
                <w:sz w:val="16"/>
              </w:rPr>
              <w:t xml:space="preserve">, Delux </w:t>
            </w:r>
            <w:r w:rsidRPr="000003D3">
              <w:rPr>
                <w:sz w:val="16"/>
                <w:lang w:val="ru-RU"/>
              </w:rPr>
              <w:t>процессоры</w:t>
            </w:r>
            <w:r w:rsidRPr="00371F5F">
              <w:rPr>
                <w:sz w:val="16"/>
              </w:rPr>
              <w:t xml:space="preserve">, Defender </w:t>
            </w:r>
            <w:r w:rsidRPr="000003D3">
              <w:rPr>
                <w:sz w:val="16"/>
                <w:lang w:val="ru-RU"/>
              </w:rPr>
              <w:t>пернетақтасы</w:t>
            </w:r>
            <w:r w:rsidRPr="00371F5F">
              <w:rPr>
                <w:sz w:val="16"/>
              </w:rPr>
              <w:t xml:space="preserve">, Defender </w:t>
            </w:r>
            <w:r w:rsidRPr="000003D3">
              <w:rPr>
                <w:sz w:val="16"/>
                <w:lang w:val="ru-RU"/>
              </w:rPr>
              <w:t>тінтуі</w:t>
            </w:r>
            <w:proofErr w:type="gramStart"/>
            <w:r w:rsidRPr="000003D3">
              <w:rPr>
                <w:sz w:val="16"/>
                <w:lang w:val="ru-RU"/>
              </w:rPr>
              <w:t>р</w:t>
            </w:r>
            <w:proofErr w:type="gramEnd"/>
            <w:r w:rsidRPr="000003D3">
              <w:rPr>
                <w:sz w:val="16"/>
                <w:lang w:val="ru-RU"/>
              </w:rPr>
              <w:t>і</w:t>
            </w:r>
            <w:r w:rsidRPr="00371F5F">
              <w:rPr>
                <w:sz w:val="16"/>
              </w:rPr>
              <w:t>)</w:t>
            </w:r>
          </w:p>
        </w:tc>
        <w:tc>
          <w:tcPr>
            <w:tcW w:w="1696" w:type="dxa"/>
          </w:tcPr>
          <w:p w14:paraId="60FDCC71" w14:textId="77777777" w:rsidR="00F25E9F" w:rsidRDefault="00F25E9F" w:rsidP="007E5B69">
            <w:r>
              <w:rPr>
                <w:sz w:val="16"/>
              </w:rPr>
              <w:t>241300000157</w:t>
            </w:r>
          </w:p>
        </w:tc>
        <w:tc>
          <w:tcPr>
            <w:tcW w:w="1701" w:type="dxa"/>
          </w:tcPr>
          <w:p w14:paraId="0398F048" w14:textId="77777777" w:rsidR="00F25E9F" w:rsidRDefault="00F25E9F" w:rsidP="007E5B69">
            <w:r>
              <w:rPr>
                <w:sz w:val="16"/>
              </w:rPr>
              <w:t>107520</w:t>
            </w:r>
          </w:p>
        </w:tc>
        <w:tc>
          <w:tcPr>
            <w:tcW w:w="1701" w:type="dxa"/>
          </w:tcPr>
          <w:p w14:paraId="1D46BCD8" w14:textId="77777777" w:rsidR="00F25E9F" w:rsidRDefault="00F25E9F" w:rsidP="007E5B69">
            <w:r>
              <w:rPr>
                <w:sz w:val="16"/>
              </w:rPr>
              <w:t>0</w:t>
            </w:r>
          </w:p>
        </w:tc>
      </w:tr>
      <w:tr w:rsidR="00F25E9F" w14:paraId="3BDCCA6F" w14:textId="77777777" w:rsidTr="00371F5F">
        <w:trPr>
          <w:jc w:val="center"/>
        </w:trPr>
        <w:tc>
          <w:tcPr>
            <w:tcW w:w="993" w:type="dxa"/>
          </w:tcPr>
          <w:p w14:paraId="283772E0" w14:textId="77777777" w:rsidR="00F25E9F" w:rsidRDefault="00F25E9F" w:rsidP="007E5B69">
            <w:r>
              <w:rPr>
                <w:sz w:val="16"/>
              </w:rPr>
              <w:t>228</w:t>
            </w:r>
          </w:p>
        </w:tc>
        <w:tc>
          <w:tcPr>
            <w:tcW w:w="3685" w:type="dxa"/>
          </w:tcPr>
          <w:p w14:paraId="723EC8EC" w14:textId="77777777" w:rsidR="00F25E9F" w:rsidRDefault="00F25E9F" w:rsidP="007E5B69">
            <w:r>
              <w:rPr>
                <w:sz w:val="16"/>
              </w:rPr>
              <w:t>Warroir Wire 21150 түптеу машинасы</w:t>
            </w:r>
          </w:p>
        </w:tc>
        <w:tc>
          <w:tcPr>
            <w:tcW w:w="1696" w:type="dxa"/>
          </w:tcPr>
          <w:p w14:paraId="6E80BA23" w14:textId="77777777" w:rsidR="00F25E9F" w:rsidRDefault="00F25E9F" w:rsidP="007E5B69">
            <w:r>
              <w:rPr>
                <w:sz w:val="16"/>
              </w:rPr>
              <w:t>241500014558</w:t>
            </w:r>
          </w:p>
        </w:tc>
        <w:tc>
          <w:tcPr>
            <w:tcW w:w="1701" w:type="dxa"/>
          </w:tcPr>
          <w:p w14:paraId="5B71BC3C" w14:textId="77777777" w:rsidR="00F25E9F" w:rsidRDefault="00F25E9F" w:rsidP="007E5B69">
            <w:r>
              <w:rPr>
                <w:sz w:val="16"/>
              </w:rPr>
              <w:t>107890</w:t>
            </w:r>
          </w:p>
        </w:tc>
        <w:tc>
          <w:tcPr>
            <w:tcW w:w="1701" w:type="dxa"/>
          </w:tcPr>
          <w:p w14:paraId="354F3CD0" w14:textId="77777777" w:rsidR="00F25E9F" w:rsidRDefault="00F25E9F" w:rsidP="007E5B69">
            <w:r>
              <w:rPr>
                <w:sz w:val="16"/>
              </w:rPr>
              <w:t>0</w:t>
            </w:r>
          </w:p>
        </w:tc>
      </w:tr>
      <w:tr w:rsidR="00F25E9F" w14:paraId="557D31E0" w14:textId="77777777" w:rsidTr="00371F5F">
        <w:trPr>
          <w:jc w:val="center"/>
        </w:trPr>
        <w:tc>
          <w:tcPr>
            <w:tcW w:w="993" w:type="dxa"/>
          </w:tcPr>
          <w:p w14:paraId="204EDA1F" w14:textId="77777777" w:rsidR="00F25E9F" w:rsidRDefault="00F25E9F" w:rsidP="007E5B69">
            <w:r>
              <w:rPr>
                <w:sz w:val="16"/>
              </w:rPr>
              <w:t>229</w:t>
            </w:r>
          </w:p>
        </w:tc>
        <w:tc>
          <w:tcPr>
            <w:tcW w:w="3685" w:type="dxa"/>
          </w:tcPr>
          <w:p w14:paraId="0C1289EB" w14:textId="77777777" w:rsidR="00F25E9F" w:rsidRDefault="00F25E9F" w:rsidP="007E5B69">
            <w:r>
              <w:rPr>
                <w:sz w:val="16"/>
              </w:rPr>
              <w:t>Микрофон тіреулері, 2 дана</w:t>
            </w:r>
          </w:p>
        </w:tc>
        <w:tc>
          <w:tcPr>
            <w:tcW w:w="1696" w:type="dxa"/>
          </w:tcPr>
          <w:p w14:paraId="77CD7778" w14:textId="77777777" w:rsidR="00F25E9F" w:rsidRDefault="00F25E9F" w:rsidP="007E5B69">
            <w:r>
              <w:rPr>
                <w:sz w:val="16"/>
              </w:rPr>
              <w:t>241300000249</w:t>
            </w:r>
          </w:p>
        </w:tc>
        <w:tc>
          <w:tcPr>
            <w:tcW w:w="1701" w:type="dxa"/>
          </w:tcPr>
          <w:p w14:paraId="206D2710" w14:textId="77777777" w:rsidR="00F25E9F" w:rsidRDefault="00F25E9F" w:rsidP="007E5B69">
            <w:r>
              <w:rPr>
                <w:sz w:val="16"/>
              </w:rPr>
              <w:t>42000</w:t>
            </w:r>
          </w:p>
        </w:tc>
        <w:tc>
          <w:tcPr>
            <w:tcW w:w="1701" w:type="dxa"/>
          </w:tcPr>
          <w:p w14:paraId="16805D04" w14:textId="77777777" w:rsidR="00F25E9F" w:rsidRDefault="00F25E9F" w:rsidP="007E5B69">
            <w:r>
              <w:rPr>
                <w:sz w:val="16"/>
              </w:rPr>
              <w:t>0</w:t>
            </w:r>
          </w:p>
        </w:tc>
      </w:tr>
      <w:tr w:rsidR="00F25E9F" w14:paraId="6D1AB072" w14:textId="77777777" w:rsidTr="00371F5F">
        <w:trPr>
          <w:jc w:val="center"/>
        </w:trPr>
        <w:tc>
          <w:tcPr>
            <w:tcW w:w="993" w:type="dxa"/>
          </w:tcPr>
          <w:p w14:paraId="3EEF4CE5" w14:textId="77777777" w:rsidR="00F25E9F" w:rsidRDefault="00F25E9F" w:rsidP="007E5B69">
            <w:r>
              <w:rPr>
                <w:sz w:val="16"/>
              </w:rPr>
              <w:t>230</w:t>
            </w:r>
          </w:p>
        </w:tc>
        <w:tc>
          <w:tcPr>
            <w:tcW w:w="3685" w:type="dxa"/>
          </w:tcPr>
          <w:p w14:paraId="7D65C3F4" w14:textId="77777777" w:rsidR="00F25E9F" w:rsidRDefault="00F25E9F" w:rsidP="007E5B69">
            <w:r>
              <w:rPr>
                <w:sz w:val="16"/>
              </w:rPr>
              <w:t>Кондиционер</w:t>
            </w:r>
          </w:p>
        </w:tc>
        <w:tc>
          <w:tcPr>
            <w:tcW w:w="1696" w:type="dxa"/>
          </w:tcPr>
          <w:p w14:paraId="6C5FC4B6" w14:textId="77777777" w:rsidR="00F25E9F" w:rsidRDefault="00F25E9F" w:rsidP="007E5B69">
            <w:r>
              <w:rPr>
                <w:sz w:val="16"/>
              </w:rPr>
              <w:t>241500014561</w:t>
            </w:r>
          </w:p>
        </w:tc>
        <w:tc>
          <w:tcPr>
            <w:tcW w:w="1701" w:type="dxa"/>
          </w:tcPr>
          <w:p w14:paraId="310A6651" w14:textId="77777777" w:rsidR="00F25E9F" w:rsidRDefault="00F25E9F" w:rsidP="007E5B69">
            <w:r>
              <w:rPr>
                <w:sz w:val="16"/>
              </w:rPr>
              <w:t>7150</w:t>
            </w:r>
          </w:p>
        </w:tc>
        <w:tc>
          <w:tcPr>
            <w:tcW w:w="1701" w:type="dxa"/>
          </w:tcPr>
          <w:p w14:paraId="7703EFFD" w14:textId="77777777" w:rsidR="00F25E9F" w:rsidRDefault="00F25E9F" w:rsidP="007E5B69">
            <w:r>
              <w:rPr>
                <w:sz w:val="16"/>
              </w:rPr>
              <w:t>0</w:t>
            </w:r>
          </w:p>
        </w:tc>
      </w:tr>
      <w:tr w:rsidR="00F25E9F" w14:paraId="72343EFE" w14:textId="77777777" w:rsidTr="00371F5F">
        <w:trPr>
          <w:jc w:val="center"/>
        </w:trPr>
        <w:tc>
          <w:tcPr>
            <w:tcW w:w="993" w:type="dxa"/>
          </w:tcPr>
          <w:p w14:paraId="33F00937" w14:textId="77777777" w:rsidR="00F25E9F" w:rsidRDefault="00F25E9F" w:rsidP="007E5B69">
            <w:r>
              <w:rPr>
                <w:sz w:val="16"/>
              </w:rPr>
              <w:t>231</w:t>
            </w:r>
          </w:p>
        </w:tc>
        <w:tc>
          <w:tcPr>
            <w:tcW w:w="3685" w:type="dxa"/>
          </w:tcPr>
          <w:p w14:paraId="1A9E49F1" w14:textId="77777777" w:rsidR="00F25E9F" w:rsidRDefault="00F25E9F" w:rsidP="007E5B69">
            <w:r>
              <w:rPr>
                <w:sz w:val="16"/>
              </w:rPr>
              <w:t>Кондиционер</w:t>
            </w:r>
          </w:p>
        </w:tc>
        <w:tc>
          <w:tcPr>
            <w:tcW w:w="1696" w:type="dxa"/>
          </w:tcPr>
          <w:p w14:paraId="74103B4F" w14:textId="77777777" w:rsidR="00F25E9F" w:rsidRDefault="00F25E9F" w:rsidP="007E5B69">
            <w:r>
              <w:rPr>
                <w:sz w:val="16"/>
              </w:rPr>
              <w:t>241500014562</w:t>
            </w:r>
          </w:p>
        </w:tc>
        <w:tc>
          <w:tcPr>
            <w:tcW w:w="1701" w:type="dxa"/>
          </w:tcPr>
          <w:p w14:paraId="2DC0289B" w14:textId="77777777" w:rsidR="00F25E9F" w:rsidRDefault="00F25E9F" w:rsidP="007E5B69">
            <w:r>
              <w:rPr>
                <w:sz w:val="16"/>
              </w:rPr>
              <w:t>7150</w:t>
            </w:r>
          </w:p>
        </w:tc>
        <w:tc>
          <w:tcPr>
            <w:tcW w:w="1701" w:type="dxa"/>
          </w:tcPr>
          <w:p w14:paraId="3FE29328" w14:textId="77777777" w:rsidR="00F25E9F" w:rsidRDefault="00F25E9F" w:rsidP="007E5B69">
            <w:r>
              <w:rPr>
                <w:sz w:val="16"/>
              </w:rPr>
              <w:t>0</w:t>
            </w:r>
          </w:p>
        </w:tc>
      </w:tr>
      <w:tr w:rsidR="00F25E9F" w14:paraId="1118CFAE" w14:textId="77777777" w:rsidTr="00371F5F">
        <w:trPr>
          <w:jc w:val="center"/>
        </w:trPr>
        <w:tc>
          <w:tcPr>
            <w:tcW w:w="993" w:type="dxa"/>
          </w:tcPr>
          <w:p w14:paraId="596191D4" w14:textId="77777777" w:rsidR="00F25E9F" w:rsidRDefault="00F25E9F" w:rsidP="007E5B69">
            <w:r>
              <w:rPr>
                <w:sz w:val="16"/>
              </w:rPr>
              <w:t>232</w:t>
            </w:r>
          </w:p>
        </w:tc>
        <w:tc>
          <w:tcPr>
            <w:tcW w:w="3685" w:type="dxa"/>
          </w:tcPr>
          <w:p w14:paraId="0F246017" w14:textId="77777777" w:rsidR="00F25E9F" w:rsidRDefault="00F25E9F" w:rsidP="007E5B69">
            <w:r>
              <w:rPr>
                <w:sz w:val="16"/>
              </w:rPr>
              <w:t>3×6 м кілем</w:t>
            </w:r>
          </w:p>
        </w:tc>
        <w:tc>
          <w:tcPr>
            <w:tcW w:w="1696" w:type="dxa"/>
          </w:tcPr>
          <w:p w14:paraId="32FD794E" w14:textId="77777777" w:rsidR="00F25E9F" w:rsidRDefault="00F25E9F" w:rsidP="007E5B69">
            <w:r>
              <w:rPr>
                <w:sz w:val="16"/>
              </w:rPr>
              <w:t>241500014584</w:t>
            </w:r>
          </w:p>
        </w:tc>
        <w:tc>
          <w:tcPr>
            <w:tcW w:w="1701" w:type="dxa"/>
          </w:tcPr>
          <w:p w14:paraId="412365A0" w14:textId="77777777" w:rsidR="00F25E9F" w:rsidRDefault="00F25E9F" w:rsidP="007E5B69">
            <w:r>
              <w:rPr>
                <w:sz w:val="16"/>
              </w:rPr>
              <w:t>2200</w:t>
            </w:r>
          </w:p>
        </w:tc>
        <w:tc>
          <w:tcPr>
            <w:tcW w:w="1701" w:type="dxa"/>
          </w:tcPr>
          <w:p w14:paraId="05FE8AA0" w14:textId="77777777" w:rsidR="00F25E9F" w:rsidRDefault="00F25E9F" w:rsidP="007E5B69">
            <w:r>
              <w:rPr>
                <w:sz w:val="16"/>
              </w:rPr>
              <w:t>0</w:t>
            </w:r>
          </w:p>
        </w:tc>
      </w:tr>
      <w:tr w:rsidR="00F25E9F" w14:paraId="385B16B3" w14:textId="77777777" w:rsidTr="00371F5F">
        <w:trPr>
          <w:jc w:val="center"/>
        </w:trPr>
        <w:tc>
          <w:tcPr>
            <w:tcW w:w="993" w:type="dxa"/>
          </w:tcPr>
          <w:p w14:paraId="7FE3F87C" w14:textId="77777777" w:rsidR="00F25E9F" w:rsidRDefault="00F25E9F" w:rsidP="007E5B69">
            <w:r>
              <w:rPr>
                <w:sz w:val="16"/>
              </w:rPr>
              <w:t>233</w:t>
            </w:r>
          </w:p>
        </w:tc>
        <w:tc>
          <w:tcPr>
            <w:tcW w:w="3685" w:type="dxa"/>
          </w:tcPr>
          <w:p w14:paraId="67C0A8AD" w14:textId="77777777" w:rsidR="00F25E9F" w:rsidRDefault="00F25E9F" w:rsidP="007E5B69">
            <w:r>
              <w:rPr>
                <w:sz w:val="16"/>
              </w:rPr>
              <w:t>Кресло</w:t>
            </w:r>
          </w:p>
        </w:tc>
        <w:tc>
          <w:tcPr>
            <w:tcW w:w="1696" w:type="dxa"/>
          </w:tcPr>
          <w:p w14:paraId="48035889" w14:textId="77777777" w:rsidR="00F25E9F" w:rsidRDefault="00F25E9F" w:rsidP="007E5B69">
            <w:r>
              <w:rPr>
                <w:sz w:val="16"/>
              </w:rPr>
              <w:t>241500014585</w:t>
            </w:r>
          </w:p>
        </w:tc>
        <w:tc>
          <w:tcPr>
            <w:tcW w:w="1701" w:type="dxa"/>
          </w:tcPr>
          <w:p w14:paraId="43685543" w14:textId="77777777" w:rsidR="00F25E9F" w:rsidRDefault="00F25E9F" w:rsidP="007E5B69">
            <w:r>
              <w:rPr>
                <w:sz w:val="16"/>
              </w:rPr>
              <w:t>20000</w:t>
            </w:r>
          </w:p>
        </w:tc>
        <w:tc>
          <w:tcPr>
            <w:tcW w:w="1701" w:type="dxa"/>
          </w:tcPr>
          <w:p w14:paraId="149BCED9" w14:textId="77777777" w:rsidR="00F25E9F" w:rsidRDefault="00F25E9F" w:rsidP="007E5B69">
            <w:r>
              <w:rPr>
                <w:sz w:val="16"/>
              </w:rPr>
              <w:t>0</w:t>
            </w:r>
          </w:p>
        </w:tc>
      </w:tr>
      <w:tr w:rsidR="00F25E9F" w14:paraId="382E6246" w14:textId="77777777" w:rsidTr="00371F5F">
        <w:trPr>
          <w:jc w:val="center"/>
        </w:trPr>
        <w:tc>
          <w:tcPr>
            <w:tcW w:w="993" w:type="dxa"/>
          </w:tcPr>
          <w:p w14:paraId="1982AFE4" w14:textId="77777777" w:rsidR="00F25E9F" w:rsidRDefault="00F25E9F" w:rsidP="007E5B69">
            <w:r>
              <w:rPr>
                <w:sz w:val="16"/>
              </w:rPr>
              <w:t>234</w:t>
            </w:r>
          </w:p>
        </w:tc>
        <w:tc>
          <w:tcPr>
            <w:tcW w:w="3685" w:type="dxa"/>
          </w:tcPr>
          <w:p w14:paraId="45A26FA8" w14:textId="77777777" w:rsidR="00F25E9F" w:rsidRDefault="00F25E9F" w:rsidP="007E5B69">
            <w:r>
              <w:rPr>
                <w:sz w:val="16"/>
              </w:rPr>
              <w:t>SAMSUNG S22A 100N 21,5 монитор, қара, 0,248 мм, 1920×1080@60 Гц, 200 кд/м², 600:1, DC 5M:1, 5 мс, D-Sub, LED</w:t>
            </w:r>
          </w:p>
        </w:tc>
        <w:tc>
          <w:tcPr>
            <w:tcW w:w="1696" w:type="dxa"/>
          </w:tcPr>
          <w:p w14:paraId="052AFF86" w14:textId="77777777" w:rsidR="00F25E9F" w:rsidRDefault="00F25E9F" w:rsidP="007E5B69">
            <w:r>
              <w:rPr>
                <w:sz w:val="16"/>
              </w:rPr>
              <w:t>241500014588</w:t>
            </w:r>
          </w:p>
        </w:tc>
        <w:tc>
          <w:tcPr>
            <w:tcW w:w="1701" w:type="dxa"/>
          </w:tcPr>
          <w:p w14:paraId="5D997DA9" w14:textId="77777777" w:rsidR="00F25E9F" w:rsidRDefault="00F25E9F" w:rsidP="007E5B69">
            <w:r>
              <w:rPr>
                <w:sz w:val="16"/>
              </w:rPr>
              <w:t>25900</w:t>
            </w:r>
          </w:p>
        </w:tc>
        <w:tc>
          <w:tcPr>
            <w:tcW w:w="1701" w:type="dxa"/>
          </w:tcPr>
          <w:p w14:paraId="6476AF42" w14:textId="77777777" w:rsidR="00F25E9F" w:rsidRDefault="00F25E9F" w:rsidP="007E5B69">
            <w:r>
              <w:rPr>
                <w:sz w:val="16"/>
              </w:rPr>
              <w:t>0</w:t>
            </w:r>
          </w:p>
        </w:tc>
      </w:tr>
      <w:tr w:rsidR="00F25E9F" w14:paraId="7371B0A1" w14:textId="77777777" w:rsidTr="00371F5F">
        <w:trPr>
          <w:jc w:val="center"/>
        </w:trPr>
        <w:tc>
          <w:tcPr>
            <w:tcW w:w="993" w:type="dxa"/>
          </w:tcPr>
          <w:p w14:paraId="667CF576" w14:textId="77777777" w:rsidR="00F25E9F" w:rsidRDefault="00F25E9F" w:rsidP="007E5B69">
            <w:r>
              <w:rPr>
                <w:sz w:val="16"/>
              </w:rPr>
              <w:t>235</w:t>
            </w:r>
          </w:p>
        </w:tc>
        <w:tc>
          <w:tcPr>
            <w:tcW w:w="3685" w:type="dxa"/>
          </w:tcPr>
          <w:p w14:paraId="62E1AE7F" w14:textId="77777777" w:rsidR="00F25E9F" w:rsidRDefault="00F25E9F" w:rsidP="007E5B69">
            <w:r>
              <w:rPr>
                <w:sz w:val="16"/>
              </w:rPr>
              <w:t>HP LaserJet M1132 MFP A4 көпфункциялы құрылғысы, басып шығару 600×600 dpi, 18 бет/мин, сканерлеу 1200×1200 dpi, USB</w:t>
            </w:r>
          </w:p>
        </w:tc>
        <w:tc>
          <w:tcPr>
            <w:tcW w:w="1696" w:type="dxa"/>
          </w:tcPr>
          <w:p w14:paraId="43AC654E" w14:textId="77777777" w:rsidR="00F25E9F" w:rsidRDefault="00F25E9F" w:rsidP="007E5B69">
            <w:r>
              <w:rPr>
                <w:sz w:val="16"/>
              </w:rPr>
              <w:t>241500014589</w:t>
            </w:r>
          </w:p>
        </w:tc>
        <w:tc>
          <w:tcPr>
            <w:tcW w:w="1701" w:type="dxa"/>
          </w:tcPr>
          <w:p w14:paraId="47B727B2" w14:textId="77777777" w:rsidR="00F25E9F" w:rsidRDefault="00F25E9F" w:rsidP="007E5B69">
            <w:r>
              <w:rPr>
                <w:sz w:val="16"/>
              </w:rPr>
              <w:t>27900</w:t>
            </w:r>
          </w:p>
        </w:tc>
        <w:tc>
          <w:tcPr>
            <w:tcW w:w="1701" w:type="dxa"/>
          </w:tcPr>
          <w:p w14:paraId="587AA0A5" w14:textId="77777777" w:rsidR="00F25E9F" w:rsidRDefault="00F25E9F" w:rsidP="007E5B69">
            <w:r>
              <w:rPr>
                <w:sz w:val="16"/>
              </w:rPr>
              <w:t>0</w:t>
            </w:r>
          </w:p>
        </w:tc>
      </w:tr>
      <w:tr w:rsidR="00F25E9F" w14:paraId="6759F131" w14:textId="77777777" w:rsidTr="00371F5F">
        <w:trPr>
          <w:jc w:val="center"/>
        </w:trPr>
        <w:tc>
          <w:tcPr>
            <w:tcW w:w="993" w:type="dxa"/>
          </w:tcPr>
          <w:p w14:paraId="6B9216C2" w14:textId="77777777" w:rsidR="00F25E9F" w:rsidRDefault="00F25E9F" w:rsidP="007E5B69">
            <w:r>
              <w:rPr>
                <w:sz w:val="16"/>
              </w:rPr>
              <w:t>236</w:t>
            </w:r>
          </w:p>
        </w:tc>
        <w:tc>
          <w:tcPr>
            <w:tcW w:w="3685" w:type="dxa"/>
          </w:tcPr>
          <w:p w14:paraId="5E7FFD7F" w14:textId="77777777" w:rsidR="00F25E9F" w:rsidRDefault="00F25E9F" w:rsidP="007E5B69">
            <w:r>
              <w:rPr>
                <w:sz w:val="16"/>
              </w:rPr>
              <w:t>Кресло</w:t>
            </w:r>
          </w:p>
        </w:tc>
        <w:tc>
          <w:tcPr>
            <w:tcW w:w="1696" w:type="dxa"/>
          </w:tcPr>
          <w:p w14:paraId="261D175B" w14:textId="77777777" w:rsidR="00F25E9F" w:rsidRDefault="00F25E9F" w:rsidP="007E5B69">
            <w:r>
              <w:rPr>
                <w:sz w:val="16"/>
              </w:rPr>
              <w:t>241500014563</w:t>
            </w:r>
          </w:p>
        </w:tc>
        <w:tc>
          <w:tcPr>
            <w:tcW w:w="1701" w:type="dxa"/>
          </w:tcPr>
          <w:p w14:paraId="4515B522" w14:textId="77777777" w:rsidR="00F25E9F" w:rsidRDefault="00F25E9F" w:rsidP="007E5B69">
            <w:r>
              <w:rPr>
                <w:sz w:val="16"/>
              </w:rPr>
              <w:t>20000</w:t>
            </w:r>
          </w:p>
        </w:tc>
        <w:tc>
          <w:tcPr>
            <w:tcW w:w="1701" w:type="dxa"/>
          </w:tcPr>
          <w:p w14:paraId="6CD2A03B" w14:textId="77777777" w:rsidR="00F25E9F" w:rsidRDefault="00F25E9F" w:rsidP="007E5B69">
            <w:r>
              <w:rPr>
                <w:sz w:val="16"/>
              </w:rPr>
              <w:t>0</w:t>
            </w:r>
          </w:p>
        </w:tc>
      </w:tr>
      <w:tr w:rsidR="00F25E9F" w14:paraId="40A96291" w14:textId="77777777" w:rsidTr="00371F5F">
        <w:trPr>
          <w:jc w:val="center"/>
        </w:trPr>
        <w:tc>
          <w:tcPr>
            <w:tcW w:w="993" w:type="dxa"/>
          </w:tcPr>
          <w:p w14:paraId="0086C516" w14:textId="77777777" w:rsidR="00F25E9F" w:rsidRDefault="00F25E9F" w:rsidP="007E5B69">
            <w:r>
              <w:rPr>
                <w:sz w:val="16"/>
              </w:rPr>
              <w:t>237</w:t>
            </w:r>
          </w:p>
        </w:tc>
        <w:tc>
          <w:tcPr>
            <w:tcW w:w="3685" w:type="dxa"/>
          </w:tcPr>
          <w:p w14:paraId="4D43A021" w14:textId="77777777" w:rsidR="00F25E9F" w:rsidRDefault="00F25E9F" w:rsidP="007E5B69">
            <w:r>
              <w:rPr>
                <w:sz w:val="16"/>
              </w:rPr>
              <w:t>Кресло</w:t>
            </w:r>
          </w:p>
        </w:tc>
        <w:tc>
          <w:tcPr>
            <w:tcW w:w="1696" w:type="dxa"/>
          </w:tcPr>
          <w:p w14:paraId="0A8E11B5" w14:textId="77777777" w:rsidR="00F25E9F" w:rsidRDefault="00F25E9F" w:rsidP="007E5B69">
            <w:r>
              <w:rPr>
                <w:sz w:val="16"/>
              </w:rPr>
              <w:t>241500014564</w:t>
            </w:r>
          </w:p>
        </w:tc>
        <w:tc>
          <w:tcPr>
            <w:tcW w:w="1701" w:type="dxa"/>
          </w:tcPr>
          <w:p w14:paraId="074A148A" w14:textId="77777777" w:rsidR="00F25E9F" w:rsidRDefault="00F25E9F" w:rsidP="007E5B69">
            <w:r>
              <w:rPr>
                <w:sz w:val="16"/>
              </w:rPr>
              <w:t>20000</w:t>
            </w:r>
          </w:p>
        </w:tc>
        <w:tc>
          <w:tcPr>
            <w:tcW w:w="1701" w:type="dxa"/>
          </w:tcPr>
          <w:p w14:paraId="4002A60F" w14:textId="77777777" w:rsidR="00F25E9F" w:rsidRDefault="00F25E9F" w:rsidP="007E5B69">
            <w:r>
              <w:rPr>
                <w:sz w:val="16"/>
              </w:rPr>
              <w:t>0</w:t>
            </w:r>
          </w:p>
        </w:tc>
      </w:tr>
      <w:tr w:rsidR="00F25E9F" w14:paraId="74DCCE30" w14:textId="77777777" w:rsidTr="00371F5F">
        <w:trPr>
          <w:jc w:val="center"/>
        </w:trPr>
        <w:tc>
          <w:tcPr>
            <w:tcW w:w="993" w:type="dxa"/>
          </w:tcPr>
          <w:p w14:paraId="3D373BB4" w14:textId="77777777" w:rsidR="00F25E9F" w:rsidRDefault="00F25E9F" w:rsidP="007E5B69">
            <w:r>
              <w:rPr>
                <w:sz w:val="16"/>
              </w:rPr>
              <w:t>238</w:t>
            </w:r>
          </w:p>
        </w:tc>
        <w:tc>
          <w:tcPr>
            <w:tcW w:w="3685" w:type="dxa"/>
          </w:tcPr>
          <w:p w14:paraId="0AFA38DE" w14:textId="77777777" w:rsidR="00F25E9F" w:rsidRDefault="00F25E9F" w:rsidP="007E5B69">
            <w:r>
              <w:rPr>
                <w:sz w:val="16"/>
              </w:rPr>
              <w:t>СОО-1200 сейфі</w:t>
            </w:r>
          </w:p>
        </w:tc>
        <w:tc>
          <w:tcPr>
            <w:tcW w:w="1696" w:type="dxa"/>
          </w:tcPr>
          <w:p w14:paraId="6FDB67DD" w14:textId="77777777" w:rsidR="00F25E9F" w:rsidRDefault="00F25E9F" w:rsidP="007E5B69">
            <w:r>
              <w:rPr>
                <w:sz w:val="16"/>
              </w:rPr>
              <w:t>241500014571</w:t>
            </w:r>
          </w:p>
        </w:tc>
        <w:tc>
          <w:tcPr>
            <w:tcW w:w="1701" w:type="dxa"/>
          </w:tcPr>
          <w:p w14:paraId="4F2C7568" w14:textId="77777777" w:rsidR="00F25E9F" w:rsidRDefault="00F25E9F" w:rsidP="007E5B69">
            <w:r>
              <w:rPr>
                <w:sz w:val="16"/>
              </w:rPr>
              <w:t>33345</w:t>
            </w:r>
          </w:p>
        </w:tc>
        <w:tc>
          <w:tcPr>
            <w:tcW w:w="1701" w:type="dxa"/>
          </w:tcPr>
          <w:p w14:paraId="77A0F4D0" w14:textId="77777777" w:rsidR="00F25E9F" w:rsidRDefault="00F25E9F" w:rsidP="007E5B69">
            <w:r>
              <w:rPr>
                <w:sz w:val="16"/>
              </w:rPr>
              <w:t>0</w:t>
            </w:r>
          </w:p>
        </w:tc>
      </w:tr>
      <w:tr w:rsidR="00F25E9F" w14:paraId="70714850" w14:textId="77777777" w:rsidTr="00371F5F">
        <w:trPr>
          <w:jc w:val="center"/>
        </w:trPr>
        <w:tc>
          <w:tcPr>
            <w:tcW w:w="993" w:type="dxa"/>
          </w:tcPr>
          <w:p w14:paraId="55DF06BD" w14:textId="77777777" w:rsidR="00F25E9F" w:rsidRDefault="00F25E9F" w:rsidP="007E5B69">
            <w:r>
              <w:rPr>
                <w:sz w:val="16"/>
              </w:rPr>
              <w:t>239</w:t>
            </w:r>
          </w:p>
        </w:tc>
        <w:tc>
          <w:tcPr>
            <w:tcW w:w="3685" w:type="dxa"/>
          </w:tcPr>
          <w:p w14:paraId="681271E0" w14:textId="77777777" w:rsidR="00F25E9F" w:rsidRDefault="00F25E9F" w:rsidP="007E5B69">
            <w:r>
              <w:rPr>
                <w:sz w:val="16"/>
              </w:rPr>
              <w:t>Кресло</w:t>
            </w:r>
          </w:p>
        </w:tc>
        <w:tc>
          <w:tcPr>
            <w:tcW w:w="1696" w:type="dxa"/>
          </w:tcPr>
          <w:p w14:paraId="045F2944" w14:textId="77777777" w:rsidR="00F25E9F" w:rsidRDefault="00F25E9F" w:rsidP="007E5B69">
            <w:r>
              <w:rPr>
                <w:sz w:val="16"/>
              </w:rPr>
              <w:t>241500014629</w:t>
            </w:r>
          </w:p>
        </w:tc>
        <w:tc>
          <w:tcPr>
            <w:tcW w:w="1701" w:type="dxa"/>
          </w:tcPr>
          <w:p w14:paraId="51BEBF5D" w14:textId="77777777" w:rsidR="00F25E9F" w:rsidRDefault="00F25E9F" w:rsidP="007E5B69">
            <w:r>
              <w:rPr>
                <w:sz w:val="16"/>
              </w:rPr>
              <w:t>20000</w:t>
            </w:r>
          </w:p>
        </w:tc>
        <w:tc>
          <w:tcPr>
            <w:tcW w:w="1701" w:type="dxa"/>
          </w:tcPr>
          <w:p w14:paraId="1DC02C54" w14:textId="77777777" w:rsidR="00F25E9F" w:rsidRDefault="00F25E9F" w:rsidP="007E5B69">
            <w:r>
              <w:rPr>
                <w:sz w:val="16"/>
              </w:rPr>
              <w:t>0</w:t>
            </w:r>
          </w:p>
        </w:tc>
      </w:tr>
      <w:tr w:rsidR="00F25E9F" w14:paraId="142080D8" w14:textId="77777777" w:rsidTr="00371F5F">
        <w:trPr>
          <w:jc w:val="center"/>
        </w:trPr>
        <w:tc>
          <w:tcPr>
            <w:tcW w:w="993" w:type="dxa"/>
          </w:tcPr>
          <w:p w14:paraId="44F00EF0" w14:textId="77777777" w:rsidR="00F25E9F" w:rsidRDefault="00F25E9F" w:rsidP="007E5B69">
            <w:r>
              <w:rPr>
                <w:sz w:val="16"/>
              </w:rPr>
              <w:t>240</w:t>
            </w:r>
          </w:p>
        </w:tc>
        <w:tc>
          <w:tcPr>
            <w:tcW w:w="3685" w:type="dxa"/>
          </w:tcPr>
          <w:p w14:paraId="4879D9FD" w14:textId="77777777" w:rsidR="00F25E9F" w:rsidRDefault="00F25E9F" w:rsidP="007E5B69">
            <w:r>
              <w:rPr>
                <w:sz w:val="16"/>
              </w:rPr>
              <w:t>Кресло</w:t>
            </w:r>
          </w:p>
        </w:tc>
        <w:tc>
          <w:tcPr>
            <w:tcW w:w="1696" w:type="dxa"/>
          </w:tcPr>
          <w:p w14:paraId="4A782365" w14:textId="77777777" w:rsidR="00F25E9F" w:rsidRDefault="00F25E9F" w:rsidP="007E5B69">
            <w:r>
              <w:rPr>
                <w:sz w:val="16"/>
              </w:rPr>
              <w:t>241500014630</w:t>
            </w:r>
          </w:p>
        </w:tc>
        <w:tc>
          <w:tcPr>
            <w:tcW w:w="1701" w:type="dxa"/>
          </w:tcPr>
          <w:p w14:paraId="7DF2B374" w14:textId="77777777" w:rsidR="00F25E9F" w:rsidRDefault="00F25E9F" w:rsidP="007E5B69">
            <w:r>
              <w:rPr>
                <w:sz w:val="16"/>
              </w:rPr>
              <w:t>20000</w:t>
            </w:r>
          </w:p>
        </w:tc>
        <w:tc>
          <w:tcPr>
            <w:tcW w:w="1701" w:type="dxa"/>
          </w:tcPr>
          <w:p w14:paraId="62DB5A35" w14:textId="77777777" w:rsidR="00F25E9F" w:rsidRDefault="00F25E9F" w:rsidP="007E5B69">
            <w:r>
              <w:rPr>
                <w:sz w:val="16"/>
              </w:rPr>
              <w:t>0</w:t>
            </w:r>
          </w:p>
        </w:tc>
      </w:tr>
      <w:tr w:rsidR="00F25E9F" w14:paraId="0923A8D4" w14:textId="77777777" w:rsidTr="00371F5F">
        <w:trPr>
          <w:jc w:val="center"/>
        </w:trPr>
        <w:tc>
          <w:tcPr>
            <w:tcW w:w="993" w:type="dxa"/>
          </w:tcPr>
          <w:p w14:paraId="3DFB8CED" w14:textId="77777777" w:rsidR="00F25E9F" w:rsidRDefault="00F25E9F" w:rsidP="007E5B69">
            <w:r>
              <w:rPr>
                <w:sz w:val="16"/>
              </w:rPr>
              <w:t>241</w:t>
            </w:r>
          </w:p>
        </w:tc>
        <w:tc>
          <w:tcPr>
            <w:tcW w:w="3685" w:type="dxa"/>
          </w:tcPr>
          <w:p w14:paraId="765A2B3F" w14:textId="77777777" w:rsidR="00F25E9F" w:rsidRDefault="00F25E9F" w:rsidP="007E5B69">
            <w:r>
              <w:rPr>
                <w:sz w:val="16"/>
              </w:rPr>
              <w:t>Кресло</w:t>
            </w:r>
          </w:p>
        </w:tc>
        <w:tc>
          <w:tcPr>
            <w:tcW w:w="1696" w:type="dxa"/>
          </w:tcPr>
          <w:p w14:paraId="5B9927E4" w14:textId="77777777" w:rsidR="00F25E9F" w:rsidRDefault="00F25E9F" w:rsidP="007E5B69">
            <w:r>
              <w:rPr>
                <w:sz w:val="16"/>
              </w:rPr>
              <w:t>241500014631</w:t>
            </w:r>
          </w:p>
        </w:tc>
        <w:tc>
          <w:tcPr>
            <w:tcW w:w="1701" w:type="dxa"/>
          </w:tcPr>
          <w:p w14:paraId="1D9C355D" w14:textId="77777777" w:rsidR="00F25E9F" w:rsidRDefault="00F25E9F" w:rsidP="007E5B69">
            <w:r>
              <w:rPr>
                <w:sz w:val="16"/>
              </w:rPr>
              <w:t>20000</w:t>
            </w:r>
          </w:p>
        </w:tc>
        <w:tc>
          <w:tcPr>
            <w:tcW w:w="1701" w:type="dxa"/>
          </w:tcPr>
          <w:p w14:paraId="0CB7FAF8" w14:textId="77777777" w:rsidR="00F25E9F" w:rsidRDefault="00F25E9F" w:rsidP="007E5B69">
            <w:r>
              <w:rPr>
                <w:sz w:val="16"/>
              </w:rPr>
              <w:t>0</w:t>
            </w:r>
          </w:p>
        </w:tc>
      </w:tr>
      <w:tr w:rsidR="00F25E9F" w14:paraId="6B2177C8" w14:textId="77777777" w:rsidTr="00371F5F">
        <w:trPr>
          <w:jc w:val="center"/>
        </w:trPr>
        <w:tc>
          <w:tcPr>
            <w:tcW w:w="993" w:type="dxa"/>
          </w:tcPr>
          <w:p w14:paraId="3810915A" w14:textId="77777777" w:rsidR="00F25E9F" w:rsidRDefault="00F25E9F" w:rsidP="007E5B69">
            <w:r>
              <w:rPr>
                <w:sz w:val="16"/>
              </w:rPr>
              <w:t>242</w:t>
            </w:r>
          </w:p>
        </w:tc>
        <w:tc>
          <w:tcPr>
            <w:tcW w:w="3685" w:type="dxa"/>
          </w:tcPr>
          <w:p w14:paraId="6EA4F658" w14:textId="77777777" w:rsidR="00F25E9F" w:rsidRDefault="00F25E9F" w:rsidP="007E5B69">
            <w:r>
              <w:rPr>
                <w:sz w:val="16"/>
              </w:rPr>
              <w:t>Кресло</w:t>
            </w:r>
          </w:p>
        </w:tc>
        <w:tc>
          <w:tcPr>
            <w:tcW w:w="1696" w:type="dxa"/>
          </w:tcPr>
          <w:p w14:paraId="08CEABD6" w14:textId="77777777" w:rsidR="00F25E9F" w:rsidRDefault="00F25E9F" w:rsidP="007E5B69">
            <w:r>
              <w:rPr>
                <w:sz w:val="16"/>
              </w:rPr>
              <w:t>241500014632</w:t>
            </w:r>
          </w:p>
        </w:tc>
        <w:tc>
          <w:tcPr>
            <w:tcW w:w="1701" w:type="dxa"/>
          </w:tcPr>
          <w:p w14:paraId="7BA2F154" w14:textId="77777777" w:rsidR="00F25E9F" w:rsidRDefault="00F25E9F" w:rsidP="007E5B69">
            <w:r>
              <w:rPr>
                <w:sz w:val="16"/>
              </w:rPr>
              <w:t>20000</w:t>
            </w:r>
          </w:p>
        </w:tc>
        <w:tc>
          <w:tcPr>
            <w:tcW w:w="1701" w:type="dxa"/>
          </w:tcPr>
          <w:p w14:paraId="35111362" w14:textId="77777777" w:rsidR="00F25E9F" w:rsidRDefault="00F25E9F" w:rsidP="007E5B69">
            <w:r>
              <w:rPr>
                <w:sz w:val="16"/>
              </w:rPr>
              <w:t>0</w:t>
            </w:r>
          </w:p>
        </w:tc>
      </w:tr>
      <w:tr w:rsidR="00F25E9F" w14:paraId="0CD45F75" w14:textId="77777777" w:rsidTr="00371F5F">
        <w:trPr>
          <w:jc w:val="center"/>
        </w:trPr>
        <w:tc>
          <w:tcPr>
            <w:tcW w:w="993" w:type="dxa"/>
          </w:tcPr>
          <w:p w14:paraId="7DFD240C" w14:textId="77777777" w:rsidR="00F25E9F" w:rsidRDefault="00F25E9F" w:rsidP="007E5B69">
            <w:r>
              <w:rPr>
                <w:sz w:val="16"/>
              </w:rPr>
              <w:t>243</w:t>
            </w:r>
          </w:p>
        </w:tc>
        <w:tc>
          <w:tcPr>
            <w:tcW w:w="3685" w:type="dxa"/>
          </w:tcPr>
          <w:p w14:paraId="735CCBE1" w14:textId="77777777" w:rsidR="00F25E9F" w:rsidRDefault="00F25E9F" w:rsidP="007E5B69">
            <w:r>
              <w:rPr>
                <w:sz w:val="16"/>
              </w:rPr>
              <w:t>Кресло</w:t>
            </w:r>
          </w:p>
        </w:tc>
        <w:tc>
          <w:tcPr>
            <w:tcW w:w="1696" w:type="dxa"/>
          </w:tcPr>
          <w:p w14:paraId="7313E40E" w14:textId="77777777" w:rsidR="00F25E9F" w:rsidRDefault="00F25E9F" w:rsidP="007E5B69">
            <w:r>
              <w:rPr>
                <w:sz w:val="16"/>
              </w:rPr>
              <w:t>241500014633</w:t>
            </w:r>
          </w:p>
        </w:tc>
        <w:tc>
          <w:tcPr>
            <w:tcW w:w="1701" w:type="dxa"/>
          </w:tcPr>
          <w:p w14:paraId="5D20F036" w14:textId="77777777" w:rsidR="00F25E9F" w:rsidRDefault="00F25E9F" w:rsidP="007E5B69">
            <w:r>
              <w:rPr>
                <w:sz w:val="16"/>
              </w:rPr>
              <w:t>20000</w:t>
            </w:r>
          </w:p>
        </w:tc>
        <w:tc>
          <w:tcPr>
            <w:tcW w:w="1701" w:type="dxa"/>
          </w:tcPr>
          <w:p w14:paraId="53AC1CA9" w14:textId="77777777" w:rsidR="00F25E9F" w:rsidRDefault="00F25E9F" w:rsidP="007E5B69">
            <w:r>
              <w:rPr>
                <w:sz w:val="16"/>
              </w:rPr>
              <w:t>0</w:t>
            </w:r>
          </w:p>
        </w:tc>
      </w:tr>
      <w:tr w:rsidR="00F25E9F" w14:paraId="7EFA13F1" w14:textId="77777777" w:rsidTr="00371F5F">
        <w:trPr>
          <w:jc w:val="center"/>
        </w:trPr>
        <w:tc>
          <w:tcPr>
            <w:tcW w:w="993" w:type="dxa"/>
          </w:tcPr>
          <w:p w14:paraId="4A5EB9BC" w14:textId="77777777" w:rsidR="00F25E9F" w:rsidRDefault="00F25E9F" w:rsidP="007E5B69">
            <w:r>
              <w:rPr>
                <w:sz w:val="16"/>
              </w:rPr>
              <w:t>244</w:t>
            </w:r>
          </w:p>
        </w:tc>
        <w:tc>
          <w:tcPr>
            <w:tcW w:w="3685" w:type="dxa"/>
          </w:tcPr>
          <w:p w14:paraId="2F083DE9" w14:textId="77777777" w:rsidR="00F25E9F" w:rsidRDefault="00F25E9F" w:rsidP="007E5B69">
            <w:r>
              <w:rPr>
                <w:sz w:val="16"/>
              </w:rPr>
              <w:t>Кресло</w:t>
            </w:r>
          </w:p>
        </w:tc>
        <w:tc>
          <w:tcPr>
            <w:tcW w:w="1696" w:type="dxa"/>
          </w:tcPr>
          <w:p w14:paraId="153E2050" w14:textId="77777777" w:rsidR="00F25E9F" w:rsidRDefault="00F25E9F" w:rsidP="007E5B69">
            <w:r>
              <w:rPr>
                <w:sz w:val="16"/>
              </w:rPr>
              <w:t>241500014634</w:t>
            </w:r>
          </w:p>
        </w:tc>
        <w:tc>
          <w:tcPr>
            <w:tcW w:w="1701" w:type="dxa"/>
          </w:tcPr>
          <w:p w14:paraId="0B6A52CA" w14:textId="77777777" w:rsidR="00F25E9F" w:rsidRDefault="00F25E9F" w:rsidP="007E5B69">
            <w:r>
              <w:rPr>
                <w:sz w:val="16"/>
              </w:rPr>
              <w:t>20000</w:t>
            </w:r>
          </w:p>
        </w:tc>
        <w:tc>
          <w:tcPr>
            <w:tcW w:w="1701" w:type="dxa"/>
          </w:tcPr>
          <w:p w14:paraId="08F6CBEE" w14:textId="77777777" w:rsidR="00F25E9F" w:rsidRDefault="00F25E9F" w:rsidP="007E5B69">
            <w:r>
              <w:rPr>
                <w:sz w:val="16"/>
              </w:rPr>
              <w:t>0</w:t>
            </w:r>
          </w:p>
        </w:tc>
      </w:tr>
      <w:tr w:rsidR="00F25E9F" w14:paraId="3CD61422" w14:textId="77777777" w:rsidTr="00371F5F">
        <w:trPr>
          <w:jc w:val="center"/>
        </w:trPr>
        <w:tc>
          <w:tcPr>
            <w:tcW w:w="993" w:type="dxa"/>
          </w:tcPr>
          <w:p w14:paraId="5ADC0461" w14:textId="77777777" w:rsidR="00F25E9F" w:rsidRDefault="00F25E9F" w:rsidP="007E5B69">
            <w:r>
              <w:rPr>
                <w:sz w:val="16"/>
              </w:rPr>
              <w:t>245</w:t>
            </w:r>
          </w:p>
        </w:tc>
        <w:tc>
          <w:tcPr>
            <w:tcW w:w="3685" w:type="dxa"/>
          </w:tcPr>
          <w:p w14:paraId="45A0D295" w14:textId="77777777" w:rsidR="00F25E9F" w:rsidRDefault="00F25E9F" w:rsidP="007E5B69">
            <w:r>
              <w:rPr>
                <w:sz w:val="16"/>
              </w:rPr>
              <w:t>Кресло</w:t>
            </w:r>
          </w:p>
        </w:tc>
        <w:tc>
          <w:tcPr>
            <w:tcW w:w="1696" w:type="dxa"/>
          </w:tcPr>
          <w:p w14:paraId="43525E23" w14:textId="77777777" w:rsidR="00F25E9F" w:rsidRDefault="00F25E9F" w:rsidP="007E5B69">
            <w:r>
              <w:rPr>
                <w:sz w:val="16"/>
              </w:rPr>
              <w:t>241500014635</w:t>
            </w:r>
          </w:p>
        </w:tc>
        <w:tc>
          <w:tcPr>
            <w:tcW w:w="1701" w:type="dxa"/>
          </w:tcPr>
          <w:p w14:paraId="49F242D3" w14:textId="77777777" w:rsidR="00F25E9F" w:rsidRDefault="00F25E9F" w:rsidP="007E5B69">
            <w:r>
              <w:rPr>
                <w:sz w:val="16"/>
              </w:rPr>
              <w:t>20000</w:t>
            </w:r>
          </w:p>
        </w:tc>
        <w:tc>
          <w:tcPr>
            <w:tcW w:w="1701" w:type="dxa"/>
          </w:tcPr>
          <w:p w14:paraId="6DFA77E2" w14:textId="77777777" w:rsidR="00F25E9F" w:rsidRDefault="00F25E9F" w:rsidP="007E5B69">
            <w:r>
              <w:rPr>
                <w:sz w:val="16"/>
              </w:rPr>
              <w:t>0</w:t>
            </w:r>
          </w:p>
        </w:tc>
      </w:tr>
      <w:tr w:rsidR="00F25E9F" w14:paraId="5680E628" w14:textId="77777777" w:rsidTr="00371F5F">
        <w:trPr>
          <w:jc w:val="center"/>
        </w:trPr>
        <w:tc>
          <w:tcPr>
            <w:tcW w:w="993" w:type="dxa"/>
          </w:tcPr>
          <w:p w14:paraId="7BCF4014" w14:textId="77777777" w:rsidR="00F25E9F" w:rsidRDefault="00F25E9F" w:rsidP="007E5B69">
            <w:r>
              <w:rPr>
                <w:sz w:val="16"/>
              </w:rPr>
              <w:t>246</w:t>
            </w:r>
          </w:p>
        </w:tc>
        <w:tc>
          <w:tcPr>
            <w:tcW w:w="3685" w:type="dxa"/>
          </w:tcPr>
          <w:p w14:paraId="58DA3667" w14:textId="77777777" w:rsidR="00F25E9F" w:rsidRDefault="00F25E9F" w:rsidP="007E5B69">
            <w:r>
              <w:rPr>
                <w:sz w:val="16"/>
              </w:rPr>
              <w:t>Кресло</w:t>
            </w:r>
          </w:p>
        </w:tc>
        <w:tc>
          <w:tcPr>
            <w:tcW w:w="1696" w:type="dxa"/>
          </w:tcPr>
          <w:p w14:paraId="4D51AD10" w14:textId="77777777" w:rsidR="00F25E9F" w:rsidRDefault="00F25E9F" w:rsidP="007E5B69">
            <w:r>
              <w:rPr>
                <w:sz w:val="16"/>
              </w:rPr>
              <w:t>241500014636</w:t>
            </w:r>
          </w:p>
        </w:tc>
        <w:tc>
          <w:tcPr>
            <w:tcW w:w="1701" w:type="dxa"/>
          </w:tcPr>
          <w:p w14:paraId="51692431" w14:textId="77777777" w:rsidR="00F25E9F" w:rsidRDefault="00F25E9F" w:rsidP="007E5B69">
            <w:r>
              <w:rPr>
                <w:sz w:val="16"/>
              </w:rPr>
              <w:t>20000</w:t>
            </w:r>
          </w:p>
        </w:tc>
        <w:tc>
          <w:tcPr>
            <w:tcW w:w="1701" w:type="dxa"/>
          </w:tcPr>
          <w:p w14:paraId="499E3C6C" w14:textId="77777777" w:rsidR="00F25E9F" w:rsidRDefault="00F25E9F" w:rsidP="007E5B69">
            <w:r>
              <w:rPr>
                <w:sz w:val="16"/>
              </w:rPr>
              <w:t>0</w:t>
            </w:r>
          </w:p>
        </w:tc>
      </w:tr>
      <w:tr w:rsidR="00F25E9F" w14:paraId="22BE472D" w14:textId="77777777" w:rsidTr="00371F5F">
        <w:trPr>
          <w:jc w:val="center"/>
        </w:trPr>
        <w:tc>
          <w:tcPr>
            <w:tcW w:w="993" w:type="dxa"/>
          </w:tcPr>
          <w:p w14:paraId="2A0A6E17" w14:textId="77777777" w:rsidR="00F25E9F" w:rsidRDefault="00F25E9F" w:rsidP="007E5B69">
            <w:r>
              <w:rPr>
                <w:sz w:val="16"/>
              </w:rPr>
              <w:t>247</w:t>
            </w:r>
          </w:p>
        </w:tc>
        <w:tc>
          <w:tcPr>
            <w:tcW w:w="3685" w:type="dxa"/>
          </w:tcPr>
          <w:p w14:paraId="6D2E2EDC" w14:textId="77777777" w:rsidR="00F25E9F" w:rsidRDefault="00F25E9F" w:rsidP="007E5B69">
            <w:r>
              <w:rPr>
                <w:sz w:val="16"/>
              </w:rPr>
              <w:t>Кресло</w:t>
            </w:r>
          </w:p>
        </w:tc>
        <w:tc>
          <w:tcPr>
            <w:tcW w:w="1696" w:type="dxa"/>
          </w:tcPr>
          <w:p w14:paraId="705CB857" w14:textId="77777777" w:rsidR="00F25E9F" w:rsidRDefault="00F25E9F" w:rsidP="007E5B69">
            <w:r>
              <w:rPr>
                <w:sz w:val="16"/>
              </w:rPr>
              <w:t>241500014637</w:t>
            </w:r>
          </w:p>
        </w:tc>
        <w:tc>
          <w:tcPr>
            <w:tcW w:w="1701" w:type="dxa"/>
          </w:tcPr>
          <w:p w14:paraId="3018C244" w14:textId="77777777" w:rsidR="00F25E9F" w:rsidRDefault="00F25E9F" w:rsidP="007E5B69">
            <w:r>
              <w:rPr>
                <w:sz w:val="16"/>
              </w:rPr>
              <w:t>20000</w:t>
            </w:r>
          </w:p>
        </w:tc>
        <w:tc>
          <w:tcPr>
            <w:tcW w:w="1701" w:type="dxa"/>
          </w:tcPr>
          <w:p w14:paraId="40E16A78" w14:textId="77777777" w:rsidR="00F25E9F" w:rsidRDefault="00F25E9F" w:rsidP="007E5B69">
            <w:r>
              <w:rPr>
                <w:sz w:val="16"/>
              </w:rPr>
              <w:t>0</w:t>
            </w:r>
          </w:p>
        </w:tc>
      </w:tr>
      <w:tr w:rsidR="00F25E9F" w14:paraId="4EBF1D33" w14:textId="77777777" w:rsidTr="00371F5F">
        <w:trPr>
          <w:jc w:val="center"/>
        </w:trPr>
        <w:tc>
          <w:tcPr>
            <w:tcW w:w="993" w:type="dxa"/>
          </w:tcPr>
          <w:p w14:paraId="78BD4B0E" w14:textId="77777777" w:rsidR="00F25E9F" w:rsidRDefault="00F25E9F" w:rsidP="007E5B69">
            <w:r>
              <w:rPr>
                <w:sz w:val="16"/>
              </w:rPr>
              <w:t>248</w:t>
            </w:r>
          </w:p>
        </w:tc>
        <w:tc>
          <w:tcPr>
            <w:tcW w:w="3685" w:type="dxa"/>
          </w:tcPr>
          <w:p w14:paraId="10F563C1" w14:textId="77777777" w:rsidR="00F25E9F" w:rsidRDefault="00F25E9F" w:rsidP="007E5B69">
            <w:r>
              <w:rPr>
                <w:sz w:val="16"/>
              </w:rPr>
              <w:t>Кресло</w:t>
            </w:r>
          </w:p>
        </w:tc>
        <w:tc>
          <w:tcPr>
            <w:tcW w:w="1696" w:type="dxa"/>
          </w:tcPr>
          <w:p w14:paraId="01F0CA40" w14:textId="77777777" w:rsidR="00F25E9F" w:rsidRDefault="00F25E9F" w:rsidP="007E5B69">
            <w:r>
              <w:rPr>
                <w:sz w:val="16"/>
              </w:rPr>
              <w:t>241500014638</w:t>
            </w:r>
          </w:p>
        </w:tc>
        <w:tc>
          <w:tcPr>
            <w:tcW w:w="1701" w:type="dxa"/>
          </w:tcPr>
          <w:p w14:paraId="0D8BB412" w14:textId="77777777" w:rsidR="00F25E9F" w:rsidRDefault="00F25E9F" w:rsidP="007E5B69">
            <w:r>
              <w:rPr>
                <w:sz w:val="16"/>
              </w:rPr>
              <w:t>20000</w:t>
            </w:r>
          </w:p>
        </w:tc>
        <w:tc>
          <w:tcPr>
            <w:tcW w:w="1701" w:type="dxa"/>
          </w:tcPr>
          <w:p w14:paraId="4387E092" w14:textId="77777777" w:rsidR="00F25E9F" w:rsidRDefault="00F25E9F" w:rsidP="007E5B69">
            <w:r>
              <w:rPr>
                <w:sz w:val="16"/>
              </w:rPr>
              <w:t>0</w:t>
            </w:r>
          </w:p>
        </w:tc>
      </w:tr>
      <w:tr w:rsidR="00F25E9F" w14:paraId="594ECFDD" w14:textId="77777777" w:rsidTr="00371F5F">
        <w:trPr>
          <w:jc w:val="center"/>
        </w:trPr>
        <w:tc>
          <w:tcPr>
            <w:tcW w:w="993" w:type="dxa"/>
          </w:tcPr>
          <w:p w14:paraId="14D01767" w14:textId="77777777" w:rsidR="00F25E9F" w:rsidRDefault="00F25E9F" w:rsidP="007E5B69">
            <w:r>
              <w:rPr>
                <w:sz w:val="16"/>
              </w:rPr>
              <w:t>249</w:t>
            </w:r>
          </w:p>
        </w:tc>
        <w:tc>
          <w:tcPr>
            <w:tcW w:w="3685" w:type="dxa"/>
          </w:tcPr>
          <w:p w14:paraId="0E1E9726" w14:textId="77777777" w:rsidR="00F25E9F" w:rsidRDefault="00F25E9F" w:rsidP="007E5B69">
            <w:r>
              <w:rPr>
                <w:sz w:val="16"/>
              </w:rPr>
              <w:t>Кресло</w:t>
            </w:r>
          </w:p>
        </w:tc>
        <w:tc>
          <w:tcPr>
            <w:tcW w:w="1696" w:type="dxa"/>
          </w:tcPr>
          <w:p w14:paraId="0043DBD5" w14:textId="77777777" w:rsidR="00F25E9F" w:rsidRDefault="00F25E9F" w:rsidP="007E5B69">
            <w:r>
              <w:rPr>
                <w:sz w:val="16"/>
              </w:rPr>
              <w:t>241500014639</w:t>
            </w:r>
          </w:p>
        </w:tc>
        <w:tc>
          <w:tcPr>
            <w:tcW w:w="1701" w:type="dxa"/>
          </w:tcPr>
          <w:p w14:paraId="46552D68" w14:textId="77777777" w:rsidR="00F25E9F" w:rsidRDefault="00F25E9F" w:rsidP="007E5B69">
            <w:r>
              <w:rPr>
                <w:sz w:val="16"/>
              </w:rPr>
              <w:t>20000</w:t>
            </w:r>
          </w:p>
        </w:tc>
        <w:tc>
          <w:tcPr>
            <w:tcW w:w="1701" w:type="dxa"/>
          </w:tcPr>
          <w:p w14:paraId="4CBBBD02" w14:textId="77777777" w:rsidR="00F25E9F" w:rsidRDefault="00F25E9F" w:rsidP="007E5B69">
            <w:r>
              <w:rPr>
                <w:sz w:val="16"/>
              </w:rPr>
              <w:t>0</w:t>
            </w:r>
          </w:p>
        </w:tc>
      </w:tr>
      <w:tr w:rsidR="00F25E9F" w14:paraId="2D33A712" w14:textId="77777777" w:rsidTr="00371F5F">
        <w:trPr>
          <w:jc w:val="center"/>
        </w:trPr>
        <w:tc>
          <w:tcPr>
            <w:tcW w:w="993" w:type="dxa"/>
          </w:tcPr>
          <w:p w14:paraId="3F893ED5" w14:textId="77777777" w:rsidR="00F25E9F" w:rsidRDefault="00F25E9F" w:rsidP="007E5B69">
            <w:r>
              <w:rPr>
                <w:sz w:val="16"/>
              </w:rPr>
              <w:t>250</w:t>
            </w:r>
          </w:p>
        </w:tc>
        <w:tc>
          <w:tcPr>
            <w:tcW w:w="3685" w:type="dxa"/>
          </w:tcPr>
          <w:p w14:paraId="0F3C3A4A" w14:textId="77777777" w:rsidR="00F25E9F" w:rsidRDefault="00F25E9F" w:rsidP="007E5B69">
            <w:r>
              <w:rPr>
                <w:sz w:val="16"/>
              </w:rPr>
              <w:t>Кресло</w:t>
            </w:r>
          </w:p>
        </w:tc>
        <w:tc>
          <w:tcPr>
            <w:tcW w:w="1696" w:type="dxa"/>
          </w:tcPr>
          <w:p w14:paraId="2C52788E" w14:textId="77777777" w:rsidR="00F25E9F" w:rsidRDefault="00F25E9F" w:rsidP="007E5B69">
            <w:r>
              <w:rPr>
                <w:sz w:val="16"/>
              </w:rPr>
              <w:t>241500014640</w:t>
            </w:r>
          </w:p>
        </w:tc>
        <w:tc>
          <w:tcPr>
            <w:tcW w:w="1701" w:type="dxa"/>
          </w:tcPr>
          <w:p w14:paraId="72E7A5DE" w14:textId="77777777" w:rsidR="00F25E9F" w:rsidRDefault="00F25E9F" w:rsidP="007E5B69">
            <w:r>
              <w:rPr>
                <w:sz w:val="16"/>
              </w:rPr>
              <w:t>20000</w:t>
            </w:r>
          </w:p>
        </w:tc>
        <w:tc>
          <w:tcPr>
            <w:tcW w:w="1701" w:type="dxa"/>
          </w:tcPr>
          <w:p w14:paraId="3BD31E06" w14:textId="77777777" w:rsidR="00F25E9F" w:rsidRDefault="00F25E9F" w:rsidP="007E5B69">
            <w:r>
              <w:rPr>
                <w:sz w:val="16"/>
              </w:rPr>
              <w:t>0</w:t>
            </w:r>
          </w:p>
        </w:tc>
      </w:tr>
      <w:tr w:rsidR="00F25E9F" w14:paraId="705C6C24" w14:textId="77777777" w:rsidTr="00371F5F">
        <w:trPr>
          <w:jc w:val="center"/>
        </w:trPr>
        <w:tc>
          <w:tcPr>
            <w:tcW w:w="993" w:type="dxa"/>
          </w:tcPr>
          <w:p w14:paraId="319D1DAE" w14:textId="77777777" w:rsidR="00F25E9F" w:rsidRDefault="00F25E9F" w:rsidP="007E5B69">
            <w:r>
              <w:rPr>
                <w:sz w:val="16"/>
              </w:rPr>
              <w:t>251</w:t>
            </w:r>
          </w:p>
        </w:tc>
        <w:tc>
          <w:tcPr>
            <w:tcW w:w="3685" w:type="dxa"/>
          </w:tcPr>
          <w:p w14:paraId="73886244" w14:textId="77777777" w:rsidR="00F25E9F" w:rsidRDefault="00F25E9F" w:rsidP="007E5B69">
            <w:r>
              <w:rPr>
                <w:sz w:val="16"/>
              </w:rPr>
              <w:t>Кресло</w:t>
            </w:r>
          </w:p>
        </w:tc>
        <w:tc>
          <w:tcPr>
            <w:tcW w:w="1696" w:type="dxa"/>
          </w:tcPr>
          <w:p w14:paraId="6736A318" w14:textId="77777777" w:rsidR="00F25E9F" w:rsidRDefault="00F25E9F" w:rsidP="007E5B69">
            <w:r>
              <w:rPr>
                <w:sz w:val="16"/>
              </w:rPr>
              <w:t>241500014641</w:t>
            </w:r>
          </w:p>
        </w:tc>
        <w:tc>
          <w:tcPr>
            <w:tcW w:w="1701" w:type="dxa"/>
          </w:tcPr>
          <w:p w14:paraId="361BBC11" w14:textId="77777777" w:rsidR="00F25E9F" w:rsidRDefault="00F25E9F" w:rsidP="007E5B69">
            <w:r>
              <w:rPr>
                <w:sz w:val="16"/>
              </w:rPr>
              <w:t>20000</w:t>
            </w:r>
          </w:p>
        </w:tc>
        <w:tc>
          <w:tcPr>
            <w:tcW w:w="1701" w:type="dxa"/>
          </w:tcPr>
          <w:p w14:paraId="610AA4AD" w14:textId="77777777" w:rsidR="00F25E9F" w:rsidRDefault="00F25E9F" w:rsidP="007E5B69">
            <w:r>
              <w:rPr>
                <w:sz w:val="16"/>
              </w:rPr>
              <w:t>0</w:t>
            </w:r>
          </w:p>
        </w:tc>
      </w:tr>
      <w:tr w:rsidR="00F25E9F" w14:paraId="332A93E9" w14:textId="77777777" w:rsidTr="00371F5F">
        <w:trPr>
          <w:jc w:val="center"/>
        </w:trPr>
        <w:tc>
          <w:tcPr>
            <w:tcW w:w="993" w:type="dxa"/>
          </w:tcPr>
          <w:p w14:paraId="24ADA57A" w14:textId="77777777" w:rsidR="00F25E9F" w:rsidRDefault="00F25E9F" w:rsidP="007E5B69">
            <w:r>
              <w:rPr>
                <w:sz w:val="16"/>
              </w:rPr>
              <w:t>252</w:t>
            </w:r>
          </w:p>
        </w:tc>
        <w:tc>
          <w:tcPr>
            <w:tcW w:w="3685" w:type="dxa"/>
          </w:tcPr>
          <w:p w14:paraId="34B211A9" w14:textId="77777777" w:rsidR="00F25E9F" w:rsidRDefault="00F25E9F" w:rsidP="007E5B69">
            <w:r>
              <w:rPr>
                <w:sz w:val="16"/>
              </w:rPr>
              <w:t>Кресло</w:t>
            </w:r>
          </w:p>
        </w:tc>
        <w:tc>
          <w:tcPr>
            <w:tcW w:w="1696" w:type="dxa"/>
          </w:tcPr>
          <w:p w14:paraId="28E19741" w14:textId="77777777" w:rsidR="00F25E9F" w:rsidRDefault="00F25E9F" w:rsidP="007E5B69">
            <w:r>
              <w:rPr>
                <w:sz w:val="16"/>
              </w:rPr>
              <w:t>241500014642</w:t>
            </w:r>
          </w:p>
        </w:tc>
        <w:tc>
          <w:tcPr>
            <w:tcW w:w="1701" w:type="dxa"/>
          </w:tcPr>
          <w:p w14:paraId="71745F58" w14:textId="77777777" w:rsidR="00F25E9F" w:rsidRDefault="00F25E9F" w:rsidP="007E5B69">
            <w:r>
              <w:rPr>
                <w:sz w:val="16"/>
              </w:rPr>
              <w:t>20000</w:t>
            </w:r>
          </w:p>
        </w:tc>
        <w:tc>
          <w:tcPr>
            <w:tcW w:w="1701" w:type="dxa"/>
          </w:tcPr>
          <w:p w14:paraId="187A9ECB" w14:textId="77777777" w:rsidR="00F25E9F" w:rsidRDefault="00F25E9F" w:rsidP="007E5B69">
            <w:r>
              <w:rPr>
                <w:sz w:val="16"/>
              </w:rPr>
              <w:t>0</w:t>
            </w:r>
          </w:p>
        </w:tc>
      </w:tr>
      <w:tr w:rsidR="00F25E9F" w14:paraId="610A1702" w14:textId="77777777" w:rsidTr="00371F5F">
        <w:trPr>
          <w:jc w:val="center"/>
        </w:trPr>
        <w:tc>
          <w:tcPr>
            <w:tcW w:w="993" w:type="dxa"/>
          </w:tcPr>
          <w:p w14:paraId="03791409" w14:textId="77777777" w:rsidR="00F25E9F" w:rsidRDefault="00F25E9F" w:rsidP="007E5B69">
            <w:r>
              <w:rPr>
                <w:sz w:val="16"/>
              </w:rPr>
              <w:t>253</w:t>
            </w:r>
          </w:p>
        </w:tc>
        <w:tc>
          <w:tcPr>
            <w:tcW w:w="3685" w:type="dxa"/>
          </w:tcPr>
          <w:p w14:paraId="57024E32" w14:textId="77777777" w:rsidR="00F25E9F" w:rsidRDefault="00F25E9F" w:rsidP="007E5B69">
            <w:r>
              <w:rPr>
                <w:sz w:val="16"/>
              </w:rPr>
              <w:t>Кресло</w:t>
            </w:r>
          </w:p>
        </w:tc>
        <w:tc>
          <w:tcPr>
            <w:tcW w:w="1696" w:type="dxa"/>
          </w:tcPr>
          <w:p w14:paraId="3069E58F" w14:textId="77777777" w:rsidR="00F25E9F" w:rsidRDefault="00F25E9F" w:rsidP="007E5B69">
            <w:r>
              <w:rPr>
                <w:sz w:val="16"/>
              </w:rPr>
              <w:t>241500014643</w:t>
            </w:r>
          </w:p>
        </w:tc>
        <w:tc>
          <w:tcPr>
            <w:tcW w:w="1701" w:type="dxa"/>
          </w:tcPr>
          <w:p w14:paraId="6998606F" w14:textId="77777777" w:rsidR="00F25E9F" w:rsidRDefault="00F25E9F" w:rsidP="007E5B69">
            <w:r>
              <w:rPr>
                <w:sz w:val="16"/>
              </w:rPr>
              <w:t>20000</w:t>
            </w:r>
          </w:p>
        </w:tc>
        <w:tc>
          <w:tcPr>
            <w:tcW w:w="1701" w:type="dxa"/>
          </w:tcPr>
          <w:p w14:paraId="15B87917" w14:textId="77777777" w:rsidR="00F25E9F" w:rsidRDefault="00F25E9F" w:rsidP="007E5B69">
            <w:r>
              <w:rPr>
                <w:sz w:val="16"/>
              </w:rPr>
              <w:t>0</w:t>
            </w:r>
          </w:p>
        </w:tc>
      </w:tr>
      <w:tr w:rsidR="00F25E9F" w14:paraId="016CA8CE" w14:textId="77777777" w:rsidTr="00371F5F">
        <w:trPr>
          <w:jc w:val="center"/>
        </w:trPr>
        <w:tc>
          <w:tcPr>
            <w:tcW w:w="993" w:type="dxa"/>
          </w:tcPr>
          <w:p w14:paraId="5B2195A5" w14:textId="77777777" w:rsidR="00F25E9F" w:rsidRDefault="00F25E9F" w:rsidP="007E5B69">
            <w:r>
              <w:rPr>
                <w:sz w:val="16"/>
              </w:rPr>
              <w:t>254</w:t>
            </w:r>
          </w:p>
        </w:tc>
        <w:tc>
          <w:tcPr>
            <w:tcW w:w="3685" w:type="dxa"/>
          </w:tcPr>
          <w:p w14:paraId="3276C6B0" w14:textId="77777777" w:rsidR="00F25E9F" w:rsidRDefault="00F25E9F" w:rsidP="007E5B69">
            <w:r>
              <w:rPr>
                <w:sz w:val="16"/>
              </w:rPr>
              <w:t>Кресло</w:t>
            </w:r>
          </w:p>
        </w:tc>
        <w:tc>
          <w:tcPr>
            <w:tcW w:w="1696" w:type="dxa"/>
          </w:tcPr>
          <w:p w14:paraId="557501C6" w14:textId="77777777" w:rsidR="00F25E9F" w:rsidRDefault="00F25E9F" w:rsidP="007E5B69">
            <w:r>
              <w:rPr>
                <w:sz w:val="16"/>
              </w:rPr>
              <w:t>241500014644</w:t>
            </w:r>
          </w:p>
        </w:tc>
        <w:tc>
          <w:tcPr>
            <w:tcW w:w="1701" w:type="dxa"/>
          </w:tcPr>
          <w:p w14:paraId="04D1E3F9" w14:textId="77777777" w:rsidR="00F25E9F" w:rsidRDefault="00F25E9F" w:rsidP="007E5B69">
            <w:r>
              <w:rPr>
                <w:sz w:val="16"/>
              </w:rPr>
              <w:t>20000</w:t>
            </w:r>
          </w:p>
        </w:tc>
        <w:tc>
          <w:tcPr>
            <w:tcW w:w="1701" w:type="dxa"/>
          </w:tcPr>
          <w:p w14:paraId="03236F2C" w14:textId="77777777" w:rsidR="00F25E9F" w:rsidRDefault="00F25E9F" w:rsidP="007E5B69">
            <w:r>
              <w:rPr>
                <w:sz w:val="16"/>
              </w:rPr>
              <w:t>0</w:t>
            </w:r>
          </w:p>
        </w:tc>
      </w:tr>
      <w:tr w:rsidR="00F25E9F" w14:paraId="0AEFC6BC" w14:textId="77777777" w:rsidTr="00371F5F">
        <w:trPr>
          <w:jc w:val="center"/>
        </w:trPr>
        <w:tc>
          <w:tcPr>
            <w:tcW w:w="993" w:type="dxa"/>
          </w:tcPr>
          <w:p w14:paraId="409494B2" w14:textId="77777777" w:rsidR="00F25E9F" w:rsidRDefault="00F25E9F" w:rsidP="007E5B69">
            <w:r>
              <w:rPr>
                <w:sz w:val="16"/>
              </w:rPr>
              <w:t>255</w:t>
            </w:r>
          </w:p>
        </w:tc>
        <w:tc>
          <w:tcPr>
            <w:tcW w:w="3685" w:type="dxa"/>
          </w:tcPr>
          <w:p w14:paraId="1F19416F" w14:textId="77777777" w:rsidR="00F25E9F" w:rsidRDefault="00F25E9F" w:rsidP="007E5B69">
            <w:r>
              <w:rPr>
                <w:sz w:val="16"/>
              </w:rPr>
              <w:t>Кресло</w:t>
            </w:r>
          </w:p>
        </w:tc>
        <w:tc>
          <w:tcPr>
            <w:tcW w:w="1696" w:type="dxa"/>
          </w:tcPr>
          <w:p w14:paraId="600B7F94" w14:textId="77777777" w:rsidR="00F25E9F" w:rsidRDefault="00F25E9F" w:rsidP="007E5B69">
            <w:r>
              <w:rPr>
                <w:sz w:val="16"/>
              </w:rPr>
              <w:t>241500014645</w:t>
            </w:r>
          </w:p>
        </w:tc>
        <w:tc>
          <w:tcPr>
            <w:tcW w:w="1701" w:type="dxa"/>
          </w:tcPr>
          <w:p w14:paraId="342A4D73" w14:textId="77777777" w:rsidR="00F25E9F" w:rsidRDefault="00F25E9F" w:rsidP="007E5B69">
            <w:r>
              <w:rPr>
                <w:sz w:val="16"/>
              </w:rPr>
              <w:t>20000</w:t>
            </w:r>
          </w:p>
        </w:tc>
        <w:tc>
          <w:tcPr>
            <w:tcW w:w="1701" w:type="dxa"/>
          </w:tcPr>
          <w:p w14:paraId="55E9F1D8" w14:textId="77777777" w:rsidR="00F25E9F" w:rsidRDefault="00F25E9F" w:rsidP="007E5B69">
            <w:r>
              <w:rPr>
                <w:sz w:val="16"/>
              </w:rPr>
              <w:t>0</w:t>
            </w:r>
          </w:p>
        </w:tc>
      </w:tr>
      <w:tr w:rsidR="00F25E9F" w14:paraId="7AB56734" w14:textId="77777777" w:rsidTr="00371F5F">
        <w:trPr>
          <w:jc w:val="center"/>
        </w:trPr>
        <w:tc>
          <w:tcPr>
            <w:tcW w:w="993" w:type="dxa"/>
          </w:tcPr>
          <w:p w14:paraId="2BA7D6EA" w14:textId="77777777" w:rsidR="00F25E9F" w:rsidRDefault="00F25E9F" w:rsidP="007E5B69">
            <w:r>
              <w:rPr>
                <w:sz w:val="16"/>
              </w:rPr>
              <w:t>256</w:t>
            </w:r>
          </w:p>
        </w:tc>
        <w:tc>
          <w:tcPr>
            <w:tcW w:w="3685" w:type="dxa"/>
          </w:tcPr>
          <w:p w14:paraId="60ECA6D2" w14:textId="77777777" w:rsidR="00F25E9F" w:rsidRDefault="00F25E9F" w:rsidP="007E5B69">
            <w:r>
              <w:rPr>
                <w:sz w:val="16"/>
              </w:rPr>
              <w:t>Кресло</w:t>
            </w:r>
          </w:p>
        </w:tc>
        <w:tc>
          <w:tcPr>
            <w:tcW w:w="1696" w:type="dxa"/>
          </w:tcPr>
          <w:p w14:paraId="3DC72935" w14:textId="77777777" w:rsidR="00F25E9F" w:rsidRDefault="00F25E9F" w:rsidP="007E5B69">
            <w:r>
              <w:rPr>
                <w:sz w:val="16"/>
              </w:rPr>
              <w:t>241500014646</w:t>
            </w:r>
          </w:p>
        </w:tc>
        <w:tc>
          <w:tcPr>
            <w:tcW w:w="1701" w:type="dxa"/>
          </w:tcPr>
          <w:p w14:paraId="1C849A84" w14:textId="77777777" w:rsidR="00F25E9F" w:rsidRDefault="00F25E9F" w:rsidP="007E5B69">
            <w:r>
              <w:rPr>
                <w:sz w:val="16"/>
              </w:rPr>
              <w:t>20000</w:t>
            </w:r>
          </w:p>
        </w:tc>
        <w:tc>
          <w:tcPr>
            <w:tcW w:w="1701" w:type="dxa"/>
          </w:tcPr>
          <w:p w14:paraId="26287FA3" w14:textId="77777777" w:rsidR="00F25E9F" w:rsidRDefault="00F25E9F" w:rsidP="007E5B69">
            <w:r>
              <w:rPr>
                <w:sz w:val="16"/>
              </w:rPr>
              <w:t>0</w:t>
            </w:r>
          </w:p>
        </w:tc>
      </w:tr>
      <w:tr w:rsidR="00F25E9F" w14:paraId="0738877B" w14:textId="77777777" w:rsidTr="00371F5F">
        <w:trPr>
          <w:jc w:val="center"/>
        </w:trPr>
        <w:tc>
          <w:tcPr>
            <w:tcW w:w="993" w:type="dxa"/>
          </w:tcPr>
          <w:p w14:paraId="1C4531AD" w14:textId="77777777" w:rsidR="00F25E9F" w:rsidRDefault="00F25E9F" w:rsidP="007E5B69">
            <w:r>
              <w:rPr>
                <w:sz w:val="16"/>
              </w:rPr>
              <w:t>257</w:t>
            </w:r>
          </w:p>
        </w:tc>
        <w:tc>
          <w:tcPr>
            <w:tcW w:w="3685" w:type="dxa"/>
          </w:tcPr>
          <w:p w14:paraId="258F7006" w14:textId="77777777" w:rsidR="00F25E9F" w:rsidRDefault="00F25E9F" w:rsidP="007E5B69">
            <w:r>
              <w:rPr>
                <w:sz w:val="16"/>
              </w:rPr>
              <w:t>SAMSUNG S22B300B 21,5 монитор, қара, 1920×1080, 250 кд/м², 1000:1, H:170/V:160, 5 мс, DVI, D-Sub, LED</w:t>
            </w:r>
          </w:p>
        </w:tc>
        <w:tc>
          <w:tcPr>
            <w:tcW w:w="1696" w:type="dxa"/>
          </w:tcPr>
          <w:p w14:paraId="68FB8E1A" w14:textId="77777777" w:rsidR="00F25E9F" w:rsidRDefault="00F25E9F" w:rsidP="007E5B69">
            <w:r>
              <w:rPr>
                <w:sz w:val="16"/>
              </w:rPr>
              <w:t>241500014647</w:t>
            </w:r>
          </w:p>
        </w:tc>
        <w:tc>
          <w:tcPr>
            <w:tcW w:w="1701" w:type="dxa"/>
          </w:tcPr>
          <w:p w14:paraId="15877D86" w14:textId="77777777" w:rsidR="00F25E9F" w:rsidRDefault="00F25E9F" w:rsidP="007E5B69">
            <w:r>
              <w:rPr>
                <w:sz w:val="16"/>
              </w:rPr>
              <w:t>29900</w:t>
            </w:r>
          </w:p>
        </w:tc>
        <w:tc>
          <w:tcPr>
            <w:tcW w:w="1701" w:type="dxa"/>
          </w:tcPr>
          <w:p w14:paraId="09E73DBF" w14:textId="77777777" w:rsidR="00F25E9F" w:rsidRDefault="00F25E9F" w:rsidP="007E5B69">
            <w:r>
              <w:rPr>
                <w:sz w:val="16"/>
              </w:rPr>
              <w:t>0</w:t>
            </w:r>
          </w:p>
        </w:tc>
      </w:tr>
      <w:tr w:rsidR="00F25E9F" w14:paraId="25C93C9E" w14:textId="77777777" w:rsidTr="00371F5F">
        <w:trPr>
          <w:jc w:val="center"/>
        </w:trPr>
        <w:tc>
          <w:tcPr>
            <w:tcW w:w="993" w:type="dxa"/>
          </w:tcPr>
          <w:p w14:paraId="1EB22AEA" w14:textId="77777777" w:rsidR="00F25E9F" w:rsidRDefault="00F25E9F" w:rsidP="007E5B69">
            <w:r>
              <w:rPr>
                <w:sz w:val="16"/>
              </w:rPr>
              <w:t>258</w:t>
            </w:r>
          </w:p>
        </w:tc>
        <w:tc>
          <w:tcPr>
            <w:tcW w:w="3685" w:type="dxa"/>
          </w:tcPr>
          <w:p w14:paraId="34251372" w14:textId="77777777" w:rsidR="00F25E9F" w:rsidRDefault="00F25E9F" w:rsidP="007E5B69">
            <w:r>
              <w:rPr>
                <w:sz w:val="16"/>
              </w:rPr>
              <w:t>ИЗО орындықтары (40 дана)</w:t>
            </w:r>
          </w:p>
        </w:tc>
        <w:tc>
          <w:tcPr>
            <w:tcW w:w="1696" w:type="dxa"/>
          </w:tcPr>
          <w:p w14:paraId="64C9BF51" w14:textId="77777777" w:rsidR="00F25E9F" w:rsidRDefault="00F25E9F" w:rsidP="007E5B69">
            <w:r>
              <w:rPr>
                <w:sz w:val="16"/>
              </w:rPr>
              <w:t>241500014648</w:t>
            </w:r>
          </w:p>
        </w:tc>
        <w:tc>
          <w:tcPr>
            <w:tcW w:w="1701" w:type="dxa"/>
          </w:tcPr>
          <w:p w14:paraId="2ABD6F1A" w14:textId="77777777" w:rsidR="00F25E9F" w:rsidRDefault="00F25E9F" w:rsidP="007E5B69">
            <w:r>
              <w:rPr>
                <w:sz w:val="16"/>
              </w:rPr>
              <w:t>120000</w:t>
            </w:r>
          </w:p>
        </w:tc>
        <w:tc>
          <w:tcPr>
            <w:tcW w:w="1701" w:type="dxa"/>
          </w:tcPr>
          <w:p w14:paraId="405C08C5" w14:textId="77777777" w:rsidR="00F25E9F" w:rsidRDefault="00F25E9F" w:rsidP="007E5B69">
            <w:r>
              <w:rPr>
                <w:sz w:val="16"/>
              </w:rPr>
              <w:t>0</w:t>
            </w:r>
          </w:p>
        </w:tc>
      </w:tr>
      <w:tr w:rsidR="00F25E9F" w14:paraId="33AADC03" w14:textId="77777777" w:rsidTr="00371F5F">
        <w:trPr>
          <w:jc w:val="center"/>
        </w:trPr>
        <w:tc>
          <w:tcPr>
            <w:tcW w:w="993" w:type="dxa"/>
          </w:tcPr>
          <w:p w14:paraId="34274514" w14:textId="77777777" w:rsidR="00F25E9F" w:rsidRDefault="00F25E9F" w:rsidP="007E5B69">
            <w:r>
              <w:rPr>
                <w:sz w:val="16"/>
              </w:rPr>
              <w:t>259</w:t>
            </w:r>
          </w:p>
        </w:tc>
        <w:tc>
          <w:tcPr>
            <w:tcW w:w="3685" w:type="dxa"/>
          </w:tcPr>
          <w:p w14:paraId="6191D546" w14:textId="77777777" w:rsidR="00F25E9F" w:rsidRDefault="00F25E9F" w:rsidP="007E5B69">
            <w:r>
              <w:rPr>
                <w:sz w:val="16"/>
              </w:rPr>
              <w:t>Өрт сөндіргіш</w:t>
            </w:r>
          </w:p>
        </w:tc>
        <w:tc>
          <w:tcPr>
            <w:tcW w:w="1696" w:type="dxa"/>
          </w:tcPr>
          <w:p w14:paraId="1BE94D79" w14:textId="77777777" w:rsidR="00F25E9F" w:rsidRDefault="00F25E9F" w:rsidP="007E5B69">
            <w:r>
              <w:rPr>
                <w:sz w:val="16"/>
              </w:rPr>
              <w:t>241500014650</w:t>
            </w:r>
          </w:p>
        </w:tc>
        <w:tc>
          <w:tcPr>
            <w:tcW w:w="1701" w:type="dxa"/>
          </w:tcPr>
          <w:p w14:paraId="604DCDC2" w14:textId="77777777" w:rsidR="00F25E9F" w:rsidRDefault="00F25E9F" w:rsidP="007E5B69">
            <w:r>
              <w:rPr>
                <w:sz w:val="16"/>
              </w:rPr>
              <w:t>4500</w:t>
            </w:r>
          </w:p>
        </w:tc>
        <w:tc>
          <w:tcPr>
            <w:tcW w:w="1701" w:type="dxa"/>
          </w:tcPr>
          <w:p w14:paraId="23DB6B29" w14:textId="77777777" w:rsidR="00F25E9F" w:rsidRDefault="00F25E9F" w:rsidP="007E5B69">
            <w:r>
              <w:rPr>
                <w:sz w:val="16"/>
              </w:rPr>
              <w:t>0</w:t>
            </w:r>
          </w:p>
        </w:tc>
      </w:tr>
      <w:tr w:rsidR="00F25E9F" w14:paraId="0CF8D89A" w14:textId="77777777" w:rsidTr="00371F5F">
        <w:trPr>
          <w:jc w:val="center"/>
        </w:trPr>
        <w:tc>
          <w:tcPr>
            <w:tcW w:w="993" w:type="dxa"/>
          </w:tcPr>
          <w:p w14:paraId="3CC729F2" w14:textId="77777777" w:rsidR="00F25E9F" w:rsidRDefault="00F25E9F" w:rsidP="007E5B69">
            <w:r>
              <w:rPr>
                <w:sz w:val="16"/>
              </w:rPr>
              <w:t>260</w:t>
            </w:r>
          </w:p>
        </w:tc>
        <w:tc>
          <w:tcPr>
            <w:tcW w:w="3685" w:type="dxa"/>
          </w:tcPr>
          <w:p w14:paraId="3FA0EE00" w14:textId="77777777" w:rsidR="00F25E9F" w:rsidRDefault="00F25E9F" w:rsidP="007E5B69">
            <w:r>
              <w:rPr>
                <w:sz w:val="16"/>
              </w:rPr>
              <w:t>Өрт сөндіргіш</w:t>
            </w:r>
          </w:p>
        </w:tc>
        <w:tc>
          <w:tcPr>
            <w:tcW w:w="1696" w:type="dxa"/>
          </w:tcPr>
          <w:p w14:paraId="2B169FB2" w14:textId="77777777" w:rsidR="00F25E9F" w:rsidRDefault="00F25E9F" w:rsidP="007E5B69">
            <w:r>
              <w:rPr>
                <w:sz w:val="16"/>
              </w:rPr>
              <w:t>241500014651</w:t>
            </w:r>
          </w:p>
        </w:tc>
        <w:tc>
          <w:tcPr>
            <w:tcW w:w="1701" w:type="dxa"/>
          </w:tcPr>
          <w:p w14:paraId="1DF94935" w14:textId="77777777" w:rsidR="00F25E9F" w:rsidRDefault="00F25E9F" w:rsidP="007E5B69">
            <w:r>
              <w:rPr>
                <w:sz w:val="16"/>
              </w:rPr>
              <w:t>4500</w:t>
            </w:r>
          </w:p>
        </w:tc>
        <w:tc>
          <w:tcPr>
            <w:tcW w:w="1701" w:type="dxa"/>
          </w:tcPr>
          <w:p w14:paraId="7F7A2C0D" w14:textId="77777777" w:rsidR="00F25E9F" w:rsidRDefault="00F25E9F" w:rsidP="007E5B69">
            <w:r>
              <w:rPr>
                <w:sz w:val="16"/>
              </w:rPr>
              <w:t>0</w:t>
            </w:r>
          </w:p>
        </w:tc>
      </w:tr>
      <w:tr w:rsidR="00F25E9F" w14:paraId="426C5EEB" w14:textId="77777777" w:rsidTr="00371F5F">
        <w:trPr>
          <w:jc w:val="center"/>
        </w:trPr>
        <w:tc>
          <w:tcPr>
            <w:tcW w:w="993" w:type="dxa"/>
          </w:tcPr>
          <w:p w14:paraId="419A3262" w14:textId="77777777" w:rsidR="00F25E9F" w:rsidRDefault="00F25E9F" w:rsidP="007E5B69">
            <w:r>
              <w:rPr>
                <w:sz w:val="16"/>
              </w:rPr>
              <w:t>261</w:t>
            </w:r>
          </w:p>
        </w:tc>
        <w:tc>
          <w:tcPr>
            <w:tcW w:w="3685" w:type="dxa"/>
          </w:tcPr>
          <w:p w14:paraId="538BBA68" w14:textId="77777777" w:rsidR="00F25E9F" w:rsidRDefault="00F25E9F" w:rsidP="007E5B69">
            <w:r>
              <w:rPr>
                <w:sz w:val="16"/>
              </w:rPr>
              <w:t>Өрт сөндіргіш</w:t>
            </w:r>
          </w:p>
        </w:tc>
        <w:tc>
          <w:tcPr>
            <w:tcW w:w="1696" w:type="dxa"/>
          </w:tcPr>
          <w:p w14:paraId="37E2556E" w14:textId="77777777" w:rsidR="00F25E9F" w:rsidRDefault="00F25E9F" w:rsidP="007E5B69">
            <w:r>
              <w:rPr>
                <w:sz w:val="16"/>
              </w:rPr>
              <w:t>241500014652</w:t>
            </w:r>
          </w:p>
        </w:tc>
        <w:tc>
          <w:tcPr>
            <w:tcW w:w="1701" w:type="dxa"/>
          </w:tcPr>
          <w:p w14:paraId="00F427AB" w14:textId="77777777" w:rsidR="00F25E9F" w:rsidRDefault="00F25E9F" w:rsidP="007E5B69">
            <w:r>
              <w:rPr>
                <w:sz w:val="16"/>
              </w:rPr>
              <w:t>4500</w:t>
            </w:r>
          </w:p>
        </w:tc>
        <w:tc>
          <w:tcPr>
            <w:tcW w:w="1701" w:type="dxa"/>
          </w:tcPr>
          <w:p w14:paraId="31A28245" w14:textId="77777777" w:rsidR="00F25E9F" w:rsidRDefault="00F25E9F" w:rsidP="007E5B69">
            <w:r>
              <w:rPr>
                <w:sz w:val="16"/>
              </w:rPr>
              <w:t>0</w:t>
            </w:r>
          </w:p>
        </w:tc>
      </w:tr>
      <w:tr w:rsidR="00F25E9F" w14:paraId="1CC48D00" w14:textId="77777777" w:rsidTr="00371F5F">
        <w:trPr>
          <w:jc w:val="center"/>
        </w:trPr>
        <w:tc>
          <w:tcPr>
            <w:tcW w:w="993" w:type="dxa"/>
          </w:tcPr>
          <w:p w14:paraId="52823825" w14:textId="77777777" w:rsidR="00F25E9F" w:rsidRDefault="00F25E9F" w:rsidP="007E5B69">
            <w:r>
              <w:rPr>
                <w:sz w:val="16"/>
              </w:rPr>
              <w:t>262</w:t>
            </w:r>
          </w:p>
        </w:tc>
        <w:tc>
          <w:tcPr>
            <w:tcW w:w="3685" w:type="dxa"/>
          </w:tcPr>
          <w:p w14:paraId="68B0D2A2" w14:textId="77777777" w:rsidR="00F25E9F" w:rsidRDefault="00F25E9F" w:rsidP="007E5B69">
            <w:r>
              <w:rPr>
                <w:sz w:val="16"/>
              </w:rPr>
              <w:t>Өрт сөндіргіш</w:t>
            </w:r>
          </w:p>
        </w:tc>
        <w:tc>
          <w:tcPr>
            <w:tcW w:w="1696" w:type="dxa"/>
          </w:tcPr>
          <w:p w14:paraId="6973353E" w14:textId="77777777" w:rsidR="00F25E9F" w:rsidRDefault="00F25E9F" w:rsidP="007E5B69">
            <w:r>
              <w:rPr>
                <w:sz w:val="16"/>
              </w:rPr>
              <w:t>241500014653</w:t>
            </w:r>
          </w:p>
        </w:tc>
        <w:tc>
          <w:tcPr>
            <w:tcW w:w="1701" w:type="dxa"/>
          </w:tcPr>
          <w:p w14:paraId="03CE77CC" w14:textId="77777777" w:rsidR="00F25E9F" w:rsidRDefault="00F25E9F" w:rsidP="007E5B69">
            <w:r>
              <w:rPr>
                <w:sz w:val="16"/>
              </w:rPr>
              <w:t>4500</w:t>
            </w:r>
          </w:p>
        </w:tc>
        <w:tc>
          <w:tcPr>
            <w:tcW w:w="1701" w:type="dxa"/>
          </w:tcPr>
          <w:p w14:paraId="22D692A5" w14:textId="77777777" w:rsidR="00F25E9F" w:rsidRDefault="00F25E9F" w:rsidP="007E5B69">
            <w:r>
              <w:rPr>
                <w:sz w:val="16"/>
              </w:rPr>
              <w:t>0</w:t>
            </w:r>
          </w:p>
        </w:tc>
      </w:tr>
      <w:tr w:rsidR="00F25E9F" w14:paraId="210A880A" w14:textId="77777777" w:rsidTr="00371F5F">
        <w:trPr>
          <w:jc w:val="center"/>
        </w:trPr>
        <w:tc>
          <w:tcPr>
            <w:tcW w:w="993" w:type="dxa"/>
          </w:tcPr>
          <w:p w14:paraId="3B61F04C" w14:textId="77777777" w:rsidR="00F25E9F" w:rsidRDefault="00F25E9F" w:rsidP="007E5B69">
            <w:r>
              <w:rPr>
                <w:sz w:val="16"/>
              </w:rPr>
              <w:t>263</w:t>
            </w:r>
          </w:p>
        </w:tc>
        <w:tc>
          <w:tcPr>
            <w:tcW w:w="3685" w:type="dxa"/>
          </w:tcPr>
          <w:p w14:paraId="374C6F66" w14:textId="77777777" w:rsidR="00F25E9F" w:rsidRDefault="00F25E9F" w:rsidP="007E5B69">
            <w:r>
              <w:rPr>
                <w:sz w:val="16"/>
              </w:rPr>
              <w:t>Өрт сөндіргіш</w:t>
            </w:r>
          </w:p>
        </w:tc>
        <w:tc>
          <w:tcPr>
            <w:tcW w:w="1696" w:type="dxa"/>
          </w:tcPr>
          <w:p w14:paraId="48982453" w14:textId="77777777" w:rsidR="00F25E9F" w:rsidRDefault="00F25E9F" w:rsidP="007E5B69">
            <w:r>
              <w:rPr>
                <w:sz w:val="16"/>
              </w:rPr>
              <w:t>241500014654</w:t>
            </w:r>
          </w:p>
        </w:tc>
        <w:tc>
          <w:tcPr>
            <w:tcW w:w="1701" w:type="dxa"/>
          </w:tcPr>
          <w:p w14:paraId="0FB65C1F" w14:textId="77777777" w:rsidR="00F25E9F" w:rsidRDefault="00F25E9F" w:rsidP="007E5B69">
            <w:r>
              <w:rPr>
                <w:sz w:val="16"/>
              </w:rPr>
              <w:t>4500</w:t>
            </w:r>
          </w:p>
        </w:tc>
        <w:tc>
          <w:tcPr>
            <w:tcW w:w="1701" w:type="dxa"/>
          </w:tcPr>
          <w:p w14:paraId="61F8CE2D" w14:textId="77777777" w:rsidR="00F25E9F" w:rsidRDefault="00F25E9F" w:rsidP="007E5B69">
            <w:r>
              <w:rPr>
                <w:sz w:val="16"/>
              </w:rPr>
              <w:t>0</w:t>
            </w:r>
          </w:p>
        </w:tc>
      </w:tr>
      <w:tr w:rsidR="00F25E9F" w14:paraId="37EC11D1" w14:textId="77777777" w:rsidTr="00371F5F">
        <w:trPr>
          <w:jc w:val="center"/>
        </w:trPr>
        <w:tc>
          <w:tcPr>
            <w:tcW w:w="993" w:type="dxa"/>
          </w:tcPr>
          <w:p w14:paraId="2C11AC7E" w14:textId="77777777" w:rsidR="00F25E9F" w:rsidRDefault="00F25E9F" w:rsidP="007E5B69">
            <w:r>
              <w:rPr>
                <w:sz w:val="16"/>
              </w:rPr>
              <w:t>264</w:t>
            </w:r>
          </w:p>
        </w:tc>
        <w:tc>
          <w:tcPr>
            <w:tcW w:w="3685" w:type="dxa"/>
          </w:tcPr>
          <w:p w14:paraId="3D1334D7" w14:textId="77777777" w:rsidR="00F25E9F" w:rsidRPr="000003D3" w:rsidRDefault="00F25E9F" w:rsidP="007E5B69">
            <w:pPr>
              <w:rPr>
                <w:lang w:val="ru-RU"/>
              </w:rPr>
            </w:pPr>
            <w:r w:rsidRPr="000003D3">
              <w:rPr>
                <w:sz w:val="16"/>
                <w:lang w:val="ru-RU"/>
              </w:rPr>
              <w:t>HOB Br CM03 жиһаз секциясы, 900×430×2001, палисандр</w:t>
            </w:r>
          </w:p>
        </w:tc>
        <w:tc>
          <w:tcPr>
            <w:tcW w:w="1696" w:type="dxa"/>
          </w:tcPr>
          <w:p w14:paraId="18EFD231" w14:textId="77777777" w:rsidR="00F25E9F" w:rsidRDefault="00F25E9F" w:rsidP="007E5B69">
            <w:r>
              <w:rPr>
                <w:sz w:val="16"/>
              </w:rPr>
              <w:t>241500014572</w:t>
            </w:r>
          </w:p>
        </w:tc>
        <w:tc>
          <w:tcPr>
            <w:tcW w:w="1701" w:type="dxa"/>
          </w:tcPr>
          <w:p w14:paraId="435F622A" w14:textId="77777777" w:rsidR="00F25E9F" w:rsidRDefault="00F25E9F" w:rsidP="007E5B69">
            <w:r>
              <w:rPr>
                <w:sz w:val="16"/>
              </w:rPr>
              <w:t>149600</w:t>
            </w:r>
          </w:p>
        </w:tc>
        <w:tc>
          <w:tcPr>
            <w:tcW w:w="1701" w:type="dxa"/>
          </w:tcPr>
          <w:p w14:paraId="3D45C039" w14:textId="77777777" w:rsidR="00F25E9F" w:rsidRDefault="00F25E9F" w:rsidP="007E5B69">
            <w:r>
              <w:rPr>
                <w:sz w:val="16"/>
              </w:rPr>
              <w:t>0</w:t>
            </w:r>
          </w:p>
        </w:tc>
      </w:tr>
      <w:tr w:rsidR="00F25E9F" w14:paraId="3AE8597C" w14:textId="77777777" w:rsidTr="00371F5F">
        <w:trPr>
          <w:jc w:val="center"/>
        </w:trPr>
        <w:tc>
          <w:tcPr>
            <w:tcW w:w="993" w:type="dxa"/>
          </w:tcPr>
          <w:p w14:paraId="767440DC" w14:textId="77777777" w:rsidR="00F25E9F" w:rsidRDefault="00F25E9F" w:rsidP="007E5B69">
            <w:r>
              <w:rPr>
                <w:sz w:val="16"/>
              </w:rPr>
              <w:t>265</w:t>
            </w:r>
          </w:p>
        </w:tc>
        <w:tc>
          <w:tcPr>
            <w:tcW w:w="3685" w:type="dxa"/>
          </w:tcPr>
          <w:p w14:paraId="64E93221" w14:textId="77777777" w:rsidR="00F25E9F" w:rsidRPr="000003D3" w:rsidRDefault="00F25E9F" w:rsidP="007E5B69">
            <w:pPr>
              <w:rPr>
                <w:lang w:val="ru-RU"/>
              </w:rPr>
            </w:pPr>
            <w:r w:rsidRPr="000003D3">
              <w:rPr>
                <w:sz w:val="16"/>
                <w:lang w:val="ru-RU"/>
              </w:rPr>
              <w:t>HOB Br СР01 жазу үстелі, 1800×900×750, палисандр</w:t>
            </w:r>
          </w:p>
        </w:tc>
        <w:tc>
          <w:tcPr>
            <w:tcW w:w="1696" w:type="dxa"/>
          </w:tcPr>
          <w:p w14:paraId="4943069E" w14:textId="77777777" w:rsidR="00F25E9F" w:rsidRDefault="00F25E9F" w:rsidP="007E5B69">
            <w:r>
              <w:rPr>
                <w:sz w:val="16"/>
              </w:rPr>
              <w:t>241500014573</w:t>
            </w:r>
          </w:p>
        </w:tc>
        <w:tc>
          <w:tcPr>
            <w:tcW w:w="1701" w:type="dxa"/>
          </w:tcPr>
          <w:p w14:paraId="2B61ADE5" w14:textId="77777777" w:rsidR="00F25E9F" w:rsidRDefault="00F25E9F" w:rsidP="007E5B69">
            <w:r>
              <w:rPr>
                <w:sz w:val="16"/>
              </w:rPr>
              <w:t>126500</w:t>
            </w:r>
          </w:p>
        </w:tc>
        <w:tc>
          <w:tcPr>
            <w:tcW w:w="1701" w:type="dxa"/>
          </w:tcPr>
          <w:p w14:paraId="5D590381" w14:textId="77777777" w:rsidR="00F25E9F" w:rsidRDefault="00F25E9F" w:rsidP="007E5B69">
            <w:r>
              <w:rPr>
                <w:sz w:val="16"/>
              </w:rPr>
              <w:t>0</w:t>
            </w:r>
          </w:p>
        </w:tc>
      </w:tr>
      <w:tr w:rsidR="00F25E9F" w14:paraId="794E7C1B" w14:textId="77777777" w:rsidTr="00371F5F">
        <w:trPr>
          <w:jc w:val="center"/>
        </w:trPr>
        <w:tc>
          <w:tcPr>
            <w:tcW w:w="993" w:type="dxa"/>
          </w:tcPr>
          <w:p w14:paraId="7EBDB9EB" w14:textId="77777777" w:rsidR="00F25E9F" w:rsidRDefault="00F25E9F" w:rsidP="007E5B69">
            <w:r>
              <w:rPr>
                <w:sz w:val="16"/>
              </w:rPr>
              <w:t>266</w:t>
            </w:r>
          </w:p>
        </w:tc>
        <w:tc>
          <w:tcPr>
            <w:tcW w:w="3685" w:type="dxa"/>
          </w:tcPr>
          <w:p w14:paraId="4F925E56" w14:textId="77777777" w:rsidR="00F25E9F" w:rsidRPr="00371F5F" w:rsidRDefault="00F25E9F" w:rsidP="007E5B69">
            <w:r w:rsidRPr="00371F5F">
              <w:rPr>
                <w:sz w:val="16"/>
              </w:rPr>
              <w:t xml:space="preserve">HOB Br CY01 </w:t>
            </w:r>
            <w:r w:rsidRPr="000003D3">
              <w:rPr>
                <w:sz w:val="16"/>
                <w:lang w:val="ru-RU"/>
              </w:rPr>
              <w:t>қосалқы</w:t>
            </w:r>
            <w:r w:rsidRPr="00371F5F">
              <w:rPr>
                <w:sz w:val="16"/>
              </w:rPr>
              <w:t xml:space="preserve"> </w:t>
            </w:r>
            <w:r w:rsidRPr="000003D3">
              <w:rPr>
                <w:sz w:val="16"/>
                <w:lang w:val="ru-RU"/>
              </w:rPr>
              <w:t>үстелі</w:t>
            </w:r>
            <w:r w:rsidRPr="00371F5F">
              <w:rPr>
                <w:sz w:val="16"/>
              </w:rPr>
              <w:t xml:space="preserve">, 1000×800×720, </w:t>
            </w:r>
            <w:r w:rsidRPr="000003D3">
              <w:rPr>
                <w:sz w:val="16"/>
                <w:lang w:val="ru-RU"/>
              </w:rPr>
              <w:t>палисандр</w:t>
            </w:r>
          </w:p>
        </w:tc>
        <w:tc>
          <w:tcPr>
            <w:tcW w:w="1696" w:type="dxa"/>
          </w:tcPr>
          <w:p w14:paraId="72619BEF" w14:textId="77777777" w:rsidR="00F25E9F" w:rsidRDefault="00F25E9F" w:rsidP="007E5B69">
            <w:r>
              <w:rPr>
                <w:sz w:val="16"/>
              </w:rPr>
              <w:t>241500014574</w:t>
            </w:r>
          </w:p>
        </w:tc>
        <w:tc>
          <w:tcPr>
            <w:tcW w:w="1701" w:type="dxa"/>
          </w:tcPr>
          <w:p w14:paraId="25A815D7" w14:textId="77777777" w:rsidR="00F25E9F" w:rsidRDefault="00F25E9F" w:rsidP="007E5B69">
            <w:r>
              <w:rPr>
                <w:sz w:val="16"/>
              </w:rPr>
              <w:t>37200</w:t>
            </w:r>
          </w:p>
        </w:tc>
        <w:tc>
          <w:tcPr>
            <w:tcW w:w="1701" w:type="dxa"/>
          </w:tcPr>
          <w:p w14:paraId="3C5A8FE1" w14:textId="77777777" w:rsidR="00F25E9F" w:rsidRDefault="00F25E9F" w:rsidP="007E5B69">
            <w:r>
              <w:rPr>
                <w:sz w:val="16"/>
              </w:rPr>
              <w:t>0</w:t>
            </w:r>
          </w:p>
        </w:tc>
      </w:tr>
      <w:tr w:rsidR="00F25E9F" w14:paraId="2CCB67E3" w14:textId="77777777" w:rsidTr="00371F5F">
        <w:trPr>
          <w:jc w:val="center"/>
        </w:trPr>
        <w:tc>
          <w:tcPr>
            <w:tcW w:w="993" w:type="dxa"/>
          </w:tcPr>
          <w:p w14:paraId="52FC220D" w14:textId="77777777" w:rsidR="00F25E9F" w:rsidRDefault="00F25E9F" w:rsidP="007E5B69">
            <w:r>
              <w:rPr>
                <w:sz w:val="16"/>
              </w:rPr>
              <w:t>267</w:t>
            </w:r>
          </w:p>
        </w:tc>
        <w:tc>
          <w:tcPr>
            <w:tcW w:w="3685" w:type="dxa"/>
          </w:tcPr>
          <w:p w14:paraId="2DB32B82" w14:textId="77777777" w:rsidR="00F25E9F" w:rsidRDefault="00F25E9F" w:rsidP="007E5B69">
            <w:r>
              <w:rPr>
                <w:sz w:val="16"/>
              </w:rPr>
              <w:t>HOB SAMBA (box-2) V-14 1.023 орындығы</w:t>
            </w:r>
          </w:p>
        </w:tc>
        <w:tc>
          <w:tcPr>
            <w:tcW w:w="1696" w:type="dxa"/>
          </w:tcPr>
          <w:p w14:paraId="7E8D70B7" w14:textId="77777777" w:rsidR="00F25E9F" w:rsidRDefault="00F25E9F" w:rsidP="007E5B69">
            <w:r>
              <w:rPr>
                <w:sz w:val="16"/>
              </w:rPr>
              <w:t>241500014575</w:t>
            </w:r>
          </w:p>
        </w:tc>
        <w:tc>
          <w:tcPr>
            <w:tcW w:w="1701" w:type="dxa"/>
          </w:tcPr>
          <w:p w14:paraId="132A29CC" w14:textId="77777777" w:rsidR="00F25E9F" w:rsidRDefault="00F25E9F" w:rsidP="007E5B69">
            <w:r>
              <w:rPr>
                <w:sz w:val="16"/>
              </w:rPr>
              <w:t>86200</w:t>
            </w:r>
          </w:p>
        </w:tc>
        <w:tc>
          <w:tcPr>
            <w:tcW w:w="1701" w:type="dxa"/>
          </w:tcPr>
          <w:p w14:paraId="539240C3" w14:textId="77777777" w:rsidR="00F25E9F" w:rsidRDefault="00F25E9F" w:rsidP="007E5B69">
            <w:r>
              <w:rPr>
                <w:sz w:val="16"/>
              </w:rPr>
              <w:t>0</w:t>
            </w:r>
          </w:p>
        </w:tc>
      </w:tr>
      <w:tr w:rsidR="00F25E9F" w14:paraId="762D9D21" w14:textId="77777777" w:rsidTr="00371F5F">
        <w:trPr>
          <w:jc w:val="center"/>
        </w:trPr>
        <w:tc>
          <w:tcPr>
            <w:tcW w:w="993" w:type="dxa"/>
          </w:tcPr>
          <w:p w14:paraId="125D2A49" w14:textId="77777777" w:rsidR="00F25E9F" w:rsidRDefault="00F25E9F" w:rsidP="007E5B69">
            <w:r>
              <w:rPr>
                <w:sz w:val="16"/>
              </w:rPr>
              <w:t>268</w:t>
            </w:r>
          </w:p>
        </w:tc>
        <w:tc>
          <w:tcPr>
            <w:tcW w:w="3685" w:type="dxa"/>
          </w:tcPr>
          <w:p w14:paraId="1B2BFC8D" w14:textId="77777777" w:rsidR="00F25E9F" w:rsidRPr="000003D3" w:rsidRDefault="00F25E9F" w:rsidP="007E5B69">
            <w:pPr>
              <w:rPr>
                <w:lang w:val="ru-RU"/>
              </w:rPr>
            </w:pPr>
            <w:r w:rsidRPr="000003D3">
              <w:rPr>
                <w:sz w:val="16"/>
                <w:lang w:val="ru-RU"/>
              </w:rPr>
              <w:t>HOB Br Tmo01 жылжымалы тумбасы, 414×513×630, палисандр</w:t>
            </w:r>
          </w:p>
        </w:tc>
        <w:tc>
          <w:tcPr>
            <w:tcW w:w="1696" w:type="dxa"/>
          </w:tcPr>
          <w:p w14:paraId="5124E62D" w14:textId="77777777" w:rsidR="00F25E9F" w:rsidRDefault="00F25E9F" w:rsidP="007E5B69">
            <w:r>
              <w:rPr>
                <w:sz w:val="16"/>
              </w:rPr>
              <w:t>241500014576</w:t>
            </w:r>
          </w:p>
        </w:tc>
        <w:tc>
          <w:tcPr>
            <w:tcW w:w="1701" w:type="dxa"/>
          </w:tcPr>
          <w:p w14:paraId="0F9F3E9E" w14:textId="77777777" w:rsidR="00F25E9F" w:rsidRDefault="00F25E9F" w:rsidP="007E5B69">
            <w:r>
              <w:rPr>
                <w:sz w:val="16"/>
              </w:rPr>
              <w:t>44900</w:t>
            </w:r>
          </w:p>
        </w:tc>
        <w:tc>
          <w:tcPr>
            <w:tcW w:w="1701" w:type="dxa"/>
          </w:tcPr>
          <w:p w14:paraId="6B31F269" w14:textId="77777777" w:rsidR="00F25E9F" w:rsidRDefault="00F25E9F" w:rsidP="007E5B69">
            <w:r>
              <w:rPr>
                <w:sz w:val="16"/>
              </w:rPr>
              <w:t>0</w:t>
            </w:r>
          </w:p>
        </w:tc>
      </w:tr>
      <w:tr w:rsidR="00F25E9F" w14:paraId="491BB338" w14:textId="77777777" w:rsidTr="00371F5F">
        <w:trPr>
          <w:jc w:val="center"/>
        </w:trPr>
        <w:tc>
          <w:tcPr>
            <w:tcW w:w="993" w:type="dxa"/>
          </w:tcPr>
          <w:p w14:paraId="4EF1E5E9" w14:textId="77777777" w:rsidR="00F25E9F" w:rsidRDefault="00F25E9F" w:rsidP="007E5B69">
            <w:r>
              <w:rPr>
                <w:sz w:val="16"/>
              </w:rPr>
              <w:t>269</w:t>
            </w:r>
          </w:p>
        </w:tc>
        <w:tc>
          <w:tcPr>
            <w:tcW w:w="3685" w:type="dxa"/>
          </w:tcPr>
          <w:p w14:paraId="310DFD47" w14:textId="77777777" w:rsidR="00F25E9F" w:rsidRPr="000003D3" w:rsidRDefault="00F25E9F" w:rsidP="007E5B69">
            <w:pPr>
              <w:rPr>
                <w:lang w:val="ru-RU"/>
              </w:rPr>
            </w:pPr>
            <w:r w:rsidRPr="000003D3">
              <w:rPr>
                <w:sz w:val="16"/>
                <w:lang w:val="ru-RU"/>
              </w:rPr>
              <w:t>HOB Br Tmo02 жылжымалы тумбасы, 1100×469×605, палисандр</w:t>
            </w:r>
          </w:p>
        </w:tc>
        <w:tc>
          <w:tcPr>
            <w:tcW w:w="1696" w:type="dxa"/>
          </w:tcPr>
          <w:p w14:paraId="0825DBDE" w14:textId="77777777" w:rsidR="00F25E9F" w:rsidRDefault="00F25E9F" w:rsidP="007E5B69">
            <w:r>
              <w:rPr>
                <w:sz w:val="16"/>
              </w:rPr>
              <w:t>241500014577</w:t>
            </w:r>
          </w:p>
        </w:tc>
        <w:tc>
          <w:tcPr>
            <w:tcW w:w="1701" w:type="dxa"/>
          </w:tcPr>
          <w:p w14:paraId="2F707C1D" w14:textId="77777777" w:rsidR="00F25E9F" w:rsidRDefault="00F25E9F" w:rsidP="007E5B69">
            <w:r>
              <w:rPr>
                <w:sz w:val="16"/>
              </w:rPr>
              <w:t>73200</w:t>
            </w:r>
          </w:p>
        </w:tc>
        <w:tc>
          <w:tcPr>
            <w:tcW w:w="1701" w:type="dxa"/>
          </w:tcPr>
          <w:p w14:paraId="095626D0" w14:textId="77777777" w:rsidR="00F25E9F" w:rsidRDefault="00F25E9F" w:rsidP="007E5B69">
            <w:r>
              <w:rPr>
                <w:sz w:val="16"/>
              </w:rPr>
              <w:t>0</w:t>
            </w:r>
          </w:p>
        </w:tc>
      </w:tr>
      <w:tr w:rsidR="00F25E9F" w14:paraId="7F711A1A" w14:textId="77777777" w:rsidTr="00371F5F">
        <w:trPr>
          <w:jc w:val="center"/>
        </w:trPr>
        <w:tc>
          <w:tcPr>
            <w:tcW w:w="993" w:type="dxa"/>
          </w:tcPr>
          <w:p w14:paraId="46B74FA3" w14:textId="77777777" w:rsidR="00F25E9F" w:rsidRDefault="00F25E9F" w:rsidP="007E5B69">
            <w:r>
              <w:rPr>
                <w:sz w:val="16"/>
              </w:rPr>
              <w:t>270</w:t>
            </w:r>
          </w:p>
        </w:tc>
        <w:tc>
          <w:tcPr>
            <w:tcW w:w="3685" w:type="dxa"/>
          </w:tcPr>
          <w:p w14:paraId="0176EBBF" w14:textId="77777777" w:rsidR="00F25E9F" w:rsidRPr="000003D3" w:rsidRDefault="00F25E9F" w:rsidP="007E5B69">
            <w:pPr>
              <w:rPr>
                <w:lang w:val="ru-RU"/>
              </w:rPr>
            </w:pPr>
            <w:r w:rsidRPr="000003D3">
              <w:rPr>
                <w:sz w:val="16"/>
                <w:lang w:val="ru-RU"/>
              </w:rPr>
              <w:t>HOB Br TУ01 қосалқы тумбасы, 1600×460×940, палисандр</w:t>
            </w:r>
          </w:p>
        </w:tc>
        <w:tc>
          <w:tcPr>
            <w:tcW w:w="1696" w:type="dxa"/>
          </w:tcPr>
          <w:p w14:paraId="62C436C0" w14:textId="77777777" w:rsidR="00F25E9F" w:rsidRDefault="00F25E9F" w:rsidP="007E5B69">
            <w:r>
              <w:rPr>
                <w:sz w:val="16"/>
              </w:rPr>
              <w:t>241500014578</w:t>
            </w:r>
          </w:p>
        </w:tc>
        <w:tc>
          <w:tcPr>
            <w:tcW w:w="1701" w:type="dxa"/>
          </w:tcPr>
          <w:p w14:paraId="1C75429D" w14:textId="77777777" w:rsidR="00F25E9F" w:rsidRDefault="00F25E9F" w:rsidP="007E5B69">
            <w:r>
              <w:rPr>
                <w:sz w:val="16"/>
              </w:rPr>
              <w:t>121500</w:t>
            </w:r>
          </w:p>
        </w:tc>
        <w:tc>
          <w:tcPr>
            <w:tcW w:w="1701" w:type="dxa"/>
          </w:tcPr>
          <w:p w14:paraId="598932DC" w14:textId="77777777" w:rsidR="00F25E9F" w:rsidRDefault="00F25E9F" w:rsidP="007E5B69">
            <w:r>
              <w:rPr>
                <w:sz w:val="16"/>
              </w:rPr>
              <w:t>0</w:t>
            </w:r>
          </w:p>
        </w:tc>
      </w:tr>
      <w:tr w:rsidR="00F25E9F" w14:paraId="3EDF400F" w14:textId="77777777" w:rsidTr="00371F5F">
        <w:trPr>
          <w:jc w:val="center"/>
        </w:trPr>
        <w:tc>
          <w:tcPr>
            <w:tcW w:w="993" w:type="dxa"/>
          </w:tcPr>
          <w:p w14:paraId="31036523" w14:textId="77777777" w:rsidR="00F25E9F" w:rsidRDefault="00F25E9F" w:rsidP="007E5B69">
            <w:r>
              <w:rPr>
                <w:sz w:val="16"/>
              </w:rPr>
              <w:t>271</w:t>
            </w:r>
          </w:p>
        </w:tc>
        <w:tc>
          <w:tcPr>
            <w:tcW w:w="3685" w:type="dxa"/>
          </w:tcPr>
          <w:p w14:paraId="6A4BB5C5" w14:textId="77777777" w:rsidR="00F25E9F" w:rsidRPr="000003D3" w:rsidRDefault="00F25E9F" w:rsidP="007E5B69">
            <w:pPr>
              <w:rPr>
                <w:lang w:val="ru-RU"/>
              </w:rPr>
            </w:pPr>
            <w:r w:rsidRPr="000003D3">
              <w:rPr>
                <w:sz w:val="16"/>
                <w:lang w:val="ru-RU"/>
              </w:rPr>
              <w:t>HOB Вр Аа02 киім шкафы, 900×450×2001, палисандр</w:t>
            </w:r>
          </w:p>
        </w:tc>
        <w:tc>
          <w:tcPr>
            <w:tcW w:w="1696" w:type="dxa"/>
          </w:tcPr>
          <w:p w14:paraId="2D78703B" w14:textId="77777777" w:rsidR="00F25E9F" w:rsidRDefault="00F25E9F" w:rsidP="007E5B69">
            <w:r>
              <w:rPr>
                <w:sz w:val="16"/>
              </w:rPr>
              <w:t>241500014579</w:t>
            </w:r>
          </w:p>
        </w:tc>
        <w:tc>
          <w:tcPr>
            <w:tcW w:w="1701" w:type="dxa"/>
          </w:tcPr>
          <w:p w14:paraId="007665EC" w14:textId="77777777" w:rsidR="00F25E9F" w:rsidRDefault="00F25E9F" w:rsidP="007E5B69">
            <w:r>
              <w:rPr>
                <w:sz w:val="16"/>
              </w:rPr>
              <w:t>132800</w:t>
            </w:r>
          </w:p>
        </w:tc>
        <w:tc>
          <w:tcPr>
            <w:tcW w:w="1701" w:type="dxa"/>
          </w:tcPr>
          <w:p w14:paraId="5930C415" w14:textId="77777777" w:rsidR="00F25E9F" w:rsidRDefault="00F25E9F" w:rsidP="007E5B69">
            <w:r>
              <w:rPr>
                <w:sz w:val="16"/>
              </w:rPr>
              <w:t>0</w:t>
            </w:r>
          </w:p>
        </w:tc>
      </w:tr>
      <w:tr w:rsidR="00F25E9F" w14:paraId="28D4A0D6" w14:textId="77777777" w:rsidTr="00371F5F">
        <w:trPr>
          <w:jc w:val="center"/>
        </w:trPr>
        <w:tc>
          <w:tcPr>
            <w:tcW w:w="993" w:type="dxa"/>
          </w:tcPr>
          <w:p w14:paraId="15A94A01" w14:textId="77777777" w:rsidR="00F25E9F" w:rsidRDefault="00F25E9F" w:rsidP="007E5B69">
            <w:r>
              <w:rPr>
                <w:sz w:val="16"/>
              </w:rPr>
              <w:t>272</w:t>
            </w:r>
          </w:p>
        </w:tc>
        <w:tc>
          <w:tcPr>
            <w:tcW w:w="3685" w:type="dxa"/>
          </w:tcPr>
          <w:p w14:paraId="1A88D7F1" w14:textId="77777777" w:rsidR="00F25E9F" w:rsidRPr="00371F5F" w:rsidRDefault="00F25E9F" w:rsidP="007E5B69">
            <w:r w:rsidRPr="000003D3">
              <w:rPr>
                <w:sz w:val="16"/>
                <w:lang w:val="ru-RU"/>
              </w:rPr>
              <w:t>Ақпаратты</w:t>
            </w:r>
            <w:proofErr w:type="gramStart"/>
            <w:r w:rsidRPr="000003D3">
              <w:rPr>
                <w:sz w:val="16"/>
                <w:lang w:val="ru-RU"/>
              </w:rPr>
              <w:t>қ</w:t>
            </w:r>
            <w:r w:rsidRPr="00371F5F">
              <w:rPr>
                <w:sz w:val="16"/>
              </w:rPr>
              <w:t>-</w:t>
            </w:r>
            <w:proofErr w:type="gramEnd"/>
            <w:r w:rsidRPr="000003D3">
              <w:rPr>
                <w:sz w:val="16"/>
                <w:lang w:val="ru-RU"/>
              </w:rPr>
              <w:t>бағыттаушы</w:t>
            </w:r>
            <w:r w:rsidRPr="00371F5F">
              <w:rPr>
                <w:sz w:val="16"/>
              </w:rPr>
              <w:t xml:space="preserve"> </w:t>
            </w:r>
            <w:r w:rsidRPr="000003D3">
              <w:rPr>
                <w:sz w:val="16"/>
                <w:lang w:val="ru-RU"/>
              </w:rPr>
              <w:t>жол</w:t>
            </w:r>
            <w:r w:rsidRPr="00371F5F">
              <w:rPr>
                <w:sz w:val="16"/>
              </w:rPr>
              <w:t xml:space="preserve"> </w:t>
            </w:r>
            <w:r w:rsidRPr="000003D3">
              <w:rPr>
                <w:sz w:val="16"/>
                <w:lang w:val="ru-RU"/>
              </w:rPr>
              <w:t>белгісі</w:t>
            </w:r>
            <w:r w:rsidRPr="00371F5F">
              <w:rPr>
                <w:sz w:val="16"/>
              </w:rPr>
              <w:t xml:space="preserve">, III </w:t>
            </w:r>
            <w:r w:rsidRPr="000003D3">
              <w:rPr>
                <w:sz w:val="16"/>
                <w:lang w:val="ru-RU"/>
              </w:rPr>
              <w:t>өлшем</w:t>
            </w:r>
            <w:r w:rsidRPr="00371F5F">
              <w:rPr>
                <w:sz w:val="16"/>
              </w:rPr>
              <w:t xml:space="preserve"> </w:t>
            </w:r>
            <w:r w:rsidRPr="000003D3">
              <w:rPr>
                <w:sz w:val="16"/>
                <w:lang w:val="ru-RU"/>
              </w:rPr>
              <w:t>түрі</w:t>
            </w:r>
            <w:r w:rsidRPr="00371F5F">
              <w:rPr>
                <w:sz w:val="16"/>
              </w:rPr>
              <w:t xml:space="preserve">, </w:t>
            </w:r>
            <w:r w:rsidRPr="000003D3">
              <w:rPr>
                <w:sz w:val="16"/>
                <w:lang w:val="ru-RU"/>
              </w:rPr>
              <w:t>ҚР</w:t>
            </w:r>
            <w:r w:rsidRPr="00371F5F">
              <w:rPr>
                <w:sz w:val="16"/>
              </w:rPr>
              <w:t xml:space="preserve"> </w:t>
            </w:r>
            <w:r w:rsidRPr="000003D3">
              <w:rPr>
                <w:sz w:val="16"/>
                <w:lang w:val="ru-RU"/>
              </w:rPr>
              <w:t>СТ</w:t>
            </w:r>
            <w:r w:rsidRPr="00371F5F">
              <w:rPr>
                <w:sz w:val="16"/>
              </w:rPr>
              <w:t xml:space="preserve"> 1125-2002</w:t>
            </w:r>
          </w:p>
        </w:tc>
        <w:tc>
          <w:tcPr>
            <w:tcW w:w="1696" w:type="dxa"/>
          </w:tcPr>
          <w:p w14:paraId="7F6BE0AD" w14:textId="77777777" w:rsidR="00F25E9F" w:rsidRDefault="00F25E9F" w:rsidP="007E5B69">
            <w:r>
              <w:rPr>
                <w:sz w:val="16"/>
              </w:rPr>
              <w:t>241500014655</w:t>
            </w:r>
          </w:p>
        </w:tc>
        <w:tc>
          <w:tcPr>
            <w:tcW w:w="1701" w:type="dxa"/>
          </w:tcPr>
          <w:p w14:paraId="68975AD6" w14:textId="77777777" w:rsidR="00F25E9F" w:rsidRDefault="00F25E9F" w:rsidP="007E5B69">
            <w:r>
              <w:rPr>
                <w:sz w:val="16"/>
              </w:rPr>
              <w:t>12000</w:t>
            </w:r>
          </w:p>
        </w:tc>
        <w:tc>
          <w:tcPr>
            <w:tcW w:w="1701" w:type="dxa"/>
          </w:tcPr>
          <w:p w14:paraId="1184A5AD" w14:textId="77777777" w:rsidR="00F25E9F" w:rsidRDefault="00F25E9F" w:rsidP="007E5B69">
            <w:r>
              <w:rPr>
                <w:sz w:val="16"/>
              </w:rPr>
              <w:t>0</w:t>
            </w:r>
          </w:p>
        </w:tc>
      </w:tr>
      <w:tr w:rsidR="00F25E9F" w14:paraId="1B388230" w14:textId="77777777" w:rsidTr="00371F5F">
        <w:trPr>
          <w:jc w:val="center"/>
        </w:trPr>
        <w:tc>
          <w:tcPr>
            <w:tcW w:w="993" w:type="dxa"/>
          </w:tcPr>
          <w:p w14:paraId="002AF40F" w14:textId="77777777" w:rsidR="00F25E9F" w:rsidRDefault="00F25E9F" w:rsidP="007E5B69">
            <w:r>
              <w:rPr>
                <w:sz w:val="16"/>
              </w:rPr>
              <w:lastRenderedPageBreak/>
              <w:t>273</w:t>
            </w:r>
          </w:p>
        </w:tc>
        <w:tc>
          <w:tcPr>
            <w:tcW w:w="3685" w:type="dxa"/>
          </w:tcPr>
          <w:p w14:paraId="0AE18D6A" w14:textId="77777777" w:rsidR="00F25E9F" w:rsidRPr="00371F5F" w:rsidRDefault="00F25E9F" w:rsidP="007E5B69">
            <w:r w:rsidRPr="000003D3">
              <w:rPr>
                <w:sz w:val="16"/>
                <w:lang w:val="ru-RU"/>
              </w:rPr>
              <w:t>Ақпаратты</w:t>
            </w:r>
            <w:proofErr w:type="gramStart"/>
            <w:r w:rsidRPr="000003D3">
              <w:rPr>
                <w:sz w:val="16"/>
                <w:lang w:val="ru-RU"/>
              </w:rPr>
              <w:t>қ</w:t>
            </w:r>
            <w:r w:rsidRPr="00371F5F">
              <w:rPr>
                <w:sz w:val="16"/>
              </w:rPr>
              <w:t>-</w:t>
            </w:r>
            <w:proofErr w:type="gramEnd"/>
            <w:r w:rsidRPr="000003D3">
              <w:rPr>
                <w:sz w:val="16"/>
                <w:lang w:val="ru-RU"/>
              </w:rPr>
              <w:t>бағыттаушы</w:t>
            </w:r>
            <w:r w:rsidRPr="00371F5F">
              <w:rPr>
                <w:sz w:val="16"/>
              </w:rPr>
              <w:t xml:space="preserve"> </w:t>
            </w:r>
            <w:r w:rsidRPr="000003D3">
              <w:rPr>
                <w:sz w:val="16"/>
                <w:lang w:val="ru-RU"/>
              </w:rPr>
              <w:t>жол</w:t>
            </w:r>
            <w:r w:rsidRPr="00371F5F">
              <w:rPr>
                <w:sz w:val="16"/>
              </w:rPr>
              <w:t xml:space="preserve"> </w:t>
            </w:r>
            <w:r w:rsidRPr="000003D3">
              <w:rPr>
                <w:sz w:val="16"/>
                <w:lang w:val="ru-RU"/>
              </w:rPr>
              <w:t>белгісі</w:t>
            </w:r>
            <w:r w:rsidRPr="00371F5F">
              <w:rPr>
                <w:sz w:val="16"/>
              </w:rPr>
              <w:t xml:space="preserve">, III </w:t>
            </w:r>
            <w:r w:rsidRPr="000003D3">
              <w:rPr>
                <w:sz w:val="16"/>
                <w:lang w:val="ru-RU"/>
              </w:rPr>
              <w:t>өлшем</w:t>
            </w:r>
            <w:r w:rsidRPr="00371F5F">
              <w:rPr>
                <w:sz w:val="16"/>
              </w:rPr>
              <w:t xml:space="preserve"> </w:t>
            </w:r>
            <w:r w:rsidRPr="000003D3">
              <w:rPr>
                <w:sz w:val="16"/>
                <w:lang w:val="ru-RU"/>
              </w:rPr>
              <w:t>түрі</w:t>
            </w:r>
            <w:r w:rsidRPr="00371F5F">
              <w:rPr>
                <w:sz w:val="16"/>
              </w:rPr>
              <w:t xml:space="preserve">, </w:t>
            </w:r>
            <w:r w:rsidRPr="000003D3">
              <w:rPr>
                <w:sz w:val="16"/>
                <w:lang w:val="ru-RU"/>
              </w:rPr>
              <w:t>ҚР</w:t>
            </w:r>
            <w:r w:rsidRPr="00371F5F">
              <w:rPr>
                <w:sz w:val="16"/>
              </w:rPr>
              <w:t xml:space="preserve"> </w:t>
            </w:r>
            <w:r w:rsidRPr="000003D3">
              <w:rPr>
                <w:sz w:val="16"/>
                <w:lang w:val="ru-RU"/>
              </w:rPr>
              <w:t>СТ</w:t>
            </w:r>
            <w:r w:rsidRPr="00371F5F">
              <w:rPr>
                <w:sz w:val="16"/>
              </w:rPr>
              <w:t xml:space="preserve"> 1125-2002</w:t>
            </w:r>
          </w:p>
        </w:tc>
        <w:tc>
          <w:tcPr>
            <w:tcW w:w="1696" w:type="dxa"/>
          </w:tcPr>
          <w:p w14:paraId="74458C37" w14:textId="77777777" w:rsidR="00F25E9F" w:rsidRDefault="00F25E9F" w:rsidP="007E5B69">
            <w:r>
              <w:rPr>
                <w:sz w:val="16"/>
              </w:rPr>
              <w:t>241500014656</w:t>
            </w:r>
          </w:p>
        </w:tc>
        <w:tc>
          <w:tcPr>
            <w:tcW w:w="1701" w:type="dxa"/>
          </w:tcPr>
          <w:p w14:paraId="2B2117AA" w14:textId="77777777" w:rsidR="00F25E9F" w:rsidRDefault="00F25E9F" w:rsidP="007E5B69">
            <w:r>
              <w:rPr>
                <w:sz w:val="16"/>
              </w:rPr>
              <w:t>10000</w:t>
            </w:r>
          </w:p>
        </w:tc>
        <w:tc>
          <w:tcPr>
            <w:tcW w:w="1701" w:type="dxa"/>
          </w:tcPr>
          <w:p w14:paraId="2F95A71B" w14:textId="77777777" w:rsidR="00F25E9F" w:rsidRDefault="00F25E9F" w:rsidP="007E5B69">
            <w:r>
              <w:rPr>
                <w:sz w:val="16"/>
              </w:rPr>
              <w:t>0</w:t>
            </w:r>
          </w:p>
        </w:tc>
      </w:tr>
      <w:tr w:rsidR="00F25E9F" w14:paraId="5FB23724" w14:textId="77777777" w:rsidTr="00371F5F">
        <w:trPr>
          <w:jc w:val="center"/>
        </w:trPr>
        <w:tc>
          <w:tcPr>
            <w:tcW w:w="993" w:type="dxa"/>
          </w:tcPr>
          <w:p w14:paraId="61E73AEF" w14:textId="77777777" w:rsidR="00F25E9F" w:rsidRDefault="00F25E9F" w:rsidP="007E5B69">
            <w:r>
              <w:rPr>
                <w:sz w:val="16"/>
              </w:rPr>
              <w:t>274</w:t>
            </w:r>
          </w:p>
        </w:tc>
        <w:tc>
          <w:tcPr>
            <w:tcW w:w="3685" w:type="dxa"/>
          </w:tcPr>
          <w:p w14:paraId="7ECCD84F" w14:textId="77777777" w:rsidR="00F25E9F" w:rsidRPr="00371F5F" w:rsidRDefault="00F25E9F" w:rsidP="007E5B69">
            <w:r w:rsidRPr="000003D3">
              <w:rPr>
                <w:sz w:val="16"/>
                <w:lang w:val="ru-RU"/>
              </w:rPr>
              <w:t>Ақпаратты</w:t>
            </w:r>
            <w:proofErr w:type="gramStart"/>
            <w:r w:rsidRPr="000003D3">
              <w:rPr>
                <w:sz w:val="16"/>
                <w:lang w:val="ru-RU"/>
              </w:rPr>
              <w:t>қ</w:t>
            </w:r>
            <w:r w:rsidRPr="00371F5F">
              <w:rPr>
                <w:sz w:val="16"/>
              </w:rPr>
              <w:t>-</w:t>
            </w:r>
            <w:proofErr w:type="gramEnd"/>
            <w:r w:rsidRPr="000003D3">
              <w:rPr>
                <w:sz w:val="16"/>
                <w:lang w:val="ru-RU"/>
              </w:rPr>
              <w:t>бағыттаушы</w:t>
            </w:r>
            <w:r w:rsidRPr="00371F5F">
              <w:rPr>
                <w:sz w:val="16"/>
              </w:rPr>
              <w:t xml:space="preserve"> </w:t>
            </w:r>
            <w:r w:rsidRPr="000003D3">
              <w:rPr>
                <w:sz w:val="16"/>
                <w:lang w:val="ru-RU"/>
              </w:rPr>
              <w:t>жол</w:t>
            </w:r>
            <w:r w:rsidRPr="00371F5F">
              <w:rPr>
                <w:sz w:val="16"/>
              </w:rPr>
              <w:t xml:space="preserve"> </w:t>
            </w:r>
            <w:r w:rsidRPr="000003D3">
              <w:rPr>
                <w:sz w:val="16"/>
                <w:lang w:val="ru-RU"/>
              </w:rPr>
              <w:t>белгісі</w:t>
            </w:r>
            <w:r w:rsidRPr="00371F5F">
              <w:rPr>
                <w:sz w:val="16"/>
              </w:rPr>
              <w:t xml:space="preserve">, III </w:t>
            </w:r>
            <w:r w:rsidRPr="000003D3">
              <w:rPr>
                <w:sz w:val="16"/>
                <w:lang w:val="ru-RU"/>
              </w:rPr>
              <w:t>өлшем</w:t>
            </w:r>
            <w:r w:rsidRPr="00371F5F">
              <w:rPr>
                <w:sz w:val="16"/>
              </w:rPr>
              <w:t xml:space="preserve"> </w:t>
            </w:r>
            <w:r w:rsidRPr="000003D3">
              <w:rPr>
                <w:sz w:val="16"/>
                <w:lang w:val="ru-RU"/>
              </w:rPr>
              <w:t>түрі</w:t>
            </w:r>
            <w:r w:rsidRPr="00371F5F">
              <w:rPr>
                <w:sz w:val="16"/>
              </w:rPr>
              <w:t xml:space="preserve">, </w:t>
            </w:r>
            <w:r w:rsidRPr="000003D3">
              <w:rPr>
                <w:sz w:val="16"/>
                <w:lang w:val="ru-RU"/>
              </w:rPr>
              <w:t>ҚР</w:t>
            </w:r>
            <w:r w:rsidRPr="00371F5F">
              <w:rPr>
                <w:sz w:val="16"/>
              </w:rPr>
              <w:t xml:space="preserve"> </w:t>
            </w:r>
            <w:r w:rsidRPr="000003D3">
              <w:rPr>
                <w:sz w:val="16"/>
                <w:lang w:val="ru-RU"/>
              </w:rPr>
              <w:t>СТ</w:t>
            </w:r>
            <w:r w:rsidRPr="00371F5F">
              <w:rPr>
                <w:sz w:val="16"/>
              </w:rPr>
              <w:t xml:space="preserve"> 1125-2002, 7.1.3</w:t>
            </w:r>
          </w:p>
        </w:tc>
        <w:tc>
          <w:tcPr>
            <w:tcW w:w="1696" w:type="dxa"/>
          </w:tcPr>
          <w:p w14:paraId="1432D215" w14:textId="77777777" w:rsidR="00F25E9F" w:rsidRDefault="00F25E9F" w:rsidP="007E5B69">
            <w:r>
              <w:rPr>
                <w:sz w:val="16"/>
              </w:rPr>
              <w:t>241500014657</w:t>
            </w:r>
          </w:p>
        </w:tc>
        <w:tc>
          <w:tcPr>
            <w:tcW w:w="1701" w:type="dxa"/>
          </w:tcPr>
          <w:p w14:paraId="7CB2359C" w14:textId="77777777" w:rsidR="00F25E9F" w:rsidRDefault="00F25E9F" w:rsidP="007E5B69">
            <w:r>
              <w:rPr>
                <w:sz w:val="16"/>
              </w:rPr>
              <w:t>12000</w:t>
            </w:r>
          </w:p>
        </w:tc>
        <w:tc>
          <w:tcPr>
            <w:tcW w:w="1701" w:type="dxa"/>
          </w:tcPr>
          <w:p w14:paraId="5BBF9489" w14:textId="77777777" w:rsidR="00F25E9F" w:rsidRDefault="00F25E9F" w:rsidP="007E5B69">
            <w:r>
              <w:rPr>
                <w:sz w:val="16"/>
              </w:rPr>
              <w:t>0</w:t>
            </w:r>
          </w:p>
        </w:tc>
      </w:tr>
      <w:tr w:rsidR="00F25E9F" w14:paraId="137C7736" w14:textId="77777777" w:rsidTr="00371F5F">
        <w:trPr>
          <w:jc w:val="center"/>
        </w:trPr>
        <w:tc>
          <w:tcPr>
            <w:tcW w:w="993" w:type="dxa"/>
          </w:tcPr>
          <w:p w14:paraId="52FA4515" w14:textId="77777777" w:rsidR="00F25E9F" w:rsidRDefault="00F25E9F" w:rsidP="007E5B69">
            <w:r>
              <w:rPr>
                <w:sz w:val="16"/>
              </w:rPr>
              <w:t>275</w:t>
            </w:r>
          </w:p>
        </w:tc>
        <w:tc>
          <w:tcPr>
            <w:tcW w:w="3685" w:type="dxa"/>
          </w:tcPr>
          <w:p w14:paraId="66390AC5" w14:textId="77777777" w:rsidR="00F25E9F" w:rsidRPr="00371F5F" w:rsidRDefault="00F25E9F" w:rsidP="007E5B69">
            <w:r w:rsidRPr="000003D3">
              <w:rPr>
                <w:sz w:val="16"/>
                <w:lang w:val="ru-RU"/>
              </w:rPr>
              <w:t>Ақпаратты</w:t>
            </w:r>
            <w:proofErr w:type="gramStart"/>
            <w:r w:rsidRPr="000003D3">
              <w:rPr>
                <w:sz w:val="16"/>
                <w:lang w:val="ru-RU"/>
              </w:rPr>
              <w:t>қ</w:t>
            </w:r>
            <w:r w:rsidRPr="00371F5F">
              <w:rPr>
                <w:sz w:val="16"/>
              </w:rPr>
              <w:t>-</w:t>
            </w:r>
            <w:proofErr w:type="gramEnd"/>
            <w:r w:rsidRPr="000003D3">
              <w:rPr>
                <w:sz w:val="16"/>
                <w:lang w:val="ru-RU"/>
              </w:rPr>
              <w:t>бағыттаушы</w:t>
            </w:r>
            <w:r w:rsidRPr="00371F5F">
              <w:rPr>
                <w:sz w:val="16"/>
              </w:rPr>
              <w:t xml:space="preserve"> </w:t>
            </w:r>
            <w:r w:rsidRPr="000003D3">
              <w:rPr>
                <w:sz w:val="16"/>
                <w:lang w:val="ru-RU"/>
              </w:rPr>
              <w:t>жол</w:t>
            </w:r>
            <w:r w:rsidRPr="00371F5F">
              <w:rPr>
                <w:sz w:val="16"/>
              </w:rPr>
              <w:t xml:space="preserve"> </w:t>
            </w:r>
            <w:r w:rsidRPr="000003D3">
              <w:rPr>
                <w:sz w:val="16"/>
                <w:lang w:val="ru-RU"/>
              </w:rPr>
              <w:t>белгісі</w:t>
            </w:r>
            <w:r w:rsidRPr="00371F5F">
              <w:rPr>
                <w:sz w:val="16"/>
              </w:rPr>
              <w:t xml:space="preserve">, III </w:t>
            </w:r>
            <w:r w:rsidRPr="000003D3">
              <w:rPr>
                <w:sz w:val="16"/>
                <w:lang w:val="ru-RU"/>
              </w:rPr>
              <w:t>өлшем</w:t>
            </w:r>
            <w:r w:rsidRPr="00371F5F">
              <w:rPr>
                <w:sz w:val="16"/>
              </w:rPr>
              <w:t xml:space="preserve"> </w:t>
            </w:r>
            <w:r w:rsidRPr="000003D3">
              <w:rPr>
                <w:sz w:val="16"/>
                <w:lang w:val="ru-RU"/>
              </w:rPr>
              <w:t>түрі</w:t>
            </w:r>
            <w:r w:rsidRPr="00371F5F">
              <w:rPr>
                <w:sz w:val="16"/>
              </w:rPr>
              <w:t xml:space="preserve">, </w:t>
            </w:r>
            <w:r w:rsidRPr="000003D3">
              <w:rPr>
                <w:sz w:val="16"/>
                <w:lang w:val="ru-RU"/>
              </w:rPr>
              <w:t>ҚР</w:t>
            </w:r>
            <w:r w:rsidRPr="00371F5F">
              <w:rPr>
                <w:sz w:val="16"/>
              </w:rPr>
              <w:t xml:space="preserve"> </w:t>
            </w:r>
            <w:r w:rsidRPr="000003D3">
              <w:rPr>
                <w:sz w:val="16"/>
                <w:lang w:val="ru-RU"/>
              </w:rPr>
              <w:t>СТ</w:t>
            </w:r>
            <w:r w:rsidRPr="00371F5F">
              <w:rPr>
                <w:sz w:val="16"/>
              </w:rPr>
              <w:t xml:space="preserve"> 1125-2002, 7.17</w:t>
            </w:r>
          </w:p>
        </w:tc>
        <w:tc>
          <w:tcPr>
            <w:tcW w:w="1696" w:type="dxa"/>
          </w:tcPr>
          <w:p w14:paraId="1E6BA368" w14:textId="77777777" w:rsidR="00F25E9F" w:rsidRDefault="00F25E9F" w:rsidP="007E5B69">
            <w:r>
              <w:rPr>
                <w:sz w:val="16"/>
              </w:rPr>
              <w:t>241500014658</w:t>
            </w:r>
          </w:p>
        </w:tc>
        <w:tc>
          <w:tcPr>
            <w:tcW w:w="1701" w:type="dxa"/>
          </w:tcPr>
          <w:p w14:paraId="22687E89" w14:textId="77777777" w:rsidR="00F25E9F" w:rsidRDefault="00F25E9F" w:rsidP="007E5B69">
            <w:r>
              <w:rPr>
                <w:sz w:val="16"/>
              </w:rPr>
              <w:t>10000</w:t>
            </w:r>
          </w:p>
        </w:tc>
        <w:tc>
          <w:tcPr>
            <w:tcW w:w="1701" w:type="dxa"/>
          </w:tcPr>
          <w:p w14:paraId="1DCB18A0" w14:textId="77777777" w:rsidR="00F25E9F" w:rsidRDefault="00F25E9F" w:rsidP="007E5B69">
            <w:r>
              <w:rPr>
                <w:sz w:val="16"/>
              </w:rPr>
              <w:t>0</w:t>
            </w:r>
          </w:p>
        </w:tc>
      </w:tr>
      <w:tr w:rsidR="00F25E9F" w14:paraId="34E2C5F8" w14:textId="77777777" w:rsidTr="00371F5F">
        <w:trPr>
          <w:jc w:val="center"/>
        </w:trPr>
        <w:tc>
          <w:tcPr>
            <w:tcW w:w="993" w:type="dxa"/>
          </w:tcPr>
          <w:p w14:paraId="28F6183A" w14:textId="77777777" w:rsidR="00F25E9F" w:rsidRDefault="00F25E9F" w:rsidP="007E5B69">
            <w:r>
              <w:rPr>
                <w:sz w:val="16"/>
              </w:rPr>
              <w:t>276</w:t>
            </w:r>
          </w:p>
        </w:tc>
        <w:tc>
          <w:tcPr>
            <w:tcW w:w="3685" w:type="dxa"/>
          </w:tcPr>
          <w:p w14:paraId="040C3919" w14:textId="77777777" w:rsidR="00F25E9F" w:rsidRPr="00371F5F" w:rsidRDefault="00F25E9F" w:rsidP="007E5B69">
            <w:r w:rsidRPr="000003D3">
              <w:rPr>
                <w:sz w:val="16"/>
                <w:lang w:val="ru-RU"/>
              </w:rPr>
              <w:t>Ақпаратты</w:t>
            </w:r>
            <w:proofErr w:type="gramStart"/>
            <w:r w:rsidRPr="000003D3">
              <w:rPr>
                <w:sz w:val="16"/>
                <w:lang w:val="ru-RU"/>
              </w:rPr>
              <w:t>қ</w:t>
            </w:r>
            <w:r w:rsidRPr="00371F5F">
              <w:rPr>
                <w:sz w:val="16"/>
              </w:rPr>
              <w:t>-</w:t>
            </w:r>
            <w:proofErr w:type="gramEnd"/>
            <w:r w:rsidRPr="000003D3">
              <w:rPr>
                <w:sz w:val="16"/>
                <w:lang w:val="ru-RU"/>
              </w:rPr>
              <w:t>бағыттаушы</w:t>
            </w:r>
            <w:r w:rsidRPr="00371F5F">
              <w:rPr>
                <w:sz w:val="16"/>
              </w:rPr>
              <w:t xml:space="preserve"> </w:t>
            </w:r>
            <w:r w:rsidRPr="000003D3">
              <w:rPr>
                <w:sz w:val="16"/>
                <w:lang w:val="ru-RU"/>
              </w:rPr>
              <w:t>жол</w:t>
            </w:r>
            <w:r w:rsidRPr="00371F5F">
              <w:rPr>
                <w:sz w:val="16"/>
              </w:rPr>
              <w:t xml:space="preserve"> </w:t>
            </w:r>
            <w:r w:rsidRPr="000003D3">
              <w:rPr>
                <w:sz w:val="16"/>
                <w:lang w:val="ru-RU"/>
              </w:rPr>
              <w:t>белгісі</w:t>
            </w:r>
            <w:r w:rsidRPr="00371F5F">
              <w:rPr>
                <w:sz w:val="16"/>
              </w:rPr>
              <w:t xml:space="preserve">, III </w:t>
            </w:r>
            <w:r w:rsidRPr="000003D3">
              <w:rPr>
                <w:sz w:val="16"/>
                <w:lang w:val="ru-RU"/>
              </w:rPr>
              <w:t>өлшем</w:t>
            </w:r>
            <w:r w:rsidRPr="00371F5F">
              <w:rPr>
                <w:sz w:val="16"/>
              </w:rPr>
              <w:t xml:space="preserve"> </w:t>
            </w:r>
            <w:r w:rsidRPr="000003D3">
              <w:rPr>
                <w:sz w:val="16"/>
                <w:lang w:val="ru-RU"/>
              </w:rPr>
              <w:t>түрі</w:t>
            </w:r>
            <w:r w:rsidRPr="00371F5F">
              <w:rPr>
                <w:sz w:val="16"/>
              </w:rPr>
              <w:t xml:space="preserve">, </w:t>
            </w:r>
            <w:r w:rsidRPr="000003D3">
              <w:rPr>
                <w:sz w:val="16"/>
                <w:lang w:val="ru-RU"/>
              </w:rPr>
              <w:t>ҚР</w:t>
            </w:r>
            <w:r w:rsidRPr="00371F5F">
              <w:rPr>
                <w:sz w:val="16"/>
              </w:rPr>
              <w:t xml:space="preserve"> </w:t>
            </w:r>
            <w:r w:rsidRPr="000003D3">
              <w:rPr>
                <w:sz w:val="16"/>
                <w:lang w:val="ru-RU"/>
              </w:rPr>
              <w:t>СТ</w:t>
            </w:r>
            <w:r w:rsidRPr="00371F5F">
              <w:rPr>
                <w:sz w:val="16"/>
              </w:rPr>
              <w:t xml:space="preserve"> 1125-2002, 7.6,5</w:t>
            </w:r>
          </w:p>
        </w:tc>
        <w:tc>
          <w:tcPr>
            <w:tcW w:w="1696" w:type="dxa"/>
          </w:tcPr>
          <w:p w14:paraId="1BA9EB24" w14:textId="77777777" w:rsidR="00F25E9F" w:rsidRDefault="00F25E9F" w:rsidP="007E5B69">
            <w:r>
              <w:rPr>
                <w:sz w:val="16"/>
              </w:rPr>
              <w:t>241500014659</w:t>
            </w:r>
          </w:p>
        </w:tc>
        <w:tc>
          <w:tcPr>
            <w:tcW w:w="1701" w:type="dxa"/>
          </w:tcPr>
          <w:p w14:paraId="60AE8796" w14:textId="77777777" w:rsidR="00F25E9F" w:rsidRDefault="00F25E9F" w:rsidP="007E5B69">
            <w:r>
              <w:rPr>
                <w:sz w:val="16"/>
              </w:rPr>
              <w:t>10000</w:t>
            </w:r>
          </w:p>
        </w:tc>
        <w:tc>
          <w:tcPr>
            <w:tcW w:w="1701" w:type="dxa"/>
          </w:tcPr>
          <w:p w14:paraId="22947896" w14:textId="77777777" w:rsidR="00F25E9F" w:rsidRDefault="00F25E9F" w:rsidP="007E5B69">
            <w:r>
              <w:rPr>
                <w:sz w:val="16"/>
              </w:rPr>
              <w:t>0</w:t>
            </w:r>
          </w:p>
        </w:tc>
      </w:tr>
      <w:tr w:rsidR="00F25E9F" w14:paraId="6642CA1E" w14:textId="77777777" w:rsidTr="00371F5F">
        <w:trPr>
          <w:jc w:val="center"/>
        </w:trPr>
        <w:tc>
          <w:tcPr>
            <w:tcW w:w="993" w:type="dxa"/>
          </w:tcPr>
          <w:p w14:paraId="7AD18CC3" w14:textId="77777777" w:rsidR="00F25E9F" w:rsidRDefault="00F25E9F" w:rsidP="007E5B69">
            <w:r>
              <w:rPr>
                <w:sz w:val="16"/>
              </w:rPr>
              <w:t>277</w:t>
            </w:r>
          </w:p>
        </w:tc>
        <w:tc>
          <w:tcPr>
            <w:tcW w:w="3685" w:type="dxa"/>
          </w:tcPr>
          <w:p w14:paraId="54121497" w14:textId="77777777" w:rsidR="00F25E9F" w:rsidRPr="00371F5F" w:rsidRDefault="00F25E9F" w:rsidP="007E5B69">
            <w:r w:rsidRPr="000003D3">
              <w:rPr>
                <w:sz w:val="16"/>
                <w:lang w:val="ru-RU"/>
              </w:rPr>
              <w:t>Ақпаратты</w:t>
            </w:r>
            <w:proofErr w:type="gramStart"/>
            <w:r w:rsidRPr="000003D3">
              <w:rPr>
                <w:sz w:val="16"/>
                <w:lang w:val="ru-RU"/>
              </w:rPr>
              <w:t>қ</w:t>
            </w:r>
            <w:r w:rsidRPr="00371F5F">
              <w:rPr>
                <w:sz w:val="16"/>
              </w:rPr>
              <w:t>-</w:t>
            </w:r>
            <w:proofErr w:type="gramEnd"/>
            <w:r w:rsidRPr="000003D3">
              <w:rPr>
                <w:sz w:val="16"/>
                <w:lang w:val="ru-RU"/>
              </w:rPr>
              <w:t>бағыттаушы</w:t>
            </w:r>
            <w:r w:rsidRPr="00371F5F">
              <w:rPr>
                <w:sz w:val="16"/>
              </w:rPr>
              <w:t xml:space="preserve"> </w:t>
            </w:r>
            <w:r w:rsidRPr="000003D3">
              <w:rPr>
                <w:sz w:val="16"/>
                <w:lang w:val="ru-RU"/>
              </w:rPr>
              <w:t>жол</w:t>
            </w:r>
            <w:r w:rsidRPr="00371F5F">
              <w:rPr>
                <w:sz w:val="16"/>
              </w:rPr>
              <w:t xml:space="preserve"> </w:t>
            </w:r>
            <w:r w:rsidRPr="000003D3">
              <w:rPr>
                <w:sz w:val="16"/>
                <w:lang w:val="ru-RU"/>
              </w:rPr>
              <w:t>белгісі</w:t>
            </w:r>
            <w:r w:rsidRPr="00371F5F">
              <w:rPr>
                <w:sz w:val="16"/>
              </w:rPr>
              <w:t xml:space="preserve">, III </w:t>
            </w:r>
            <w:r w:rsidRPr="000003D3">
              <w:rPr>
                <w:sz w:val="16"/>
                <w:lang w:val="ru-RU"/>
              </w:rPr>
              <w:t>өлшем</w:t>
            </w:r>
            <w:r w:rsidRPr="00371F5F">
              <w:rPr>
                <w:sz w:val="16"/>
              </w:rPr>
              <w:t xml:space="preserve"> </w:t>
            </w:r>
            <w:r w:rsidRPr="000003D3">
              <w:rPr>
                <w:sz w:val="16"/>
                <w:lang w:val="ru-RU"/>
              </w:rPr>
              <w:t>түрі</w:t>
            </w:r>
            <w:r w:rsidRPr="00371F5F">
              <w:rPr>
                <w:sz w:val="16"/>
              </w:rPr>
              <w:t xml:space="preserve">, </w:t>
            </w:r>
            <w:r w:rsidRPr="000003D3">
              <w:rPr>
                <w:sz w:val="16"/>
                <w:lang w:val="ru-RU"/>
              </w:rPr>
              <w:t>ҚР</w:t>
            </w:r>
            <w:r w:rsidRPr="00371F5F">
              <w:rPr>
                <w:sz w:val="16"/>
              </w:rPr>
              <w:t xml:space="preserve"> </w:t>
            </w:r>
            <w:r w:rsidRPr="000003D3">
              <w:rPr>
                <w:sz w:val="16"/>
                <w:lang w:val="ru-RU"/>
              </w:rPr>
              <w:t>СТ</w:t>
            </w:r>
            <w:r w:rsidRPr="00371F5F">
              <w:rPr>
                <w:sz w:val="16"/>
              </w:rPr>
              <w:t xml:space="preserve"> 1125-2002, 7.6.5</w:t>
            </w:r>
          </w:p>
        </w:tc>
        <w:tc>
          <w:tcPr>
            <w:tcW w:w="1696" w:type="dxa"/>
          </w:tcPr>
          <w:p w14:paraId="0621960B" w14:textId="77777777" w:rsidR="00F25E9F" w:rsidRDefault="00F25E9F" w:rsidP="007E5B69">
            <w:r>
              <w:rPr>
                <w:sz w:val="16"/>
              </w:rPr>
              <w:t>241500014660</w:t>
            </w:r>
          </w:p>
        </w:tc>
        <w:tc>
          <w:tcPr>
            <w:tcW w:w="1701" w:type="dxa"/>
          </w:tcPr>
          <w:p w14:paraId="5185C57D" w14:textId="77777777" w:rsidR="00F25E9F" w:rsidRDefault="00F25E9F" w:rsidP="007E5B69">
            <w:r>
              <w:rPr>
                <w:sz w:val="16"/>
              </w:rPr>
              <w:t>10000</w:t>
            </w:r>
          </w:p>
        </w:tc>
        <w:tc>
          <w:tcPr>
            <w:tcW w:w="1701" w:type="dxa"/>
          </w:tcPr>
          <w:p w14:paraId="13F62DAC" w14:textId="77777777" w:rsidR="00F25E9F" w:rsidRDefault="00F25E9F" w:rsidP="007E5B69">
            <w:r>
              <w:rPr>
                <w:sz w:val="16"/>
              </w:rPr>
              <w:t>0</w:t>
            </w:r>
          </w:p>
        </w:tc>
      </w:tr>
      <w:tr w:rsidR="00F25E9F" w14:paraId="12921A8E" w14:textId="77777777" w:rsidTr="00371F5F">
        <w:trPr>
          <w:jc w:val="center"/>
        </w:trPr>
        <w:tc>
          <w:tcPr>
            <w:tcW w:w="993" w:type="dxa"/>
          </w:tcPr>
          <w:p w14:paraId="2B50C84D" w14:textId="77777777" w:rsidR="00F25E9F" w:rsidRDefault="00F25E9F" w:rsidP="007E5B69">
            <w:r>
              <w:rPr>
                <w:sz w:val="16"/>
              </w:rPr>
              <w:t>278</w:t>
            </w:r>
          </w:p>
        </w:tc>
        <w:tc>
          <w:tcPr>
            <w:tcW w:w="3685" w:type="dxa"/>
          </w:tcPr>
          <w:p w14:paraId="5520FEEC" w14:textId="77777777" w:rsidR="00F25E9F" w:rsidRDefault="00F25E9F" w:rsidP="007E5B69">
            <w:r>
              <w:rPr>
                <w:sz w:val="16"/>
              </w:rPr>
              <w:t>СД-2 мырышталған жол тіреуі</w:t>
            </w:r>
          </w:p>
        </w:tc>
        <w:tc>
          <w:tcPr>
            <w:tcW w:w="1696" w:type="dxa"/>
          </w:tcPr>
          <w:p w14:paraId="5B603DFE" w14:textId="77777777" w:rsidR="00F25E9F" w:rsidRDefault="00F25E9F" w:rsidP="007E5B69">
            <w:r>
              <w:rPr>
                <w:sz w:val="16"/>
              </w:rPr>
              <w:t>241500014665</w:t>
            </w:r>
          </w:p>
        </w:tc>
        <w:tc>
          <w:tcPr>
            <w:tcW w:w="1701" w:type="dxa"/>
          </w:tcPr>
          <w:p w14:paraId="163713DD" w14:textId="77777777" w:rsidR="00F25E9F" w:rsidRDefault="00F25E9F" w:rsidP="007E5B69">
            <w:r>
              <w:rPr>
                <w:sz w:val="16"/>
              </w:rPr>
              <w:t>10000</w:t>
            </w:r>
          </w:p>
        </w:tc>
        <w:tc>
          <w:tcPr>
            <w:tcW w:w="1701" w:type="dxa"/>
          </w:tcPr>
          <w:p w14:paraId="5A01CFEA" w14:textId="77777777" w:rsidR="00F25E9F" w:rsidRDefault="00F25E9F" w:rsidP="007E5B69">
            <w:r>
              <w:rPr>
                <w:sz w:val="16"/>
              </w:rPr>
              <w:t>0</w:t>
            </w:r>
          </w:p>
        </w:tc>
      </w:tr>
      <w:tr w:rsidR="00F25E9F" w14:paraId="3DF69E55" w14:textId="77777777" w:rsidTr="00371F5F">
        <w:trPr>
          <w:jc w:val="center"/>
        </w:trPr>
        <w:tc>
          <w:tcPr>
            <w:tcW w:w="993" w:type="dxa"/>
          </w:tcPr>
          <w:p w14:paraId="0A116533" w14:textId="77777777" w:rsidR="00F25E9F" w:rsidRDefault="00F25E9F" w:rsidP="007E5B69">
            <w:r>
              <w:rPr>
                <w:sz w:val="16"/>
              </w:rPr>
              <w:t>279</w:t>
            </w:r>
          </w:p>
        </w:tc>
        <w:tc>
          <w:tcPr>
            <w:tcW w:w="3685" w:type="dxa"/>
          </w:tcPr>
          <w:p w14:paraId="5863FE10" w14:textId="77777777" w:rsidR="00F25E9F" w:rsidRDefault="00F25E9F" w:rsidP="007E5B69">
            <w:r>
              <w:rPr>
                <w:sz w:val="16"/>
              </w:rPr>
              <w:t>СД-2 мырышталған жол тіреуі</w:t>
            </w:r>
          </w:p>
        </w:tc>
        <w:tc>
          <w:tcPr>
            <w:tcW w:w="1696" w:type="dxa"/>
          </w:tcPr>
          <w:p w14:paraId="6F9BF79F" w14:textId="77777777" w:rsidR="00F25E9F" w:rsidRDefault="00F25E9F" w:rsidP="007E5B69">
            <w:r>
              <w:rPr>
                <w:sz w:val="16"/>
              </w:rPr>
              <w:t>241500014666</w:t>
            </w:r>
          </w:p>
        </w:tc>
        <w:tc>
          <w:tcPr>
            <w:tcW w:w="1701" w:type="dxa"/>
          </w:tcPr>
          <w:p w14:paraId="4D777304" w14:textId="77777777" w:rsidR="00F25E9F" w:rsidRDefault="00F25E9F" w:rsidP="007E5B69">
            <w:r>
              <w:rPr>
                <w:sz w:val="16"/>
              </w:rPr>
              <w:t>10000</w:t>
            </w:r>
          </w:p>
        </w:tc>
        <w:tc>
          <w:tcPr>
            <w:tcW w:w="1701" w:type="dxa"/>
          </w:tcPr>
          <w:p w14:paraId="7A843BCA" w14:textId="77777777" w:rsidR="00F25E9F" w:rsidRDefault="00F25E9F" w:rsidP="007E5B69">
            <w:r>
              <w:rPr>
                <w:sz w:val="16"/>
              </w:rPr>
              <w:t>0</w:t>
            </w:r>
          </w:p>
        </w:tc>
      </w:tr>
      <w:tr w:rsidR="00F25E9F" w14:paraId="42E129DC" w14:textId="77777777" w:rsidTr="00371F5F">
        <w:trPr>
          <w:jc w:val="center"/>
        </w:trPr>
        <w:tc>
          <w:tcPr>
            <w:tcW w:w="993" w:type="dxa"/>
          </w:tcPr>
          <w:p w14:paraId="3924F6B9" w14:textId="77777777" w:rsidR="00F25E9F" w:rsidRDefault="00F25E9F" w:rsidP="007E5B69">
            <w:r>
              <w:rPr>
                <w:sz w:val="16"/>
              </w:rPr>
              <w:t>280</w:t>
            </w:r>
          </w:p>
        </w:tc>
        <w:tc>
          <w:tcPr>
            <w:tcW w:w="3685" w:type="dxa"/>
          </w:tcPr>
          <w:p w14:paraId="5A19FADC" w14:textId="77777777" w:rsidR="00F25E9F" w:rsidRPr="00371F5F" w:rsidRDefault="00F25E9F" w:rsidP="007E5B69">
            <w:r w:rsidRPr="000003D3">
              <w:rPr>
                <w:sz w:val="16"/>
                <w:lang w:val="ru-RU"/>
              </w:rPr>
              <w:t>Мырышталған</w:t>
            </w:r>
            <w:r w:rsidRPr="00371F5F">
              <w:rPr>
                <w:sz w:val="16"/>
              </w:rPr>
              <w:t xml:space="preserve"> </w:t>
            </w:r>
            <w:r w:rsidRPr="000003D3">
              <w:rPr>
                <w:sz w:val="16"/>
                <w:lang w:val="ru-RU"/>
              </w:rPr>
              <w:t>тіреуге</w:t>
            </w:r>
            <w:r w:rsidRPr="00371F5F">
              <w:rPr>
                <w:sz w:val="16"/>
              </w:rPr>
              <w:t xml:space="preserve"> </w:t>
            </w:r>
            <w:r w:rsidRPr="000003D3">
              <w:rPr>
                <w:sz w:val="16"/>
                <w:lang w:val="ru-RU"/>
              </w:rPr>
              <w:t>арналған</w:t>
            </w:r>
            <w:r w:rsidRPr="00371F5F">
              <w:rPr>
                <w:sz w:val="16"/>
              </w:rPr>
              <w:t xml:space="preserve"> </w:t>
            </w:r>
            <w:r w:rsidRPr="000003D3">
              <w:rPr>
                <w:sz w:val="16"/>
                <w:lang w:val="ru-RU"/>
              </w:rPr>
              <w:t>кө</w:t>
            </w:r>
            <w:proofErr w:type="gramStart"/>
            <w:r w:rsidRPr="000003D3">
              <w:rPr>
                <w:sz w:val="16"/>
                <w:lang w:val="ru-RU"/>
              </w:rPr>
              <w:t>п</w:t>
            </w:r>
            <w:proofErr w:type="gramEnd"/>
            <w:r w:rsidRPr="000003D3">
              <w:rPr>
                <w:sz w:val="16"/>
                <w:lang w:val="ru-RU"/>
              </w:rPr>
              <w:t>қырлы</w:t>
            </w:r>
            <w:r w:rsidRPr="00371F5F">
              <w:rPr>
                <w:sz w:val="16"/>
              </w:rPr>
              <w:t xml:space="preserve"> </w:t>
            </w:r>
            <w:r w:rsidRPr="000003D3">
              <w:rPr>
                <w:sz w:val="16"/>
                <w:lang w:val="ru-RU"/>
              </w:rPr>
              <w:t>болат</w:t>
            </w:r>
            <w:r w:rsidRPr="00371F5F">
              <w:rPr>
                <w:sz w:val="16"/>
              </w:rPr>
              <w:t xml:space="preserve"> </w:t>
            </w:r>
            <w:r w:rsidRPr="000003D3">
              <w:rPr>
                <w:sz w:val="16"/>
                <w:lang w:val="ru-RU"/>
              </w:rPr>
              <w:t>тіректің</w:t>
            </w:r>
            <w:r w:rsidRPr="00371F5F">
              <w:rPr>
                <w:sz w:val="16"/>
              </w:rPr>
              <w:t xml:space="preserve"> </w:t>
            </w:r>
            <w:r w:rsidRPr="000003D3">
              <w:rPr>
                <w:sz w:val="16"/>
                <w:lang w:val="ru-RU"/>
              </w:rPr>
              <w:t>іргетасы</w:t>
            </w:r>
          </w:p>
        </w:tc>
        <w:tc>
          <w:tcPr>
            <w:tcW w:w="1696" w:type="dxa"/>
          </w:tcPr>
          <w:p w14:paraId="3D24DAF9" w14:textId="77777777" w:rsidR="00F25E9F" w:rsidRDefault="00F25E9F" w:rsidP="007E5B69">
            <w:r>
              <w:rPr>
                <w:sz w:val="16"/>
              </w:rPr>
              <w:t>241500014680</w:t>
            </w:r>
          </w:p>
        </w:tc>
        <w:tc>
          <w:tcPr>
            <w:tcW w:w="1701" w:type="dxa"/>
          </w:tcPr>
          <w:p w14:paraId="49F15B66" w14:textId="77777777" w:rsidR="00F25E9F" w:rsidRDefault="00F25E9F" w:rsidP="007E5B69">
            <w:r>
              <w:rPr>
                <w:sz w:val="16"/>
              </w:rPr>
              <w:t>16000</w:t>
            </w:r>
          </w:p>
        </w:tc>
        <w:tc>
          <w:tcPr>
            <w:tcW w:w="1701" w:type="dxa"/>
          </w:tcPr>
          <w:p w14:paraId="4B4C22D5" w14:textId="77777777" w:rsidR="00F25E9F" w:rsidRDefault="00F25E9F" w:rsidP="007E5B69">
            <w:r>
              <w:rPr>
                <w:sz w:val="16"/>
              </w:rPr>
              <w:t>0</w:t>
            </w:r>
          </w:p>
        </w:tc>
      </w:tr>
      <w:tr w:rsidR="00F25E9F" w14:paraId="05BBF016" w14:textId="77777777" w:rsidTr="00371F5F">
        <w:trPr>
          <w:jc w:val="center"/>
        </w:trPr>
        <w:tc>
          <w:tcPr>
            <w:tcW w:w="993" w:type="dxa"/>
          </w:tcPr>
          <w:p w14:paraId="530FA6A7" w14:textId="77777777" w:rsidR="00F25E9F" w:rsidRDefault="00F25E9F" w:rsidP="007E5B69">
            <w:r>
              <w:rPr>
                <w:sz w:val="16"/>
              </w:rPr>
              <w:t>281</w:t>
            </w:r>
          </w:p>
        </w:tc>
        <w:tc>
          <w:tcPr>
            <w:tcW w:w="3685" w:type="dxa"/>
          </w:tcPr>
          <w:p w14:paraId="1A792452" w14:textId="77777777" w:rsidR="00F25E9F" w:rsidRPr="00371F5F" w:rsidRDefault="00F25E9F" w:rsidP="007E5B69">
            <w:r w:rsidRPr="000003D3">
              <w:rPr>
                <w:sz w:val="16"/>
                <w:lang w:val="ru-RU"/>
              </w:rPr>
              <w:t>Мырышталған</w:t>
            </w:r>
            <w:r w:rsidRPr="00371F5F">
              <w:rPr>
                <w:sz w:val="16"/>
              </w:rPr>
              <w:t xml:space="preserve"> </w:t>
            </w:r>
            <w:r w:rsidRPr="000003D3">
              <w:rPr>
                <w:sz w:val="16"/>
                <w:lang w:val="ru-RU"/>
              </w:rPr>
              <w:t>тіреуге</w:t>
            </w:r>
            <w:r w:rsidRPr="00371F5F">
              <w:rPr>
                <w:sz w:val="16"/>
              </w:rPr>
              <w:t xml:space="preserve"> </w:t>
            </w:r>
            <w:r w:rsidRPr="000003D3">
              <w:rPr>
                <w:sz w:val="16"/>
                <w:lang w:val="ru-RU"/>
              </w:rPr>
              <w:t>арналған</w:t>
            </w:r>
            <w:r w:rsidRPr="00371F5F">
              <w:rPr>
                <w:sz w:val="16"/>
              </w:rPr>
              <w:t xml:space="preserve"> </w:t>
            </w:r>
            <w:r w:rsidRPr="000003D3">
              <w:rPr>
                <w:sz w:val="16"/>
                <w:lang w:val="ru-RU"/>
              </w:rPr>
              <w:t>кө</w:t>
            </w:r>
            <w:proofErr w:type="gramStart"/>
            <w:r w:rsidRPr="000003D3">
              <w:rPr>
                <w:sz w:val="16"/>
                <w:lang w:val="ru-RU"/>
              </w:rPr>
              <w:t>п</w:t>
            </w:r>
            <w:proofErr w:type="gramEnd"/>
            <w:r w:rsidRPr="000003D3">
              <w:rPr>
                <w:sz w:val="16"/>
                <w:lang w:val="ru-RU"/>
              </w:rPr>
              <w:t>қырлы</w:t>
            </w:r>
            <w:r w:rsidRPr="00371F5F">
              <w:rPr>
                <w:sz w:val="16"/>
              </w:rPr>
              <w:t xml:space="preserve"> </w:t>
            </w:r>
            <w:r w:rsidRPr="000003D3">
              <w:rPr>
                <w:sz w:val="16"/>
                <w:lang w:val="ru-RU"/>
              </w:rPr>
              <w:t>болат</w:t>
            </w:r>
            <w:r w:rsidRPr="00371F5F">
              <w:rPr>
                <w:sz w:val="16"/>
              </w:rPr>
              <w:t xml:space="preserve"> </w:t>
            </w:r>
            <w:r w:rsidRPr="000003D3">
              <w:rPr>
                <w:sz w:val="16"/>
                <w:lang w:val="ru-RU"/>
              </w:rPr>
              <w:t>тіректің</w:t>
            </w:r>
            <w:r w:rsidRPr="00371F5F">
              <w:rPr>
                <w:sz w:val="16"/>
              </w:rPr>
              <w:t xml:space="preserve"> </w:t>
            </w:r>
            <w:r w:rsidRPr="000003D3">
              <w:rPr>
                <w:sz w:val="16"/>
                <w:lang w:val="ru-RU"/>
              </w:rPr>
              <w:t>іргетасы</w:t>
            </w:r>
          </w:p>
        </w:tc>
        <w:tc>
          <w:tcPr>
            <w:tcW w:w="1696" w:type="dxa"/>
          </w:tcPr>
          <w:p w14:paraId="3DE5C9D0" w14:textId="77777777" w:rsidR="00F25E9F" w:rsidRDefault="00F25E9F" w:rsidP="007E5B69">
            <w:r>
              <w:rPr>
                <w:sz w:val="16"/>
              </w:rPr>
              <w:t>241500014681</w:t>
            </w:r>
          </w:p>
        </w:tc>
        <w:tc>
          <w:tcPr>
            <w:tcW w:w="1701" w:type="dxa"/>
          </w:tcPr>
          <w:p w14:paraId="337C1890" w14:textId="77777777" w:rsidR="00F25E9F" w:rsidRDefault="00F25E9F" w:rsidP="007E5B69">
            <w:r>
              <w:rPr>
                <w:sz w:val="16"/>
              </w:rPr>
              <w:t>16000</w:t>
            </w:r>
          </w:p>
        </w:tc>
        <w:tc>
          <w:tcPr>
            <w:tcW w:w="1701" w:type="dxa"/>
          </w:tcPr>
          <w:p w14:paraId="3AC72AA6" w14:textId="77777777" w:rsidR="00F25E9F" w:rsidRDefault="00F25E9F" w:rsidP="007E5B69">
            <w:r>
              <w:rPr>
                <w:sz w:val="16"/>
              </w:rPr>
              <w:t>0</w:t>
            </w:r>
          </w:p>
        </w:tc>
      </w:tr>
      <w:tr w:rsidR="00F25E9F" w14:paraId="1FCF86D3" w14:textId="77777777" w:rsidTr="00371F5F">
        <w:trPr>
          <w:jc w:val="center"/>
        </w:trPr>
        <w:tc>
          <w:tcPr>
            <w:tcW w:w="993" w:type="dxa"/>
          </w:tcPr>
          <w:p w14:paraId="15F61DF0" w14:textId="77777777" w:rsidR="00F25E9F" w:rsidRDefault="00F25E9F" w:rsidP="007E5B69">
            <w:r>
              <w:rPr>
                <w:sz w:val="16"/>
              </w:rPr>
              <w:t>282</w:t>
            </w:r>
          </w:p>
        </w:tc>
        <w:tc>
          <w:tcPr>
            <w:tcW w:w="3685" w:type="dxa"/>
          </w:tcPr>
          <w:p w14:paraId="1DE73E88" w14:textId="77777777" w:rsidR="00F25E9F" w:rsidRDefault="00F25E9F" w:rsidP="007E5B69">
            <w:r>
              <w:rPr>
                <w:sz w:val="16"/>
              </w:rPr>
              <w:t>Кілем</w:t>
            </w:r>
          </w:p>
        </w:tc>
        <w:tc>
          <w:tcPr>
            <w:tcW w:w="1696" w:type="dxa"/>
          </w:tcPr>
          <w:p w14:paraId="5538997F" w14:textId="77777777" w:rsidR="00F25E9F" w:rsidRDefault="00F25E9F" w:rsidP="007E5B69">
            <w:r>
              <w:rPr>
                <w:sz w:val="16"/>
              </w:rPr>
              <w:t>241500014975</w:t>
            </w:r>
          </w:p>
        </w:tc>
        <w:tc>
          <w:tcPr>
            <w:tcW w:w="1701" w:type="dxa"/>
          </w:tcPr>
          <w:p w14:paraId="77657B52" w14:textId="77777777" w:rsidR="00F25E9F" w:rsidRDefault="00F25E9F" w:rsidP="007E5B69">
            <w:r>
              <w:rPr>
                <w:sz w:val="16"/>
              </w:rPr>
              <w:t>100000</w:t>
            </w:r>
          </w:p>
        </w:tc>
        <w:tc>
          <w:tcPr>
            <w:tcW w:w="1701" w:type="dxa"/>
          </w:tcPr>
          <w:p w14:paraId="0B38DEFF" w14:textId="77777777" w:rsidR="00F25E9F" w:rsidRDefault="00F25E9F" w:rsidP="007E5B69">
            <w:r>
              <w:rPr>
                <w:sz w:val="16"/>
              </w:rPr>
              <w:t>0</w:t>
            </w:r>
          </w:p>
        </w:tc>
      </w:tr>
      <w:tr w:rsidR="00F25E9F" w14:paraId="61F907D6" w14:textId="77777777" w:rsidTr="00371F5F">
        <w:trPr>
          <w:jc w:val="center"/>
        </w:trPr>
        <w:tc>
          <w:tcPr>
            <w:tcW w:w="993" w:type="dxa"/>
          </w:tcPr>
          <w:p w14:paraId="77740A3E" w14:textId="77777777" w:rsidR="00F25E9F" w:rsidRDefault="00F25E9F" w:rsidP="007E5B69">
            <w:r>
              <w:rPr>
                <w:sz w:val="16"/>
              </w:rPr>
              <w:t>283</w:t>
            </w:r>
          </w:p>
        </w:tc>
        <w:tc>
          <w:tcPr>
            <w:tcW w:w="3685" w:type="dxa"/>
          </w:tcPr>
          <w:p w14:paraId="39B9D234" w14:textId="77777777" w:rsidR="00F25E9F" w:rsidRDefault="00F25E9F" w:rsidP="007E5B69">
            <w:r>
              <w:rPr>
                <w:sz w:val="16"/>
              </w:rPr>
              <w:t>Өрт сөндіргіш</w:t>
            </w:r>
          </w:p>
        </w:tc>
        <w:tc>
          <w:tcPr>
            <w:tcW w:w="1696" w:type="dxa"/>
          </w:tcPr>
          <w:p w14:paraId="2FFF2F7D" w14:textId="77777777" w:rsidR="00F25E9F" w:rsidRDefault="00F25E9F" w:rsidP="007E5B69">
            <w:r>
              <w:rPr>
                <w:sz w:val="16"/>
              </w:rPr>
              <w:t>241500014682</w:t>
            </w:r>
          </w:p>
        </w:tc>
        <w:tc>
          <w:tcPr>
            <w:tcW w:w="1701" w:type="dxa"/>
          </w:tcPr>
          <w:p w14:paraId="6BCDAD58" w14:textId="77777777" w:rsidR="00F25E9F" w:rsidRDefault="00F25E9F" w:rsidP="007E5B69">
            <w:r>
              <w:rPr>
                <w:sz w:val="16"/>
              </w:rPr>
              <w:t>13500</w:t>
            </w:r>
          </w:p>
        </w:tc>
        <w:tc>
          <w:tcPr>
            <w:tcW w:w="1701" w:type="dxa"/>
          </w:tcPr>
          <w:p w14:paraId="4C7FE821" w14:textId="77777777" w:rsidR="00F25E9F" w:rsidRDefault="00F25E9F" w:rsidP="007E5B69">
            <w:r>
              <w:rPr>
                <w:sz w:val="16"/>
              </w:rPr>
              <w:t>0</w:t>
            </w:r>
          </w:p>
        </w:tc>
      </w:tr>
      <w:tr w:rsidR="00F25E9F" w14:paraId="34B6E5D8" w14:textId="77777777" w:rsidTr="00371F5F">
        <w:trPr>
          <w:jc w:val="center"/>
        </w:trPr>
        <w:tc>
          <w:tcPr>
            <w:tcW w:w="993" w:type="dxa"/>
          </w:tcPr>
          <w:p w14:paraId="29AE9262" w14:textId="77777777" w:rsidR="00F25E9F" w:rsidRDefault="00F25E9F" w:rsidP="007E5B69">
            <w:r>
              <w:rPr>
                <w:sz w:val="16"/>
              </w:rPr>
              <w:t>284</w:t>
            </w:r>
          </w:p>
        </w:tc>
        <w:tc>
          <w:tcPr>
            <w:tcW w:w="3685" w:type="dxa"/>
          </w:tcPr>
          <w:p w14:paraId="293273D3" w14:textId="77777777" w:rsidR="00F25E9F" w:rsidRPr="00371F5F" w:rsidRDefault="00F25E9F" w:rsidP="007E5B69">
            <w:r w:rsidRPr="000003D3">
              <w:rPr>
                <w:sz w:val="16"/>
                <w:lang w:val="ru-RU"/>
              </w:rPr>
              <w:t>Меркурий</w:t>
            </w:r>
            <w:r w:rsidRPr="00371F5F">
              <w:rPr>
                <w:sz w:val="16"/>
              </w:rPr>
              <w:t xml:space="preserve"> 230 ART-02 PQCSIN </w:t>
            </w:r>
            <w:r w:rsidRPr="000003D3">
              <w:rPr>
                <w:sz w:val="16"/>
                <w:lang w:val="ru-RU"/>
              </w:rPr>
              <w:t>электр</w:t>
            </w:r>
            <w:r w:rsidRPr="00371F5F">
              <w:rPr>
                <w:sz w:val="16"/>
              </w:rPr>
              <w:t xml:space="preserve"> </w:t>
            </w:r>
            <w:r w:rsidRPr="000003D3">
              <w:rPr>
                <w:sz w:val="16"/>
                <w:lang w:val="ru-RU"/>
              </w:rPr>
              <w:t>есептегіші</w:t>
            </w:r>
          </w:p>
        </w:tc>
        <w:tc>
          <w:tcPr>
            <w:tcW w:w="1696" w:type="dxa"/>
          </w:tcPr>
          <w:p w14:paraId="73A12FBC" w14:textId="77777777" w:rsidR="00F25E9F" w:rsidRDefault="00F25E9F" w:rsidP="007E5B69">
            <w:r>
              <w:rPr>
                <w:sz w:val="16"/>
              </w:rPr>
              <w:t>241500014580</w:t>
            </w:r>
          </w:p>
        </w:tc>
        <w:tc>
          <w:tcPr>
            <w:tcW w:w="1701" w:type="dxa"/>
          </w:tcPr>
          <w:p w14:paraId="09B12F3E" w14:textId="77777777" w:rsidR="00F25E9F" w:rsidRDefault="00F25E9F" w:rsidP="007E5B69">
            <w:r>
              <w:rPr>
                <w:sz w:val="16"/>
              </w:rPr>
              <w:t>29500</w:t>
            </w:r>
          </w:p>
        </w:tc>
        <w:tc>
          <w:tcPr>
            <w:tcW w:w="1701" w:type="dxa"/>
          </w:tcPr>
          <w:p w14:paraId="6D6E1F62" w14:textId="77777777" w:rsidR="00F25E9F" w:rsidRDefault="00F25E9F" w:rsidP="007E5B69">
            <w:r>
              <w:rPr>
                <w:sz w:val="16"/>
              </w:rPr>
              <w:t>0</w:t>
            </w:r>
          </w:p>
        </w:tc>
      </w:tr>
      <w:tr w:rsidR="00F25E9F" w14:paraId="46BD9F32" w14:textId="77777777" w:rsidTr="00371F5F">
        <w:trPr>
          <w:jc w:val="center"/>
        </w:trPr>
        <w:tc>
          <w:tcPr>
            <w:tcW w:w="993" w:type="dxa"/>
          </w:tcPr>
          <w:p w14:paraId="679C5107" w14:textId="77777777" w:rsidR="00F25E9F" w:rsidRDefault="00F25E9F" w:rsidP="007E5B69">
            <w:r>
              <w:rPr>
                <w:sz w:val="16"/>
              </w:rPr>
              <w:t>285</w:t>
            </w:r>
          </w:p>
        </w:tc>
        <w:tc>
          <w:tcPr>
            <w:tcW w:w="3685" w:type="dxa"/>
          </w:tcPr>
          <w:p w14:paraId="72DD7745" w14:textId="77777777" w:rsidR="00F25E9F" w:rsidRDefault="00F25E9F" w:rsidP="007E5B69">
            <w:r>
              <w:rPr>
                <w:sz w:val="16"/>
              </w:rPr>
              <w:t>FT-1 кеңсе жазу үстелі</w:t>
            </w:r>
          </w:p>
        </w:tc>
        <w:tc>
          <w:tcPr>
            <w:tcW w:w="1696" w:type="dxa"/>
          </w:tcPr>
          <w:p w14:paraId="62088085" w14:textId="77777777" w:rsidR="00F25E9F" w:rsidRDefault="00F25E9F" w:rsidP="007E5B69">
            <w:r>
              <w:rPr>
                <w:sz w:val="16"/>
              </w:rPr>
              <w:t>241500014714</w:t>
            </w:r>
          </w:p>
        </w:tc>
        <w:tc>
          <w:tcPr>
            <w:tcW w:w="1701" w:type="dxa"/>
          </w:tcPr>
          <w:p w14:paraId="7B375D82" w14:textId="77777777" w:rsidR="00F25E9F" w:rsidRDefault="00F25E9F" w:rsidP="007E5B69">
            <w:r>
              <w:rPr>
                <w:sz w:val="16"/>
              </w:rPr>
              <w:t>13677.5</w:t>
            </w:r>
          </w:p>
        </w:tc>
        <w:tc>
          <w:tcPr>
            <w:tcW w:w="1701" w:type="dxa"/>
          </w:tcPr>
          <w:p w14:paraId="160B3359" w14:textId="77777777" w:rsidR="00F25E9F" w:rsidRDefault="00F25E9F" w:rsidP="007E5B69">
            <w:r>
              <w:rPr>
                <w:sz w:val="16"/>
              </w:rPr>
              <w:t>0</w:t>
            </w:r>
          </w:p>
        </w:tc>
      </w:tr>
      <w:tr w:rsidR="00F25E9F" w14:paraId="080F77FF" w14:textId="77777777" w:rsidTr="00371F5F">
        <w:trPr>
          <w:jc w:val="center"/>
        </w:trPr>
        <w:tc>
          <w:tcPr>
            <w:tcW w:w="993" w:type="dxa"/>
          </w:tcPr>
          <w:p w14:paraId="73910E0A" w14:textId="77777777" w:rsidR="00F25E9F" w:rsidRDefault="00F25E9F" w:rsidP="007E5B69">
            <w:r>
              <w:rPr>
                <w:sz w:val="16"/>
              </w:rPr>
              <w:t>286</w:t>
            </w:r>
          </w:p>
        </w:tc>
        <w:tc>
          <w:tcPr>
            <w:tcW w:w="3685" w:type="dxa"/>
          </w:tcPr>
          <w:p w14:paraId="1ED47D69" w14:textId="77777777" w:rsidR="00F25E9F" w:rsidRDefault="00F25E9F" w:rsidP="007E5B69">
            <w:r>
              <w:rPr>
                <w:sz w:val="16"/>
              </w:rPr>
              <w:t>FT-1 кеңсе жазу үстелі</w:t>
            </w:r>
          </w:p>
        </w:tc>
        <w:tc>
          <w:tcPr>
            <w:tcW w:w="1696" w:type="dxa"/>
          </w:tcPr>
          <w:p w14:paraId="085F376A" w14:textId="77777777" w:rsidR="00F25E9F" w:rsidRDefault="00F25E9F" w:rsidP="007E5B69">
            <w:r>
              <w:rPr>
                <w:sz w:val="16"/>
              </w:rPr>
              <w:t>241500014719</w:t>
            </w:r>
          </w:p>
        </w:tc>
        <w:tc>
          <w:tcPr>
            <w:tcW w:w="1701" w:type="dxa"/>
          </w:tcPr>
          <w:p w14:paraId="47DDA092" w14:textId="77777777" w:rsidR="00F25E9F" w:rsidRDefault="00F25E9F" w:rsidP="007E5B69">
            <w:r>
              <w:rPr>
                <w:sz w:val="16"/>
              </w:rPr>
              <w:t>13677.5</w:t>
            </w:r>
          </w:p>
        </w:tc>
        <w:tc>
          <w:tcPr>
            <w:tcW w:w="1701" w:type="dxa"/>
          </w:tcPr>
          <w:p w14:paraId="1C65CA52" w14:textId="77777777" w:rsidR="00F25E9F" w:rsidRDefault="00F25E9F" w:rsidP="007E5B69">
            <w:r>
              <w:rPr>
                <w:sz w:val="16"/>
              </w:rPr>
              <w:t>0</w:t>
            </w:r>
          </w:p>
        </w:tc>
      </w:tr>
      <w:tr w:rsidR="00F25E9F" w14:paraId="78144C7F" w14:textId="77777777" w:rsidTr="00371F5F">
        <w:trPr>
          <w:jc w:val="center"/>
        </w:trPr>
        <w:tc>
          <w:tcPr>
            <w:tcW w:w="993" w:type="dxa"/>
          </w:tcPr>
          <w:p w14:paraId="547B1AB2" w14:textId="77777777" w:rsidR="00F25E9F" w:rsidRDefault="00F25E9F" w:rsidP="007E5B69">
            <w:r>
              <w:rPr>
                <w:sz w:val="16"/>
              </w:rPr>
              <w:t>287</w:t>
            </w:r>
          </w:p>
        </w:tc>
        <w:tc>
          <w:tcPr>
            <w:tcW w:w="3685" w:type="dxa"/>
          </w:tcPr>
          <w:p w14:paraId="11BC0D30" w14:textId="77777777" w:rsidR="00F25E9F" w:rsidRPr="00371F5F" w:rsidRDefault="00F25E9F" w:rsidP="007E5B69">
            <w:r w:rsidRPr="00371F5F">
              <w:rPr>
                <w:sz w:val="16"/>
              </w:rPr>
              <w:t xml:space="preserve">FO-2 </w:t>
            </w:r>
            <w:r w:rsidRPr="000003D3">
              <w:rPr>
                <w:sz w:val="16"/>
                <w:lang w:val="ru-RU"/>
              </w:rPr>
              <w:t>құлыпты</w:t>
            </w:r>
            <w:r w:rsidRPr="00371F5F">
              <w:rPr>
                <w:sz w:val="16"/>
              </w:rPr>
              <w:t xml:space="preserve"> </w:t>
            </w:r>
            <w:r w:rsidRPr="000003D3">
              <w:rPr>
                <w:sz w:val="16"/>
                <w:lang w:val="ru-RU"/>
              </w:rPr>
              <w:t>сырт</w:t>
            </w:r>
            <w:r w:rsidRPr="00371F5F">
              <w:rPr>
                <w:sz w:val="16"/>
              </w:rPr>
              <w:t xml:space="preserve"> </w:t>
            </w:r>
            <w:r w:rsidRPr="000003D3">
              <w:rPr>
                <w:sz w:val="16"/>
                <w:lang w:val="ru-RU"/>
              </w:rPr>
              <w:t>киім</w:t>
            </w:r>
            <w:r w:rsidRPr="00371F5F">
              <w:rPr>
                <w:sz w:val="16"/>
              </w:rPr>
              <w:t xml:space="preserve"> </w:t>
            </w:r>
            <w:r w:rsidRPr="000003D3">
              <w:rPr>
                <w:sz w:val="16"/>
                <w:lang w:val="ru-RU"/>
              </w:rPr>
              <w:t>шкафы</w:t>
            </w:r>
          </w:p>
        </w:tc>
        <w:tc>
          <w:tcPr>
            <w:tcW w:w="1696" w:type="dxa"/>
          </w:tcPr>
          <w:p w14:paraId="5A0B10FB" w14:textId="77777777" w:rsidR="00F25E9F" w:rsidRDefault="00F25E9F" w:rsidP="007E5B69">
            <w:r>
              <w:rPr>
                <w:sz w:val="16"/>
              </w:rPr>
              <w:t>241500014742</w:t>
            </w:r>
          </w:p>
        </w:tc>
        <w:tc>
          <w:tcPr>
            <w:tcW w:w="1701" w:type="dxa"/>
          </w:tcPr>
          <w:p w14:paraId="75975628" w14:textId="77777777" w:rsidR="00F25E9F" w:rsidRDefault="00F25E9F" w:rsidP="007E5B69">
            <w:r>
              <w:rPr>
                <w:sz w:val="16"/>
              </w:rPr>
              <w:t>7598.79</w:t>
            </w:r>
          </w:p>
        </w:tc>
        <w:tc>
          <w:tcPr>
            <w:tcW w:w="1701" w:type="dxa"/>
          </w:tcPr>
          <w:p w14:paraId="49D128BA" w14:textId="77777777" w:rsidR="00F25E9F" w:rsidRDefault="00F25E9F" w:rsidP="007E5B69">
            <w:r>
              <w:rPr>
                <w:sz w:val="16"/>
              </w:rPr>
              <w:t>0</w:t>
            </w:r>
          </w:p>
        </w:tc>
      </w:tr>
      <w:tr w:rsidR="00F25E9F" w14:paraId="6F257073" w14:textId="77777777" w:rsidTr="00371F5F">
        <w:trPr>
          <w:jc w:val="center"/>
        </w:trPr>
        <w:tc>
          <w:tcPr>
            <w:tcW w:w="993" w:type="dxa"/>
          </w:tcPr>
          <w:p w14:paraId="3DC797AD" w14:textId="77777777" w:rsidR="00F25E9F" w:rsidRDefault="00F25E9F" w:rsidP="007E5B69">
            <w:r>
              <w:rPr>
                <w:sz w:val="16"/>
              </w:rPr>
              <w:t>288</w:t>
            </w:r>
          </w:p>
        </w:tc>
        <w:tc>
          <w:tcPr>
            <w:tcW w:w="3685" w:type="dxa"/>
          </w:tcPr>
          <w:p w14:paraId="2D12A549" w14:textId="77777777" w:rsidR="00F25E9F" w:rsidRPr="00371F5F" w:rsidRDefault="00F25E9F" w:rsidP="007E5B69">
            <w:r w:rsidRPr="00371F5F">
              <w:rPr>
                <w:sz w:val="16"/>
              </w:rPr>
              <w:t xml:space="preserve">FO-2 </w:t>
            </w:r>
            <w:r w:rsidRPr="000003D3">
              <w:rPr>
                <w:sz w:val="16"/>
                <w:lang w:val="ru-RU"/>
              </w:rPr>
              <w:t>құлыпты</w:t>
            </w:r>
            <w:r w:rsidRPr="00371F5F">
              <w:rPr>
                <w:sz w:val="16"/>
              </w:rPr>
              <w:t xml:space="preserve"> </w:t>
            </w:r>
            <w:r w:rsidRPr="000003D3">
              <w:rPr>
                <w:sz w:val="16"/>
                <w:lang w:val="ru-RU"/>
              </w:rPr>
              <w:t>сырт</w:t>
            </w:r>
            <w:r w:rsidRPr="00371F5F">
              <w:rPr>
                <w:sz w:val="16"/>
              </w:rPr>
              <w:t xml:space="preserve"> </w:t>
            </w:r>
            <w:r w:rsidRPr="000003D3">
              <w:rPr>
                <w:sz w:val="16"/>
                <w:lang w:val="ru-RU"/>
              </w:rPr>
              <w:t>киім</w:t>
            </w:r>
            <w:r w:rsidRPr="00371F5F">
              <w:rPr>
                <w:sz w:val="16"/>
              </w:rPr>
              <w:t xml:space="preserve"> </w:t>
            </w:r>
            <w:r w:rsidRPr="000003D3">
              <w:rPr>
                <w:sz w:val="16"/>
                <w:lang w:val="ru-RU"/>
              </w:rPr>
              <w:t>шкафы</w:t>
            </w:r>
          </w:p>
        </w:tc>
        <w:tc>
          <w:tcPr>
            <w:tcW w:w="1696" w:type="dxa"/>
          </w:tcPr>
          <w:p w14:paraId="3A584AD0" w14:textId="77777777" w:rsidR="00F25E9F" w:rsidRDefault="00F25E9F" w:rsidP="007E5B69">
            <w:r>
              <w:rPr>
                <w:sz w:val="16"/>
              </w:rPr>
              <w:t>241500014743</w:t>
            </w:r>
          </w:p>
        </w:tc>
        <w:tc>
          <w:tcPr>
            <w:tcW w:w="1701" w:type="dxa"/>
          </w:tcPr>
          <w:p w14:paraId="683AEDC5" w14:textId="77777777" w:rsidR="00F25E9F" w:rsidRDefault="00F25E9F" w:rsidP="007E5B69">
            <w:r>
              <w:rPr>
                <w:sz w:val="16"/>
              </w:rPr>
              <w:t>7598.79</w:t>
            </w:r>
          </w:p>
        </w:tc>
        <w:tc>
          <w:tcPr>
            <w:tcW w:w="1701" w:type="dxa"/>
          </w:tcPr>
          <w:p w14:paraId="37C08119" w14:textId="77777777" w:rsidR="00F25E9F" w:rsidRDefault="00F25E9F" w:rsidP="007E5B69">
            <w:r>
              <w:rPr>
                <w:sz w:val="16"/>
              </w:rPr>
              <w:t>0</w:t>
            </w:r>
          </w:p>
        </w:tc>
      </w:tr>
      <w:tr w:rsidR="00F25E9F" w14:paraId="2A54A149" w14:textId="77777777" w:rsidTr="00371F5F">
        <w:trPr>
          <w:jc w:val="center"/>
        </w:trPr>
        <w:tc>
          <w:tcPr>
            <w:tcW w:w="993" w:type="dxa"/>
          </w:tcPr>
          <w:p w14:paraId="0A57D9DA" w14:textId="77777777" w:rsidR="00F25E9F" w:rsidRDefault="00F25E9F" w:rsidP="007E5B69">
            <w:r>
              <w:rPr>
                <w:sz w:val="16"/>
              </w:rPr>
              <w:t>289</w:t>
            </w:r>
          </w:p>
        </w:tc>
        <w:tc>
          <w:tcPr>
            <w:tcW w:w="3685" w:type="dxa"/>
          </w:tcPr>
          <w:p w14:paraId="674D2D3A" w14:textId="77777777" w:rsidR="00F25E9F" w:rsidRDefault="00F25E9F" w:rsidP="007E5B69">
            <w:r>
              <w:rPr>
                <w:sz w:val="16"/>
              </w:rPr>
              <w:t>FO-1 құжаттар шкафы</w:t>
            </w:r>
          </w:p>
        </w:tc>
        <w:tc>
          <w:tcPr>
            <w:tcW w:w="1696" w:type="dxa"/>
          </w:tcPr>
          <w:p w14:paraId="4E448853" w14:textId="77777777" w:rsidR="00F25E9F" w:rsidRDefault="00F25E9F" w:rsidP="007E5B69">
            <w:r>
              <w:rPr>
                <w:sz w:val="16"/>
              </w:rPr>
              <w:t>241500014753</w:t>
            </w:r>
          </w:p>
        </w:tc>
        <w:tc>
          <w:tcPr>
            <w:tcW w:w="1701" w:type="dxa"/>
          </w:tcPr>
          <w:p w14:paraId="362EAC86" w14:textId="77777777" w:rsidR="00F25E9F" w:rsidRDefault="00F25E9F" w:rsidP="007E5B69">
            <w:r>
              <w:rPr>
                <w:sz w:val="16"/>
              </w:rPr>
              <w:t>13677.5</w:t>
            </w:r>
          </w:p>
        </w:tc>
        <w:tc>
          <w:tcPr>
            <w:tcW w:w="1701" w:type="dxa"/>
          </w:tcPr>
          <w:p w14:paraId="379D5863" w14:textId="77777777" w:rsidR="00F25E9F" w:rsidRDefault="00F25E9F" w:rsidP="007E5B69">
            <w:r>
              <w:rPr>
                <w:sz w:val="16"/>
              </w:rPr>
              <w:t>0</w:t>
            </w:r>
          </w:p>
        </w:tc>
      </w:tr>
      <w:tr w:rsidR="00F25E9F" w14:paraId="5556BF25" w14:textId="77777777" w:rsidTr="00371F5F">
        <w:trPr>
          <w:jc w:val="center"/>
        </w:trPr>
        <w:tc>
          <w:tcPr>
            <w:tcW w:w="993" w:type="dxa"/>
          </w:tcPr>
          <w:p w14:paraId="0BBC46C3" w14:textId="77777777" w:rsidR="00F25E9F" w:rsidRDefault="00F25E9F" w:rsidP="007E5B69">
            <w:r>
              <w:rPr>
                <w:sz w:val="16"/>
              </w:rPr>
              <w:t>290</w:t>
            </w:r>
          </w:p>
        </w:tc>
        <w:tc>
          <w:tcPr>
            <w:tcW w:w="3685" w:type="dxa"/>
          </w:tcPr>
          <w:p w14:paraId="50F36721" w14:textId="77777777" w:rsidR="00F25E9F" w:rsidRDefault="00F25E9F" w:rsidP="007E5B69">
            <w:r>
              <w:rPr>
                <w:sz w:val="16"/>
              </w:rPr>
              <w:t>FO-1 құжаттар шкафы</w:t>
            </w:r>
          </w:p>
        </w:tc>
        <w:tc>
          <w:tcPr>
            <w:tcW w:w="1696" w:type="dxa"/>
          </w:tcPr>
          <w:p w14:paraId="2F0BFEC7" w14:textId="77777777" w:rsidR="00F25E9F" w:rsidRDefault="00F25E9F" w:rsidP="007E5B69">
            <w:r>
              <w:rPr>
                <w:sz w:val="16"/>
              </w:rPr>
              <w:t>241500014754</w:t>
            </w:r>
          </w:p>
        </w:tc>
        <w:tc>
          <w:tcPr>
            <w:tcW w:w="1701" w:type="dxa"/>
          </w:tcPr>
          <w:p w14:paraId="7A39D9DA" w14:textId="77777777" w:rsidR="00F25E9F" w:rsidRDefault="00F25E9F" w:rsidP="007E5B69">
            <w:r>
              <w:rPr>
                <w:sz w:val="16"/>
              </w:rPr>
              <w:t>13677.5</w:t>
            </w:r>
          </w:p>
        </w:tc>
        <w:tc>
          <w:tcPr>
            <w:tcW w:w="1701" w:type="dxa"/>
          </w:tcPr>
          <w:p w14:paraId="18677DEE" w14:textId="77777777" w:rsidR="00F25E9F" w:rsidRDefault="00F25E9F" w:rsidP="007E5B69">
            <w:r>
              <w:rPr>
                <w:sz w:val="16"/>
              </w:rPr>
              <w:t>0</w:t>
            </w:r>
          </w:p>
        </w:tc>
      </w:tr>
      <w:tr w:rsidR="00F25E9F" w14:paraId="11B52676" w14:textId="77777777" w:rsidTr="00371F5F">
        <w:trPr>
          <w:jc w:val="center"/>
        </w:trPr>
        <w:tc>
          <w:tcPr>
            <w:tcW w:w="993" w:type="dxa"/>
          </w:tcPr>
          <w:p w14:paraId="7BEFC44E" w14:textId="77777777" w:rsidR="00F25E9F" w:rsidRDefault="00F25E9F" w:rsidP="007E5B69">
            <w:r>
              <w:rPr>
                <w:sz w:val="16"/>
              </w:rPr>
              <w:t>291</w:t>
            </w:r>
          </w:p>
        </w:tc>
        <w:tc>
          <w:tcPr>
            <w:tcW w:w="3685" w:type="dxa"/>
          </w:tcPr>
          <w:p w14:paraId="384AEAAF" w14:textId="77777777" w:rsidR="00F25E9F" w:rsidRDefault="00F25E9F" w:rsidP="007E5B69">
            <w:r>
              <w:rPr>
                <w:sz w:val="16"/>
              </w:rPr>
              <w:t>FO-1 құжаттар шкафы</w:t>
            </w:r>
          </w:p>
        </w:tc>
        <w:tc>
          <w:tcPr>
            <w:tcW w:w="1696" w:type="dxa"/>
          </w:tcPr>
          <w:p w14:paraId="5AE2AA21" w14:textId="77777777" w:rsidR="00F25E9F" w:rsidRDefault="00F25E9F" w:rsidP="007E5B69">
            <w:r>
              <w:rPr>
                <w:sz w:val="16"/>
              </w:rPr>
              <w:t>241500014755</w:t>
            </w:r>
          </w:p>
        </w:tc>
        <w:tc>
          <w:tcPr>
            <w:tcW w:w="1701" w:type="dxa"/>
          </w:tcPr>
          <w:p w14:paraId="44A59CD0" w14:textId="77777777" w:rsidR="00F25E9F" w:rsidRDefault="00F25E9F" w:rsidP="007E5B69">
            <w:r>
              <w:rPr>
                <w:sz w:val="16"/>
              </w:rPr>
              <w:t>13677.5</w:t>
            </w:r>
          </w:p>
        </w:tc>
        <w:tc>
          <w:tcPr>
            <w:tcW w:w="1701" w:type="dxa"/>
          </w:tcPr>
          <w:p w14:paraId="207DB5D3" w14:textId="77777777" w:rsidR="00F25E9F" w:rsidRDefault="00F25E9F" w:rsidP="007E5B69">
            <w:r>
              <w:rPr>
                <w:sz w:val="16"/>
              </w:rPr>
              <w:t>0</w:t>
            </w:r>
          </w:p>
        </w:tc>
      </w:tr>
      <w:tr w:rsidR="00F25E9F" w14:paraId="37EB5BD9" w14:textId="77777777" w:rsidTr="00371F5F">
        <w:trPr>
          <w:jc w:val="center"/>
        </w:trPr>
        <w:tc>
          <w:tcPr>
            <w:tcW w:w="993" w:type="dxa"/>
          </w:tcPr>
          <w:p w14:paraId="6D91494B" w14:textId="77777777" w:rsidR="00F25E9F" w:rsidRDefault="00F25E9F" w:rsidP="007E5B69">
            <w:r>
              <w:rPr>
                <w:sz w:val="16"/>
              </w:rPr>
              <w:t>292</w:t>
            </w:r>
          </w:p>
        </w:tc>
        <w:tc>
          <w:tcPr>
            <w:tcW w:w="3685" w:type="dxa"/>
          </w:tcPr>
          <w:p w14:paraId="79B5A692" w14:textId="77777777" w:rsidR="00F25E9F" w:rsidRDefault="00F25E9F" w:rsidP="007E5B69">
            <w:r>
              <w:rPr>
                <w:sz w:val="16"/>
              </w:rPr>
              <w:t>FO-1 құжаттар шкафы</w:t>
            </w:r>
          </w:p>
        </w:tc>
        <w:tc>
          <w:tcPr>
            <w:tcW w:w="1696" w:type="dxa"/>
          </w:tcPr>
          <w:p w14:paraId="2A9720CA" w14:textId="77777777" w:rsidR="00F25E9F" w:rsidRDefault="00F25E9F" w:rsidP="007E5B69">
            <w:r>
              <w:rPr>
                <w:sz w:val="16"/>
              </w:rPr>
              <w:t>241500014756</w:t>
            </w:r>
          </w:p>
        </w:tc>
        <w:tc>
          <w:tcPr>
            <w:tcW w:w="1701" w:type="dxa"/>
          </w:tcPr>
          <w:p w14:paraId="02D19E2F" w14:textId="77777777" w:rsidR="00F25E9F" w:rsidRDefault="00F25E9F" w:rsidP="007E5B69">
            <w:r>
              <w:rPr>
                <w:sz w:val="16"/>
              </w:rPr>
              <w:t>13677.5</w:t>
            </w:r>
          </w:p>
        </w:tc>
        <w:tc>
          <w:tcPr>
            <w:tcW w:w="1701" w:type="dxa"/>
          </w:tcPr>
          <w:p w14:paraId="3EAE1869" w14:textId="77777777" w:rsidR="00F25E9F" w:rsidRDefault="00F25E9F" w:rsidP="007E5B69">
            <w:r>
              <w:rPr>
                <w:sz w:val="16"/>
              </w:rPr>
              <w:t>0</w:t>
            </w:r>
          </w:p>
        </w:tc>
      </w:tr>
      <w:tr w:rsidR="00F25E9F" w14:paraId="2DCB272A" w14:textId="77777777" w:rsidTr="00371F5F">
        <w:trPr>
          <w:jc w:val="center"/>
        </w:trPr>
        <w:tc>
          <w:tcPr>
            <w:tcW w:w="993" w:type="dxa"/>
          </w:tcPr>
          <w:p w14:paraId="5B2F6D4C" w14:textId="77777777" w:rsidR="00F25E9F" w:rsidRDefault="00F25E9F" w:rsidP="007E5B69">
            <w:r>
              <w:rPr>
                <w:sz w:val="16"/>
              </w:rPr>
              <w:t>293</w:t>
            </w:r>
          </w:p>
        </w:tc>
        <w:tc>
          <w:tcPr>
            <w:tcW w:w="3685" w:type="dxa"/>
          </w:tcPr>
          <w:p w14:paraId="4580D1CE" w14:textId="77777777" w:rsidR="00F25E9F" w:rsidRPr="00371F5F" w:rsidRDefault="00F25E9F" w:rsidP="007E5B69">
            <w:r w:rsidRPr="00371F5F">
              <w:rPr>
                <w:sz w:val="16"/>
              </w:rPr>
              <w:t xml:space="preserve">FO-3 </w:t>
            </w:r>
            <w:r w:rsidRPr="000003D3">
              <w:rPr>
                <w:sz w:val="16"/>
                <w:lang w:val="ru-RU"/>
              </w:rPr>
              <w:t>құлыпты</w:t>
            </w:r>
            <w:r w:rsidRPr="00371F5F">
              <w:rPr>
                <w:sz w:val="16"/>
              </w:rPr>
              <w:t xml:space="preserve"> </w:t>
            </w:r>
            <w:r w:rsidRPr="000003D3">
              <w:rPr>
                <w:sz w:val="16"/>
                <w:lang w:val="ru-RU"/>
              </w:rPr>
              <w:t>жеке</w:t>
            </w:r>
            <w:r w:rsidRPr="00371F5F">
              <w:rPr>
                <w:sz w:val="16"/>
              </w:rPr>
              <w:t xml:space="preserve"> </w:t>
            </w:r>
            <w:r w:rsidRPr="000003D3">
              <w:rPr>
                <w:sz w:val="16"/>
                <w:lang w:val="ru-RU"/>
              </w:rPr>
              <w:t>пайдалануға</w:t>
            </w:r>
            <w:r w:rsidRPr="00371F5F">
              <w:rPr>
                <w:sz w:val="16"/>
              </w:rPr>
              <w:t xml:space="preserve"> </w:t>
            </w:r>
            <w:r w:rsidRPr="000003D3">
              <w:rPr>
                <w:sz w:val="16"/>
                <w:lang w:val="ru-RU"/>
              </w:rPr>
              <w:t>арналған</w:t>
            </w:r>
            <w:r w:rsidRPr="00371F5F">
              <w:rPr>
                <w:sz w:val="16"/>
              </w:rPr>
              <w:t xml:space="preserve"> </w:t>
            </w:r>
            <w:r w:rsidRPr="000003D3">
              <w:rPr>
                <w:sz w:val="16"/>
                <w:lang w:val="ru-RU"/>
              </w:rPr>
              <w:t>шкаф</w:t>
            </w:r>
          </w:p>
        </w:tc>
        <w:tc>
          <w:tcPr>
            <w:tcW w:w="1696" w:type="dxa"/>
          </w:tcPr>
          <w:p w14:paraId="100F2EF3" w14:textId="77777777" w:rsidR="00F25E9F" w:rsidRDefault="00F25E9F" w:rsidP="007E5B69">
            <w:r>
              <w:rPr>
                <w:sz w:val="16"/>
              </w:rPr>
              <w:t>241500014775</w:t>
            </w:r>
          </w:p>
        </w:tc>
        <w:tc>
          <w:tcPr>
            <w:tcW w:w="1701" w:type="dxa"/>
          </w:tcPr>
          <w:p w14:paraId="3188D75A" w14:textId="77777777" w:rsidR="00F25E9F" w:rsidRDefault="00F25E9F" w:rsidP="007E5B69">
            <w:r>
              <w:rPr>
                <w:sz w:val="16"/>
              </w:rPr>
              <w:t>7598.79</w:t>
            </w:r>
          </w:p>
        </w:tc>
        <w:tc>
          <w:tcPr>
            <w:tcW w:w="1701" w:type="dxa"/>
          </w:tcPr>
          <w:p w14:paraId="69BA5E93" w14:textId="77777777" w:rsidR="00F25E9F" w:rsidRDefault="00F25E9F" w:rsidP="007E5B69">
            <w:r>
              <w:rPr>
                <w:sz w:val="16"/>
              </w:rPr>
              <w:t>0</w:t>
            </w:r>
          </w:p>
        </w:tc>
      </w:tr>
      <w:tr w:rsidR="00F25E9F" w14:paraId="37E9A8CF" w14:textId="77777777" w:rsidTr="00371F5F">
        <w:trPr>
          <w:jc w:val="center"/>
        </w:trPr>
        <w:tc>
          <w:tcPr>
            <w:tcW w:w="993" w:type="dxa"/>
          </w:tcPr>
          <w:p w14:paraId="65AA301A" w14:textId="77777777" w:rsidR="00F25E9F" w:rsidRDefault="00F25E9F" w:rsidP="007E5B69">
            <w:r>
              <w:rPr>
                <w:sz w:val="16"/>
              </w:rPr>
              <w:t>294</w:t>
            </w:r>
          </w:p>
        </w:tc>
        <w:tc>
          <w:tcPr>
            <w:tcW w:w="3685" w:type="dxa"/>
          </w:tcPr>
          <w:p w14:paraId="4D0437FA" w14:textId="77777777" w:rsidR="00F25E9F" w:rsidRPr="00371F5F" w:rsidRDefault="00F25E9F" w:rsidP="007E5B69">
            <w:r w:rsidRPr="00371F5F">
              <w:rPr>
                <w:sz w:val="16"/>
              </w:rPr>
              <w:t xml:space="preserve">FO-3 </w:t>
            </w:r>
            <w:r w:rsidRPr="000003D3">
              <w:rPr>
                <w:sz w:val="16"/>
                <w:lang w:val="ru-RU"/>
              </w:rPr>
              <w:t>құлыпты</w:t>
            </w:r>
            <w:r w:rsidRPr="00371F5F">
              <w:rPr>
                <w:sz w:val="16"/>
              </w:rPr>
              <w:t xml:space="preserve"> </w:t>
            </w:r>
            <w:r w:rsidRPr="000003D3">
              <w:rPr>
                <w:sz w:val="16"/>
                <w:lang w:val="ru-RU"/>
              </w:rPr>
              <w:t>жеке</w:t>
            </w:r>
            <w:r w:rsidRPr="00371F5F">
              <w:rPr>
                <w:sz w:val="16"/>
              </w:rPr>
              <w:t xml:space="preserve"> </w:t>
            </w:r>
            <w:r w:rsidRPr="000003D3">
              <w:rPr>
                <w:sz w:val="16"/>
                <w:lang w:val="ru-RU"/>
              </w:rPr>
              <w:t>пайдалануға</w:t>
            </w:r>
            <w:r w:rsidRPr="00371F5F">
              <w:rPr>
                <w:sz w:val="16"/>
              </w:rPr>
              <w:t xml:space="preserve"> </w:t>
            </w:r>
            <w:r w:rsidRPr="000003D3">
              <w:rPr>
                <w:sz w:val="16"/>
                <w:lang w:val="ru-RU"/>
              </w:rPr>
              <w:t>арналған</w:t>
            </w:r>
            <w:r w:rsidRPr="00371F5F">
              <w:rPr>
                <w:sz w:val="16"/>
              </w:rPr>
              <w:t xml:space="preserve"> </w:t>
            </w:r>
            <w:r w:rsidRPr="000003D3">
              <w:rPr>
                <w:sz w:val="16"/>
                <w:lang w:val="ru-RU"/>
              </w:rPr>
              <w:t>шкаф</w:t>
            </w:r>
          </w:p>
        </w:tc>
        <w:tc>
          <w:tcPr>
            <w:tcW w:w="1696" w:type="dxa"/>
          </w:tcPr>
          <w:p w14:paraId="11658D83" w14:textId="77777777" w:rsidR="00F25E9F" w:rsidRDefault="00F25E9F" w:rsidP="007E5B69">
            <w:r>
              <w:rPr>
                <w:sz w:val="16"/>
              </w:rPr>
              <w:t>241500014776</w:t>
            </w:r>
          </w:p>
        </w:tc>
        <w:tc>
          <w:tcPr>
            <w:tcW w:w="1701" w:type="dxa"/>
          </w:tcPr>
          <w:p w14:paraId="7FF2878B" w14:textId="77777777" w:rsidR="00F25E9F" w:rsidRDefault="00F25E9F" w:rsidP="007E5B69">
            <w:r>
              <w:rPr>
                <w:sz w:val="16"/>
              </w:rPr>
              <w:t>7598.79</w:t>
            </w:r>
          </w:p>
        </w:tc>
        <w:tc>
          <w:tcPr>
            <w:tcW w:w="1701" w:type="dxa"/>
          </w:tcPr>
          <w:p w14:paraId="1646DF1A" w14:textId="77777777" w:rsidR="00F25E9F" w:rsidRDefault="00F25E9F" w:rsidP="007E5B69">
            <w:r>
              <w:rPr>
                <w:sz w:val="16"/>
              </w:rPr>
              <w:t>0</w:t>
            </w:r>
          </w:p>
        </w:tc>
      </w:tr>
      <w:tr w:rsidR="00F25E9F" w14:paraId="37BFFA8A" w14:textId="77777777" w:rsidTr="00371F5F">
        <w:trPr>
          <w:jc w:val="center"/>
        </w:trPr>
        <w:tc>
          <w:tcPr>
            <w:tcW w:w="993" w:type="dxa"/>
          </w:tcPr>
          <w:p w14:paraId="19FDE82A" w14:textId="77777777" w:rsidR="00F25E9F" w:rsidRDefault="00F25E9F" w:rsidP="007E5B69">
            <w:r>
              <w:rPr>
                <w:sz w:val="16"/>
              </w:rPr>
              <w:t>295</w:t>
            </w:r>
          </w:p>
        </w:tc>
        <w:tc>
          <w:tcPr>
            <w:tcW w:w="3685" w:type="dxa"/>
          </w:tcPr>
          <w:p w14:paraId="3CC05A5E" w14:textId="77777777" w:rsidR="00F25E9F" w:rsidRPr="00371F5F" w:rsidRDefault="00F25E9F" w:rsidP="007E5B69">
            <w:r w:rsidRPr="00371F5F">
              <w:rPr>
                <w:sz w:val="16"/>
              </w:rPr>
              <w:t xml:space="preserve">FO-3 </w:t>
            </w:r>
            <w:r w:rsidRPr="000003D3">
              <w:rPr>
                <w:sz w:val="16"/>
                <w:lang w:val="ru-RU"/>
              </w:rPr>
              <w:t>құлыпты</w:t>
            </w:r>
            <w:r w:rsidRPr="00371F5F">
              <w:rPr>
                <w:sz w:val="16"/>
              </w:rPr>
              <w:t xml:space="preserve"> </w:t>
            </w:r>
            <w:r w:rsidRPr="000003D3">
              <w:rPr>
                <w:sz w:val="16"/>
                <w:lang w:val="ru-RU"/>
              </w:rPr>
              <w:t>жеке</w:t>
            </w:r>
            <w:r w:rsidRPr="00371F5F">
              <w:rPr>
                <w:sz w:val="16"/>
              </w:rPr>
              <w:t xml:space="preserve"> </w:t>
            </w:r>
            <w:r w:rsidRPr="000003D3">
              <w:rPr>
                <w:sz w:val="16"/>
                <w:lang w:val="ru-RU"/>
              </w:rPr>
              <w:t>пайдалануға</w:t>
            </w:r>
            <w:r w:rsidRPr="00371F5F">
              <w:rPr>
                <w:sz w:val="16"/>
              </w:rPr>
              <w:t xml:space="preserve"> </w:t>
            </w:r>
            <w:r w:rsidRPr="000003D3">
              <w:rPr>
                <w:sz w:val="16"/>
                <w:lang w:val="ru-RU"/>
              </w:rPr>
              <w:t>арналған</w:t>
            </w:r>
            <w:r w:rsidRPr="00371F5F">
              <w:rPr>
                <w:sz w:val="16"/>
              </w:rPr>
              <w:t xml:space="preserve"> </w:t>
            </w:r>
            <w:r w:rsidRPr="000003D3">
              <w:rPr>
                <w:sz w:val="16"/>
                <w:lang w:val="ru-RU"/>
              </w:rPr>
              <w:t>шкаф</w:t>
            </w:r>
          </w:p>
        </w:tc>
        <w:tc>
          <w:tcPr>
            <w:tcW w:w="1696" w:type="dxa"/>
          </w:tcPr>
          <w:p w14:paraId="4B5941D6" w14:textId="77777777" w:rsidR="00F25E9F" w:rsidRDefault="00F25E9F" w:rsidP="007E5B69">
            <w:r>
              <w:rPr>
                <w:sz w:val="16"/>
              </w:rPr>
              <w:t>241500014777</w:t>
            </w:r>
          </w:p>
        </w:tc>
        <w:tc>
          <w:tcPr>
            <w:tcW w:w="1701" w:type="dxa"/>
          </w:tcPr>
          <w:p w14:paraId="3A3F9266" w14:textId="77777777" w:rsidR="00F25E9F" w:rsidRDefault="00F25E9F" w:rsidP="007E5B69">
            <w:r>
              <w:rPr>
                <w:sz w:val="16"/>
              </w:rPr>
              <w:t>7598.79</w:t>
            </w:r>
          </w:p>
        </w:tc>
        <w:tc>
          <w:tcPr>
            <w:tcW w:w="1701" w:type="dxa"/>
          </w:tcPr>
          <w:p w14:paraId="33E01CDC" w14:textId="77777777" w:rsidR="00F25E9F" w:rsidRDefault="00F25E9F" w:rsidP="007E5B69">
            <w:r>
              <w:rPr>
                <w:sz w:val="16"/>
              </w:rPr>
              <w:t>0</w:t>
            </w:r>
          </w:p>
        </w:tc>
      </w:tr>
      <w:tr w:rsidR="00F25E9F" w14:paraId="30296FEA" w14:textId="77777777" w:rsidTr="00371F5F">
        <w:trPr>
          <w:jc w:val="center"/>
        </w:trPr>
        <w:tc>
          <w:tcPr>
            <w:tcW w:w="993" w:type="dxa"/>
          </w:tcPr>
          <w:p w14:paraId="5AFB5912" w14:textId="77777777" w:rsidR="00F25E9F" w:rsidRDefault="00F25E9F" w:rsidP="007E5B69">
            <w:r>
              <w:rPr>
                <w:sz w:val="16"/>
              </w:rPr>
              <w:t>296</w:t>
            </w:r>
          </w:p>
        </w:tc>
        <w:tc>
          <w:tcPr>
            <w:tcW w:w="3685" w:type="dxa"/>
          </w:tcPr>
          <w:p w14:paraId="7794F8AD" w14:textId="77777777" w:rsidR="00F25E9F" w:rsidRPr="00371F5F" w:rsidRDefault="00F25E9F" w:rsidP="007E5B69">
            <w:r w:rsidRPr="00371F5F">
              <w:rPr>
                <w:sz w:val="16"/>
              </w:rPr>
              <w:t xml:space="preserve">FO-3 </w:t>
            </w:r>
            <w:r w:rsidRPr="000003D3">
              <w:rPr>
                <w:sz w:val="16"/>
                <w:lang w:val="ru-RU"/>
              </w:rPr>
              <w:t>құлыпты</w:t>
            </w:r>
            <w:r w:rsidRPr="00371F5F">
              <w:rPr>
                <w:sz w:val="16"/>
              </w:rPr>
              <w:t xml:space="preserve"> </w:t>
            </w:r>
            <w:r w:rsidRPr="000003D3">
              <w:rPr>
                <w:sz w:val="16"/>
                <w:lang w:val="ru-RU"/>
              </w:rPr>
              <w:t>жеке</w:t>
            </w:r>
            <w:r w:rsidRPr="00371F5F">
              <w:rPr>
                <w:sz w:val="16"/>
              </w:rPr>
              <w:t xml:space="preserve"> </w:t>
            </w:r>
            <w:r w:rsidRPr="000003D3">
              <w:rPr>
                <w:sz w:val="16"/>
                <w:lang w:val="ru-RU"/>
              </w:rPr>
              <w:t>пайдалануға</w:t>
            </w:r>
            <w:r w:rsidRPr="00371F5F">
              <w:rPr>
                <w:sz w:val="16"/>
              </w:rPr>
              <w:t xml:space="preserve"> </w:t>
            </w:r>
            <w:r w:rsidRPr="000003D3">
              <w:rPr>
                <w:sz w:val="16"/>
                <w:lang w:val="ru-RU"/>
              </w:rPr>
              <w:t>арналған</w:t>
            </w:r>
            <w:r w:rsidRPr="00371F5F">
              <w:rPr>
                <w:sz w:val="16"/>
              </w:rPr>
              <w:t xml:space="preserve"> </w:t>
            </w:r>
            <w:r w:rsidRPr="000003D3">
              <w:rPr>
                <w:sz w:val="16"/>
                <w:lang w:val="ru-RU"/>
              </w:rPr>
              <w:t>шкаф</w:t>
            </w:r>
          </w:p>
        </w:tc>
        <w:tc>
          <w:tcPr>
            <w:tcW w:w="1696" w:type="dxa"/>
          </w:tcPr>
          <w:p w14:paraId="2807C31B" w14:textId="77777777" w:rsidR="00F25E9F" w:rsidRDefault="00F25E9F" w:rsidP="007E5B69">
            <w:r>
              <w:rPr>
                <w:sz w:val="16"/>
              </w:rPr>
              <w:t>241500014778</w:t>
            </w:r>
          </w:p>
        </w:tc>
        <w:tc>
          <w:tcPr>
            <w:tcW w:w="1701" w:type="dxa"/>
          </w:tcPr>
          <w:p w14:paraId="4CD4B96D" w14:textId="77777777" w:rsidR="00F25E9F" w:rsidRDefault="00F25E9F" w:rsidP="007E5B69">
            <w:r>
              <w:rPr>
                <w:sz w:val="16"/>
              </w:rPr>
              <w:t>7598.79</w:t>
            </w:r>
          </w:p>
        </w:tc>
        <w:tc>
          <w:tcPr>
            <w:tcW w:w="1701" w:type="dxa"/>
          </w:tcPr>
          <w:p w14:paraId="17DA638A" w14:textId="77777777" w:rsidR="00F25E9F" w:rsidRDefault="00F25E9F" w:rsidP="007E5B69">
            <w:r>
              <w:rPr>
                <w:sz w:val="16"/>
              </w:rPr>
              <w:t>0</w:t>
            </w:r>
          </w:p>
        </w:tc>
      </w:tr>
      <w:tr w:rsidR="00F25E9F" w14:paraId="66447D11" w14:textId="77777777" w:rsidTr="00371F5F">
        <w:trPr>
          <w:jc w:val="center"/>
        </w:trPr>
        <w:tc>
          <w:tcPr>
            <w:tcW w:w="993" w:type="dxa"/>
          </w:tcPr>
          <w:p w14:paraId="40B72220" w14:textId="77777777" w:rsidR="00F25E9F" w:rsidRDefault="00F25E9F" w:rsidP="007E5B69">
            <w:r>
              <w:rPr>
                <w:sz w:val="16"/>
              </w:rPr>
              <w:t>297</w:t>
            </w:r>
          </w:p>
        </w:tc>
        <w:tc>
          <w:tcPr>
            <w:tcW w:w="3685" w:type="dxa"/>
          </w:tcPr>
          <w:p w14:paraId="4CA4EF5B" w14:textId="77777777" w:rsidR="00F25E9F" w:rsidRPr="00371F5F" w:rsidRDefault="00F25E9F" w:rsidP="007E5B69">
            <w:r w:rsidRPr="00371F5F">
              <w:rPr>
                <w:sz w:val="16"/>
              </w:rPr>
              <w:t xml:space="preserve">FO-3 </w:t>
            </w:r>
            <w:r w:rsidRPr="000003D3">
              <w:rPr>
                <w:sz w:val="16"/>
                <w:lang w:val="ru-RU"/>
              </w:rPr>
              <w:t>құлыпты</w:t>
            </w:r>
            <w:r w:rsidRPr="00371F5F">
              <w:rPr>
                <w:sz w:val="16"/>
              </w:rPr>
              <w:t xml:space="preserve"> </w:t>
            </w:r>
            <w:r w:rsidRPr="000003D3">
              <w:rPr>
                <w:sz w:val="16"/>
                <w:lang w:val="ru-RU"/>
              </w:rPr>
              <w:t>жеке</w:t>
            </w:r>
            <w:r w:rsidRPr="00371F5F">
              <w:rPr>
                <w:sz w:val="16"/>
              </w:rPr>
              <w:t xml:space="preserve"> </w:t>
            </w:r>
            <w:r w:rsidRPr="000003D3">
              <w:rPr>
                <w:sz w:val="16"/>
                <w:lang w:val="ru-RU"/>
              </w:rPr>
              <w:t>пайдалануға</w:t>
            </w:r>
            <w:r w:rsidRPr="00371F5F">
              <w:rPr>
                <w:sz w:val="16"/>
              </w:rPr>
              <w:t xml:space="preserve"> </w:t>
            </w:r>
            <w:r w:rsidRPr="000003D3">
              <w:rPr>
                <w:sz w:val="16"/>
                <w:lang w:val="ru-RU"/>
              </w:rPr>
              <w:t>арналған</w:t>
            </w:r>
            <w:r w:rsidRPr="00371F5F">
              <w:rPr>
                <w:sz w:val="16"/>
              </w:rPr>
              <w:t xml:space="preserve"> </w:t>
            </w:r>
            <w:r w:rsidRPr="000003D3">
              <w:rPr>
                <w:sz w:val="16"/>
                <w:lang w:val="ru-RU"/>
              </w:rPr>
              <w:t>шкаф</w:t>
            </w:r>
          </w:p>
        </w:tc>
        <w:tc>
          <w:tcPr>
            <w:tcW w:w="1696" w:type="dxa"/>
          </w:tcPr>
          <w:p w14:paraId="23A20DD1" w14:textId="77777777" w:rsidR="00F25E9F" w:rsidRDefault="00F25E9F" w:rsidP="007E5B69">
            <w:r>
              <w:rPr>
                <w:sz w:val="16"/>
              </w:rPr>
              <w:t>241500014779</w:t>
            </w:r>
          </w:p>
        </w:tc>
        <w:tc>
          <w:tcPr>
            <w:tcW w:w="1701" w:type="dxa"/>
          </w:tcPr>
          <w:p w14:paraId="1AF8D57B" w14:textId="77777777" w:rsidR="00F25E9F" w:rsidRDefault="00F25E9F" w:rsidP="007E5B69">
            <w:r>
              <w:rPr>
                <w:sz w:val="16"/>
              </w:rPr>
              <w:t>7598.79</w:t>
            </w:r>
          </w:p>
        </w:tc>
        <w:tc>
          <w:tcPr>
            <w:tcW w:w="1701" w:type="dxa"/>
          </w:tcPr>
          <w:p w14:paraId="57229F42" w14:textId="77777777" w:rsidR="00F25E9F" w:rsidRDefault="00F25E9F" w:rsidP="007E5B69">
            <w:r>
              <w:rPr>
                <w:sz w:val="16"/>
              </w:rPr>
              <w:t>0</w:t>
            </w:r>
          </w:p>
        </w:tc>
      </w:tr>
      <w:tr w:rsidR="00F25E9F" w14:paraId="20632EA3" w14:textId="77777777" w:rsidTr="00371F5F">
        <w:trPr>
          <w:jc w:val="center"/>
        </w:trPr>
        <w:tc>
          <w:tcPr>
            <w:tcW w:w="993" w:type="dxa"/>
          </w:tcPr>
          <w:p w14:paraId="6C7EEA10" w14:textId="77777777" w:rsidR="00F25E9F" w:rsidRDefault="00F25E9F" w:rsidP="007E5B69">
            <w:r>
              <w:rPr>
                <w:sz w:val="16"/>
              </w:rPr>
              <w:t>298</w:t>
            </w:r>
          </w:p>
        </w:tc>
        <w:tc>
          <w:tcPr>
            <w:tcW w:w="3685" w:type="dxa"/>
          </w:tcPr>
          <w:p w14:paraId="5BE64F70" w14:textId="77777777" w:rsidR="00F25E9F" w:rsidRPr="00371F5F" w:rsidRDefault="00F25E9F" w:rsidP="007E5B69">
            <w:r w:rsidRPr="00371F5F">
              <w:rPr>
                <w:sz w:val="16"/>
              </w:rPr>
              <w:t xml:space="preserve">FO-3 </w:t>
            </w:r>
            <w:r w:rsidRPr="000003D3">
              <w:rPr>
                <w:sz w:val="16"/>
                <w:lang w:val="ru-RU"/>
              </w:rPr>
              <w:t>құлыпты</w:t>
            </w:r>
            <w:r w:rsidRPr="00371F5F">
              <w:rPr>
                <w:sz w:val="16"/>
              </w:rPr>
              <w:t xml:space="preserve"> </w:t>
            </w:r>
            <w:r w:rsidRPr="000003D3">
              <w:rPr>
                <w:sz w:val="16"/>
                <w:lang w:val="ru-RU"/>
              </w:rPr>
              <w:t>жеке</w:t>
            </w:r>
            <w:r w:rsidRPr="00371F5F">
              <w:rPr>
                <w:sz w:val="16"/>
              </w:rPr>
              <w:t xml:space="preserve"> </w:t>
            </w:r>
            <w:r w:rsidRPr="000003D3">
              <w:rPr>
                <w:sz w:val="16"/>
                <w:lang w:val="ru-RU"/>
              </w:rPr>
              <w:t>пайдалануға</w:t>
            </w:r>
            <w:r w:rsidRPr="00371F5F">
              <w:rPr>
                <w:sz w:val="16"/>
              </w:rPr>
              <w:t xml:space="preserve"> </w:t>
            </w:r>
            <w:r w:rsidRPr="000003D3">
              <w:rPr>
                <w:sz w:val="16"/>
                <w:lang w:val="ru-RU"/>
              </w:rPr>
              <w:t>арналған</w:t>
            </w:r>
            <w:r w:rsidRPr="00371F5F">
              <w:rPr>
                <w:sz w:val="16"/>
              </w:rPr>
              <w:t xml:space="preserve"> </w:t>
            </w:r>
            <w:r w:rsidRPr="000003D3">
              <w:rPr>
                <w:sz w:val="16"/>
                <w:lang w:val="ru-RU"/>
              </w:rPr>
              <w:t>шкаф</w:t>
            </w:r>
          </w:p>
        </w:tc>
        <w:tc>
          <w:tcPr>
            <w:tcW w:w="1696" w:type="dxa"/>
          </w:tcPr>
          <w:p w14:paraId="7D4E5FBF" w14:textId="77777777" w:rsidR="00F25E9F" w:rsidRDefault="00F25E9F" w:rsidP="007E5B69">
            <w:r>
              <w:rPr>
                <w:sz w:val="16"/>
              </w:rPr>
              <w:t>241500014780</w:t>
            </w:r>
          </w:p>
        </w:tc>
        <w:tc>
          <w:tcPr>
            <w:tcW w:w="1701" w:type="dxa"/>
          </w:tcPr>
          <w:p w14:paraId="42BC0B10" w14:textId="77777777" w:rsidR="00F25E9F" w:rsidRDefault="00F25E9F" w:rsidP="007E5B69">
            <w:r>
              <w:rPr>
                <w:sz w:val="16"/>
              </w:rPr>
              <w:t>7598.79</w:t>
            </w:r>
          </w:p>
        </w:tc>
        <w:tc>
          <w:tcPr>
            <w:tcW w:w="1701" w:type="dxa"/>
          </w:tcPr>
          <w:p w14:paraId="43013536" w14:textId="77777777" w:rsidR="00F25E9F" w:rsidRDefault="00F25E9F" w:rsidP="007E5B69">
            <w:r>
              <w:rPr>
                <w:sz w:val="16"/>
              </w:rPr>
              <w:t>0</w:t>
            </w:r>
          </w:p>
        </w:tc>
      </w:tr>
      <w:tr w:rsidR="00F25E9F" w14:paraId="25524921" w14:textId="77777777" w:rsidTr="00371F5F">
        <w:trPr>
          <w:jc w:val="center"/>
        </w:trPr>
        <w:tc>
          <w:tcPr>
            <w:tcW w:w="993" w:type="dxa"/>
          </w:tcPr>
          <w:p w14:paraId="1800EAC6" w14:textId="77777777" w:rsidR="00F25E9F" w:rsidRDefault="00F25E9F" w:rsidP="007E5B69">
            <w:r>
              <w:rPr>
                <w:sz w:val="16"/>
              </w:rPr>
              <w:t>299</w:t>
            </w:r>
          </w:p>
        </w:tc>
        <w:tc>
          <w:tcPr>
            <w:tcW w:w="3685" w:type="dxa"/>
          </w:tcPr>
          <w:p w14:paraId="763B734F" w14:textId="77777777" w:rsidR="00F25E9F" w:rsidRDefault="00F25E9F" w:rsidP="007E5B69">
            <w:r>
              <w:rPr>
                <w:sz w:val="16"/>
              </w:rPr>
              <w:t>Қара кресло, 2018</w:t>
            </w:r>
          </w:p>
        </w:tc>
        <w:tc>
          <w:tcPr>
            <w:tcW w:w="1696" w:type="dxa"/>
          </w:tcPr>
          <w:p w14:paraId="29B2AB7A" w14:textId="77777777" w:rsidR="00F25E9F" w:rsidRDefault="00F25E9F" w:rsidP="007E5B69">
            <w:r>
              <w:rPr>
                <w:sz w:val="16"/>
              </w:rPr>
              <w:t>241500014986</w:t>
            </w:r>
          </w:p>
        </w:tc>
        <w:tc>
          <w:tcPr>
            <w:tcW w:w="1701" w:type="dxa"/>
          </w:tcPr>
          <w:p w14:paraId="466922F7" w14:textId="77777777" w:rsidR="00F25E9F" w:rsidRDefault="00F25E9F" w:rsidP="007E5B69">
            <w:r>
              <w:rPr>
                <w:sz w:val="16"/>
              </w:rPr>
              <w:t>109000</w:t>
            </w:r>
          </w:p>
        </w:tc>
        <w:tc>
          <w:tcPr>
            <w:tcW w:w="1701" w:type="dxa"/>
          </w:tcPr>
          <w:p w14:paraId="4A6F27AF" w14:textId="77777777" w:rsidR="00F25E9F" w:rsidRDefault="00F25E9F" w:rsidP="007E5B69">
            <w:r>
              <w:rPr>
                <w:sz w:val="16"/>
              </w:rPr>
              <w:t>0</w:t>
            </w:r>
          </w:p>
        </w:tc>
      </w:tr>
      <w:tr w:rsidR="00F25E9F" w14:paraId="67B39A1A" w14:textId="77777777" w:rsidTr="00371F5F">
        <w:trPr>
          <w:jc w:val="center"/>
        </w:trPr>
        <w:tc>
          <w:tcPr>
            <w:tcW w:w="993" w:type="dxa"/>
          </w:tcPr>
          <w:p w14:paraId="60CC47AF" w14:textId="77777777" w:rsidR="00F25E9F" w:rsidRDefault="00F25E9F" w:rsidP="007E5B69">
            <w:r>
              <w:rPr>
                <w:sz w:val="16"/>
              </w:rPr>
              <w:t>300</w:t>
            </w:r>
          </w:p>
        </w:tc>
        <w:tc>
          <w:tcPr>
            <w:tcW w:w="3685" w:type="dxa"/>
          </w:tcPr>
          <w:p w14:paraId="17E6F678" w14:textId="77777777" w:rsidR="00F25E9F" w:rsidRDefault="00F25E9F" w:rsidP="007E5B69">
            <w:r>
              <w:rPr>
                <w:sz w:val="16"/>
              </w:rPr>
              <w:t>Бір камералы тоңазытқыш</w:t>
            </w:r>
          </w:p>
        </w:tc>
        <w:tc>
          <w:tcPr>
            <w:tcW w:w="1696" w:type="dxa"/>
          </w:tcPr>
          <w:p w14:paraId="55AE3701" w14:textId="77777777" w:rsidR="00F25E9F" w:rsidRDefault="00F25E9F" w:rsidP="007E5B69">
            <w:r>
              <w:rPr>
                <w:sz w:val="16"/>
              </w:rPr>
              <w:t>241500014991</w:t>
            </w:r>
          </w:p>
        </w:tc>
        <w:tc>
          <w:tcPr>
            <w:tcW w:w="1701" w:type="dxa"/>
          </w:tcPr>
          <w:p w14:paraId="1780F4C3" w14:textId="77777777" w:rsidR="00F25E9F" w:rsidRDefault="00F25E9F" w:rsidP="007E5B69">
            <w:r>
              <w:rPr>
                <w:sz w:val="16"/>
              </w:rPr>
              <w:t>91700</w:t>
            </w:r>
          </w:p>
        </w:tc>
        <w:tc>
          <w:tcPr>
            <w:tcW w:w="1701" w:type="dxa"/>
          </w:tcPr>
          <w:p w14:paraId="493A96AF" w14:textId="77777777" w:rsidR="00F25E9F" w:rsidRDefault="00F25E9F" w:rsidP="007E5B69">
            <w:r>
              <w:rPr>
                <w:sz w:val="16"/>
              </w:rPr>
              <w:t>0</w:t>
            </w:r>
          </w:p>
        </w:tc>
      </w:tr>
      <w:tr w:rsidR="00F25E9F" w14:paraId="7E46038C" w14:textId="77777777" w:rsidTr="00371F5F">
        <w:trPr>
          <w:jc w:val="center"/>
        </w:trPr>
        <w:tc>
          <w:tcPr>
            <w:tcW w:w="993" w:type="dxa"/>
          </w:tcPr>
          <w:p w14:paraId="702BD22D" w14:textId="77777777" w:rsidR="00F25E9F" w:rsidRDefault="00F25E9F" w:rsidP="007E5B69">
            <w:r>
              <w:rPr>
                <w:sz w:val="16"/>
              </w:rPr>
              <w:t>301</w:t>
            </w:r>
          </w:p>
        </w:tc>
        <w:tc>
          <w:tcPr>
            <w:tcW w:w="3685" w:type="dxa"/>
          </w:tcPr>
          <w:p w14:paraId="5C2AF66A" w14:textId="77777777" w:rsidR="00F25E9F" w:rsidRDefault="00F25E9F" w:rsidP="007E5B69">
            <w:r>
              <w:rPr>
                <w:sz w:val="16"/>
              </w:rPr>
              <w:t>«Практик» металл сейфі</w:t>
            </w:r>
          </w:p>
        </w:tc>
        <w:tc>
          <w:tcPr>
            <w:tcW w:w="1696" w:type="dxa"/>
          </w:tcPr>
          <w:p w14:paraId="5C9422E9" w14:textId="77777777" w:rsidR="00F25E9F" w:rsidRDefault="00F25E9F" w:rsidP="007E5B69">
            <w:r>
              <w:rPr>
                <w:sz w:val="16"/>
              </w:rPr>
              <w:t>241500014570</w:t>
            </w:r>
          </w:p>
        </w:tc>
        <w:tc>
          <w:tcPr>
            <w:tcW w:w="1701" w:type="dxa"/>
          </w:tcPr>
          <w:p w14:paraId="3A0C272D" w14:textId="77777777" w:rsidR="00F25E9F" w:rsidRDefault="00F25E9F" w:rsidP="007E5B69">
            <w:r>
              <w:rPr>
                <w:sz w:val="16"/>
              </w:rPr>
              <w:t>7120</w:t>
            </w:r>
          </w:p>
        </w:tc>
        <w:tc>
          <w:tcPr>
            <w:tcW w:w="1701" w:type="dxa"/>
          </w:tcPr>
          <w:p w14:paraId="7F47BDB7" w14:textId="77777777" w:rsidR="00F25E9F" w:rsidRDefault="00F25E9F" w:rsidP="007E5B69">
            <w:r>
              <w:rPr>
                <w:sz w:val="16"/>
              </w:rPr>
              <w:t>0</w:t>
            </w:r>
          </w:p>
        </w:tc>
      </w:tr>
      <w:tr w:rsidR="00F25E9F" w14:paraId="71D0EB52" w14:textId="77777777" w:rsidTr="00371F5F">
        <w:trPr>
          <w:jc w:val="center"/>
        </w:trPr>
        <w:tc>
          <w:tcPr>
            <w:tcW w:w="993" w:type="dxa"/>
          </w:tcPr>
          <w:p w14:paraId="5F030B9E" w14:textId="77777777" w:rsidR="00F25E9F" w:rsidRDefault="00F25E9F" w:rsidP="007E5B69">
            <w:r>
              <w:rPr>
                <w:sz w:val="16"/>
              </w:rPr>
              <w:t>302</w:t>
            </w:r>
          </w:p>
        </w:tc>
        <w:tc>
          <w:tcPr>
            <w:tcW w:w="3685" w:type="dxa"/>
          </w:tcPr>
          <w:p w14:paraId="12E18CAF" w14:textId="77777777" w:rsidR="00F25E9F" w:rsidRDefault="00F25E9F" w:rsidP="007E5B69">
            <w:r>
              <w:rPr>
                <w:sz w:val="16"/>
              </w:rPr>
              <w:t>«Практик» металл сейфі</w:t>
            </w:r>
          </w:p>
        </w:tc>
        <w:tc>
          <w:tcPr>
            <w:tcW w:w="1696" w:type="dxa"/>
          </w:tcPr>
          <w:p w14:paraId="0D2C8E5E" w14:textId="77777777" w:rsidR="00F25E9F" w:rsidRDefault="00F25E9F" w:rsidP="007E5B69">
            <w:r>
              <w:rPr>
                <w:sz w:val="16"/>
              </w:rPr>
              <w:t>241500014590</w:t>
            </w:r>
          </w:p>
        </w:tc>
        <w:tc>
          <w:tcPr>
            <w:tcW w:w="1701" w:type="dxa"/>
          </w:tcPr>
          <w:p w14:paraId="015E744F" w14:textId="77777777" w:rsidR="00F25E9F" w:rsidRDefault="00F25E9F" w:rsidP="007E5B69">
            <w:r>
              <w:rPr>
                <w:sz w:val="16"/>
              </w:rPr>
              <w:t>7120</w:t>
            </w:r>
          </w:p>
        </w:tc>
        <w:tc>
          <w:tcPr>
            <w:tcW w:w="1701" w:type="dxa"/>
          </w:tcPr>
          <w:p w14:paraId="1FA0AB1B" w14:textId="77777777" w:rsidR="00F25E9F" w:rsidRDefault="00F25E9F" w:rsidP="007E5B69">
            <w:r>
              <w:rPr>
                <w:sz w:val="16"/>
              </w:rPr>
              <w:t>0</w:t>
            </w:r>
          </w:p>
        </w:tc>
      </w:tr>
      <w:tr w:rsidR="00F25E9F" w14:paraId="7697A98B" w14:textId="77777777" w:rsidTr="00371F5F">
        <w:trPr>
          <w:jc w:val="center"/>
        </w:trPr>
        <w:tc>
          <w:tcPr>
            <w:tcW w:w="993" w:type="dxa"/>
          </w:tcPr>
          <w:p w14:paraId="76E09D30" w14:textId="77777777" w:rsidR="00F25E9F" w:rsidRDefault="00F25E9F" w:rsidP="007E5B69">
            <w:r>
              <w:rPr>
                <w:sz w:val="16"/>
              </w:rPr>
              <w:t>303</w:t>
            </w:r>
          </w:p>
        </w:tc>
        <w:tc>
          <w:tcPr>
            <w:tcW w:w="3685" w:type="dxa"/>
          </w:tcPr>
          <w:p w14:paraId="21FB2E5B" w14:textId="77777777" w:rsidR="00F25E9F" w:rsidRDefault="00F25E9F" w:rsidP="007E5B69">
            <w:r>
              <w:rPr>
                <w:sz w:val="16"/>
              </w:rPr>
              <w:t>FO-1 құжаттар шкафы</w:t>
            </w:r>
          </w:p>
        </w:tc>
        <w:tc>
          <w:tcPr>
            <w:tcW w:w="1696" w:type="dxa"/>
          </w:tcPr>
          <w:p w14:paraId="4DA3B571" w14:textId="77777777" w:rsidR="00F25E9F" w:rsidRDefault="00F25E9F" w:rsidP="007E5B69">
            <w:r>
              <w:rPr>
                <w:sz w:val="16"/>
              </w:rPr>
              <w:t>241500014783</w:t>
            </w:r>
          </w:p>
        </w:tc>
        <w:tc>
          <w:tcPr>
            <w:tcW w:w="1701" w:type="dxa"/>
          </w:tcPr>
          <w:p w14:paraId="1C748971" w14:textId="77777777" w:rsidR="00F25E9F" w:rsidRDefault="00F25E9F" w:rsidP="007E5B69">
            <w:r>
              <w:rPr>
                <w:sz w:val="16"/>
              </w:rPr>
              <w:t>12269.3</w:t>
            </w:r>
          </w:p>
        </w:tc>
        <w:tc>
          <w:tcPr>
            <w:tcW w:w="1701" w:type="dxa"/>
          </w:tcPr>
          <w:p w14:paraId="3DC98247" w14:textId="77777777" w:rsidR="00F25E9F" w:rsidRDefault="00F25E9F" w:rsidP="007E5B69">
            <w:r>
              <w:rPr>
                <w:sz w:val="16"/>
              </w:rPr>
              <w:t>0</w:t>
            </w:r>
          </w:p>
        </w:tc>
      </w:tr>
      <w:tr w:rsidR="00F25E9F" w14:paraId="1A56C3F8" w14:textId="77777777" w:rsidTr="00371F5F">
        <w:trPr>
          <w:jc w:val="center"/>
        </w:trPr>
        <w:tc>
          <w:tcPr>
            <w:tcW w:w="993" w:type="dxa"/>
          </w:tcPr>
          <w:p w14:paraId="33502BD6" w14:textId="77777777" w:rsidR="00F25E9F" w:rsidRDefault="00F25E9F" w:rsidP="007E5B69">
            <w:r>
              <w:rPr>
                <w:sz w:val="16"/>
              </w:rPr>
              <w:t>304</w:t>
            </w:r>
          </w:p>
        </w:tc>
        <w:tc>
          <w:tcPr>
            <w:tcW w:w="3685" w:type="dxa"/>
          </w:tcPr>
          <w:p w14:paraId="25AE91C7" w14:textId="77777777" w:rsidR="00F25E9F" w:rsidRDefault="00F25E9F" w:rsidP="007E5B69">
            <w:r>
              <w:rPr>
                <w:sz w:val="16"/>
              </w:rPr>
              <w:t>HP LaserJet M127Fn A4 көпфункциялы құрылғысы, басып шығару 600×600 dpi, 20 бет/мин, сканерлеу 1200×1200 dpi, LCD, ADF, LAN, USB 2.0, факс &lt;Z181A</w:t>
            </w:r>
          </w:p>
        </w:tc>
        <w:tc>
          <w:tcPr>
            <w:tcW w:w="1696" w:type="dxa"/>
          </w:tcPr>
          <w:p w14:paraId="70C2125D" w14:textId="77777777" w:rsidR="00F25E9F" w:rsidRDefault="00F25E9F" w:rsidP="007E5B69">
            <w:r>
              <w:rPr>
                <w:sz w:val="16"/>
              </w:rPr>
              <w:t>241300000055</w:t>
            </w:r>
          </w:p>
        </w:tc>
        <w:tc>
          <w:tcPr>
            <w:tcW w:w="1701" w:type="dxa"/>
          </w:tcPr>
          <w:p w14:paraId="60476BF9" w14:textId="77777777" w:rsidR="00F25E9F" w:rsidRDefault="00F25E9F" w:rsidP="007E5B69">
            <w:r>
              <w:rPr>
                <w:sz w:val="16"/>
              </w:rPr>
              <w:t>42500</w:t>
            </w:r>
          </w:p>
        </w:tc>
        <w:tc>
          <w:tcPr>
            <w:tcW w:w="1701" w:type="dxa"/>
          </w:tcPr>
          <w:p w14:paraId="2F0628C4" w14:textId="77777777" w:rsidR="00F25E9F" w:rsidRDefault="00F25E9F" w:rsidP="007E5B69">
            <w:r>
              <w:rPr>
                <w:sz w:val="16"/>
              </w:rPr>
              <w:t>0</w:t>
            </w:r>
          </w:p>
        </w:tc>
      </w:tr>
      <w:tr w:rsidR="00F25E9F" w14:paraId="0083C050" w14:textId="77777777" w:rsidTr="00371F5F">
        <w:trPr>
          <w:jc w:val="center"/>
        </w:trPr>
        <w:tc>
          <w:tcPr>
            <w:tcW w:w="993" w:type="dxa"/>
          </w:tcPr>
          <w:p w14:paraId="0DA8AFA1" w14:textId="77777777" w:rsidR="00F25E9F" w:rsidRDefault="00F25E9F" w:rsidP="007E5B69">
            <w:r>
              <w:rPr>
                <w:sz w:val="16"/>
              </w:rPr>
              <w:t>305</w:t>
            </w:r>
          </w:p>
        </w:tc>
        <w:tc>
          <w:tcPr>
            <w:tcW w:w="3685" w:type="dxa"/>
          </w:tcPr>
          <w:p w14:paraId="1B665F40" w14:textId="77777777" w:rsidR="00F25E9F" w:rsidRDefault="00F25E9F" w:rsidP="007E5B69">
            <w:r>
              <w:rPr>
                <w:sz w:val="16"/>
              </w:rPr>
              <w:t>HP LaserJet Pro M1132 көпфункциялы құрылғысы</w:t>
            </w:r>
          </w:p>
        </w:tc>
        <w:tc>
          <w:tcPr>
            <w:tcW w:w="1696" w:type="dxa"/>
          </w:tcPr>
          <w:p w14:paraId="3A342512" w14:textId="77777777" w:rsidR="00F25E9F" w:rsidRDefault="00F25E9F" w:rsidP="007E5B69">
            <w:r>
              <w:rPr>
                <w:sz w:val="16"/>
              </w:rPr>
              <w:t>241300000104</w:t>
            </w:r>
          </w:p>
        </w:tc>
        <w:tc>
          <w:tcPr>
            <w:tcW w:w="1701" w:type="dxa"/>
          </w:tcPr>
          <w:p w14:paraId="7D7EF189" w14:textId="77777777" w:rsidR="00F25E9F" w:rsidRDefault="00F25E9F" w:rsidP="007E5B69">
            <w:r>
              <w:rPr>
                <w:sz w:val="16"/>
              </w:rPr>
              <w:t>26260</w:t>
            </w:r>
          </w:p>
        </w:tc>
        <w:tc>
          <w:tcPr>
            <w:tcW w:w="1701" w:type="dxa"/>
          </w:tcPr>
          <w:p w14:paraId="0A051859" w14:textId="77777777" w:rsidR="00F25E9F" w:rsidRDefault="00F25E9F" w:rsidP="007E5B69">
            <w:r>
              <w:rPr>
                <w:sz w:val="16"/>
              </w:rPr>
              <w:t>0</w:t>
            </w:r>
          </w:p>
        </w:tc>
      </w:tr>
      <w:tr w:rsidR="00F25E9F" w14:paraId="34F52962" w14:textId="77777777" w:rsidTr="00371F5F">
        <w:trPr>
          <w:jc w:val="center"/>
        </w:trPr>
        <w:tc>
          <w:tcPr>
            <w:tcW w:w="993" w:type="dxa"/>
          </w:tcPr>
          <w:p w14:paraId="59757675" w14:textId="77777777" w:rsidR="00F25E9F" w:rsidRDefault="00F25E9F" w:rsidP="007E5B69">
            <w:r>
              <w:rPr>
                <w:sz w:val="16"/>
              </w:rPr>
              <w:t>306</w:t>
            </w:r>
          </w:p>
        </w:tc>
        <w:tc>
          <w:tcPr>
            <w:tcW w:w="3685" w:type="dxa"/>
          </w:tcPr>
          <w:p w14:paraId="0A4E4598" w14:textId="77777777" w:rsidR="00F25E9F" w:rsidRDefault="00F25E9F" w:rsidP="007E5B69">
            <w:r>
              <w:rPr>
                <w:sz w:val="16"/>
              </w:rPr>
              <w:t>SHRO Rexel Auto+60X қағаз ұсақтағышы (Cposs Cut)</w:t>
            </w:r>
          </w:p>
        </w:tc>
        <w:tc>
          <w:tcPr>
            <w:tcW w:w="1696" w:type="dxa"/>
          </w:tcPr>
          <w:p w14:paraId="1566CA88" w14:textId="77777777" w:rsidR="00F25E9F" w:rsidRDefault="00F25E9F" w:rsidP="007E5B69">
            <w:r>
              <w:rPr>
                <w:sz w:val="16"/>
              </w:rPr>
              <w:t>241300000117</w:t>
            </w:r>
          </w:p>
        </w:tc>
        <w:tc>
          <w:tcPr>
            <w:tcW w:w="1701" w:type="dxa"/>
          </w:tcPr>
          <w:p w14:paraId="237474C9" w14:textId="77777777" w:rsidR="00F25E9F" w:rsidRDefault="00F25E9F" w:rsidP="007E5B69">
            <w:r>
              <w:rPr>
                <w:sz w:val="16"/>
              </w:rPr>
              <w:t>33335</w:t>
            </w:r>
          </w:p>
        </w:tc>
        <w:tc>
          <w:tcPr>
            <w:tcW w:w="1701" w:type="dxa"/>
          </w:tcPr>
          <w:p w14:paraId="45B11165" w14:textId="77777777" w:rsidR="00F25E9F" w:rsidRDefault="00F25E9F" w:rsidP="007E5B69">
            <w:r>
              <w:rPr>
                <w:sz w:val="16"/>
              </w:rPr>
              <w:t>0</w:t>
            </w:r>
          </w:p>
        </w:tc>
      </w:tr>
      <w:tr w:rsidR="00F25E9F" w14:paraId="3E049D9B" w14:textId="77777777" w:rsidTr="00371F5F">
        <w:trPr>
          <w:jc w:val="center"/>
        </w:trPr>
        <w:tc>
          <w:tcPr>
            <w:tcW w:w="993" w:type="dxa"/>
          </w:tcPr>
          <w:p w14:paraId="3C415856" w14:textId="77777777" w:rsidR="00F25E9F" w:rsidRDefault="00F25E9F" w:rsidP="007E5B69">
            <w:r>
              <w:rPr>
                <w:sz w:val="16"/>
              </w:rPr>
              <w:t>307</w:t>
            </w:r>
          </w:p>
        </w:tc>
        <w:tc>
          <w:tcPr>
            <w:tcW w:w="3685" w:type="dxa"/>
          </w:tcPr>
          <w:p w14:paraId="31E6BCE0" w14:textId="77777777" w:rsidR="00F25E9F" w:rsidRDefault="00F25E9F" w:rsidP="007E5B69">
            <w:r>
              <w:rPr>
                <w:sz w:val="16"/>
              </w:rPr>
              <w:t>Бүгу сызығын түсіретін аппарат</w:t>
            </w:r>
          </w:p>
        </w:tc>
        <w:tc>
          <w:tcPr>
            <w:tcW w:w="1696" w:type="dxa"/>
          </w:tcPr>
          <w:p w14:paraId="27EF3FFE" w14:textId="77777777" w:rsidR="00F25E9F" w:rsidRDefault="00F25E9F" w:rsidP="007E5B69">
            <w:r>
              <w:rPr>
                <w:sz w:val="16"/>
              </w:rPr>
              <w:t>241300000122</w:t>
            </w:r>
          </w:p>
        </w:tc>
        <w:tc>
          <w:tcPr>
            <w:tcW w:w="1701" w:type="dxa"/>
          </w:tcPr>
          <w:p w14:paraId="2076C22D" w14:textId="77777777" w:rsidR="00F25E9F" w:rsidRDefault="00F25E9F" w:rsidP="007E5B69">
            <w:r>
              <w:rPr>
                <w:sz w:val="16"/>
              </w:rPr>
              <w:t>300000</w:t>
            </w:r>
          </w:p>
        </w:tc>
        <w:tc>
          <w:tcPr>
            <w:tcW w:w="1701" w:type="dxa"/>
          </w:tcPr>
          <w:p w14:paraId="0703F618" w14:textId="77777777" w:rsidR="00F25E9F" w:rsidRDefault="00F25E9F" w:rsidP="007E5B69">
            <w:r>
              <w:rPr>
                <w:sz w:val="16"/>
              </w:rPr>
              <w:t>0</w:t>
            </w:r>
          </w:p>
        </w:tc>
      </w:tr>
      <w:tr w:rsidR="00F25E9F" w14:paraId="398E166D" w14:textId="77777777" w:rsidTr="00371F5F">
        <w:trPr>
          <w:jc w:val="center"/>
        </w:trPr>
        <w:tc>
          <w:tcPr>
            <w:tcW w:w="993" w:type="dxa"/>
          </w:tcPr>
          <w:p w14:paraId="521F2790" w14:textId="77777777" w:rsidR="00F25E9F" w:rsidRDefault="00F25E9F" w:rsidP="007E5B69">
            <w:r>
              <w:rPr>
                <w:sz w:val="16"/>
              </w:rPr>
              <w:t>308</w:t>
            </w:r>
          </w:p>
        </w:tc>
        <w:tc>
          <w:tcPr>
            <w:tcW w:w="3685" w:type="dxa"/>
          </w:tcPr>
          <w:p w14:paraId="103D9A81" w14:textId="77777777" w:rsidR="00F25E9F" w:rsidRDefault="00F25E9F" w:rsidP="007E5B69">
            <w:r>
              <w:rPr>
                <w:sz w:val="16"/>
              </w:rPr>
              <w:t>Жүйелік блок</w:t>
            </w:r>
          </w:p>
        </w:tc>
        <w:tc>
          <w:tcPr>
            <w:tcW w:w="1696" w:type="dxa"/>
          </w:tcPr>
          <w:p w14:paraId="58500987" w14:textId="77777777" w:rsidR="00F25E9F" w:rsidRDefault="00F25E9F" w:rsidP="007E5B69">
            <w:r>
              <w:rPr>
                <w:sz w:val="16"/>
              </w:rPr>
              <w:t>241300000243</w:t>
            </w:r>
          </w:p>
        </w:tc>
        <w:tc>
          <w:tcPr>
            <w:tcW w:w="1701" w:type="dxa"/>
          </w:tcPr>
          <w:p w14:paraId="118A5504" w14:textId="77777777" w:rsidR="00F25E9F" w:rsidRDefault="00F25E9F" w:rsidP="007E5B69">
            <w:r>
              <w:rPr>
                <w:sz w:val="16"/>
              </w:rPr>
              <w:t>152000</w:t>
            </w:r>
          </w:p>
        </w:tc>
        <w:tc>
          <w:tcPr>
            <w:tcW w:w="1701" w:type="dxa"/>
          </w:tcPr>
          <w:p w14:paraId="02EC2D2F" w14:textId="77777777" w:rsidR="00F25E9F" w:rsidRDefault="00F25E9F" w:rsidP="007E5B69">
            <w:r>
              <w:rPr>
                <w:sz w:val="16"/>
              </w:rPr>
              <w:t>0</w:t>
            </w:r>
          </w:p>
        </w:tc>
      </w:tr>
      <w:tr w:rsidR="00F25E9F" w14:paraId="3413B967" w14:textId="77777777" w:rsidTr="00371F5F">
        <w:trPr>
          <w:jc w:val="center"/>
        </w:trPr>
        <w:tc>
          <w:tcPr>
            <w:tcW w:w="993" w:type="dxa"/>
          </w:tcPr>
          <w:p w14:paraId="1AFF2FD7" w14:textId="77777777" w:rsidR="00F25E9F" w:rsidRDefault="00F25E9F" w:rsidP="007E5B69">
            <w:r>
              <w:rPr>
                <w:sz w:val="16"/>
              </w:rPr>
              <w:t>309</w:t>
            </w:r>
          </w:p>
        </w:tc>
        <w:tc>
          <w:tcPr>
            <w:tcW w:w="3685" w:type="dxa"/>
          </w:tcPr>
          <w:p w14:paraId="4ADB0639" w14:textId="77777777" w:rsidR="00F25E9F" w:rsidRDefault="00F25E9F" w:rsidP="007E5B69">
            <w:r>
              <w:rPr>
                <w:sz w:val="16"/>
              </w:rPr>
              <w:t>Компьютер</w:t>
            </w:r>
          </w:p>
        </w:tc>
        <w:tc>
          <w:tcPr>
            <w:tcW w:w="1696" w:type="dxa"/>
          </w:tcPr>
          <w:p w14:paraId="13F3A1B6" w14:textId="77777777" w:rsidR="00F25E9F" w:rsidRDefault="00F25E9F" w:rsidP="007E5B69">
            <w:r>
              <w:rPr>
                <w:sz w:val="16"/>
              </w:rPr>
              <w:t>241300000156</w:t>
            </w:r>
          </w:p>
        </w:tc>
        <w:tc>
          <w:tcPr>
            <w:tcW w:w="1701" w:type="dxa"/>
          </w:tcPr>
          <w:p w14:paraId="048F9132" w14:textId="77777777" w:rsidR="00F25E9F" w:rsidRDefault="00F25E9F" w:rsidP="007E5B69">
            <w:r>
              <w:rPr>
                <w:sz w:val="16"/>
              </w:rPr>
              <w:t>205000</w:t>
            </w:r>
          </w:p>
        </w:tc>
        <w:tc>
          <w:tcPr>
            <w:tcW w:w="1701" w:type="dxa"/>
          </w:tcPr>
          <w:p w14:paraId="12C1E8FC" w14:textId="77777777" w:rsidR="00F25E9F" w:rsidRDefault="00F25E9F" w:rsidP="007E5B69">
            <w:r>
              <w:rPr>
                <w:sz w:val="16"/>
              </w:rPr>
              <w:t>0</w:t>
            </w:r>
          </w:p>
        </w:tc>
      </w:tr>
      <w:tr w:rsidR="00F25E9F" w14:paraId="402BB867" w14:textId="77777777" w:rsidTr="00371F5F">
        <w:trPr>
          <w:jc w:val="center"/>
        </w:trPr>
        <w:tc>
          <w:tcPr>
            <w:tcW w:w="993" w:type="dxa"/>
          </w:tcPr>
          <w:p w14:paraId="73BC848C" w14:textId="77777777" w:rsidR="00F25E9F" w:rsidRDefault="00F25E9F" w:rsidP="007E5B69">
            <w:r>
              <w:rPr>
                <w:sz w:val="16"/>
              </w:rPr>
              <w:t>310</w:t>
            </w:r>
          </w:p>
        </w:tc>
        <w:tc>
          <w:tcPr>
            <w:tcW w:w="3685" w:type="dxa"/>
          </w:tcPr>
          <w:p w14:paraId="2235F0CA" w14:textId="77777777" w:rsidR="00F25E9F" w:rsidRDefault="00F25E9F" w:rsidP="007E5B69">
            <w:r>
              <w:rPr>
                <w:sz w:val="16"/>
              </w:rPr>
              <w:t>Көпфункциялы принтер</w:t>
            </w:r>
          </w:p>
        </w:tc>
        <w:tc>
          <w:tcPr>
            <w:tcW w:w="1696" w:type="dxa"/>
          </w:tcPr>
          <w:p w14:paraId="18F553AA" w14:textId="77777777" w:rsidR="00F25E9F" w:rsidRDefault="00F25E9F" w:rsidP="007E5B69">
            <w:r>
              <w:rPr>
                <w:sz w:val="16"/>
              </w:rPr>
              <w:t>241300000158</w:t>
            </w:r>
          </w:p>
        </w:tc>
        <w:tc>
          <w:tcPr>
            <w:tcW w:w="1701" w:type="dxa"/>
          </w:tcPr>
          <w:p w14:paraId="16976F5C" w14:textId="77777777" w:rsidR="00F25E9F" w:rsidRDefault="00F25E9F" w:rsidP="007E5B69">
            <w:r>
              <w:rPr>
                <w:sz w:val="16"/>
              </w:rPr>
              <w:t>29534.4</w:t>
            </w:r>
          </w:p>
        </w:tc>
        <w:tc>
          <w:tcPr>
            <w:tcW w:w="1701" w:type="dxa"/>
          </w:tcPr>
          <w:p w14:paraId="4A97E4A7" w14:textId="77777777" w:rsidR="00F25E9F" w:rsidRDefault="00F25E9F" w:rsidP="007E5B69">
            <w:r>
              <w:rPr>
                <w:sz w:val="16"/>
              </w:rPr>
              <w:t>0</w:t>
            </w:r>
          </w:p>
        </w:tc>
      </w:tr>
      <w:tr w:rsidR="00F25E9F" w14:paraId="6C6EF9CF" w14:textId="77777777" w:rsidTr="00371F5F">
        <w:trPr>
          <w:jc w:val="center"/>
        </w:trPr>
        <w:tc>
          <w:tcPr>
            <w:tcW w:w="993" w:type="dxa"/>
          </w:tcPr>
          <w:p w14:paraId="684E2A2C" w14:textId="77777777" w:rsidR="00F25E9F" w:rsidRDefault="00F25E9F" w:rsidP="007E5B69">
            <w:r>
              <w:rPr>
                <w:sz w:val="16"/>
              </w:rPr>
              <w:t>311</w:t>
            </w:r>
          </w:p>
        </w:tc>
        <w:tc>
          <w:tcPr>
            <w:tcW w:w="3685" w:type="dxa"/>
          </w:tcPr>
          <w:p w14:paraId="19B4C343" w14:textId="77777777" w:rsidR="00F25E9F" w:rsidRDefault="00F25E9F" w:rsidP="007E5B69">
            <w:r>
              <w:rPr>
                <w:sz w:val="16"/>
              </w:rPr>
              <w:t>Dell OptiPlex 390 MT жүйелік блогы, Core i3 2130-3.4GHz/4GB/500Gb/Intel HD/DVD-RW/LAN/HDMI/KB&amp;M/W7P</w:t>
            </w:r>
          </w:p>
        </w:tc>
        <w:tc>
          <w:tcPr>
            <w:tcW w:w="1696" w:type="dxa"/>
          </w:tcPr>
          <w:p w14:paraId="738EBA04" w14:textId="77777777" w:rsidR="00F25E9F" w:rsidRDefault="00F25E9F" w:rsidP="007E5B69">
            <w:r>
              <w:rPr>
                <w:sz w:val="16"/>
              </w:rPr>
              <w:t>241300000159</w:t>
            </w:r>
          </w:p>
        </w:tc>
        <w:tc>
          <w:tcPr>
            <w:tcW w:w="1701" w:type="dxa"/>
          </w:tcPr>
          <w:p w14:paraId="4583207E" w14:textId="77777777" w:rsidR="00F25E9F" w:rsidRDefault="00F25E9F" w:rsidP="007E5B69">
            <w:r>
              <w:rPr>
                <w:sz w:val="16"/>
              </w:rPr>
              <w:t>69900</w:t>
            </w:r>
          </w:p>
        </w:tc>
        <w:tc>
          <w:tcPr>
            <w:tcW w:w="1701" w:type="dxa"/>
          </w:tcPr>
          <w:p w14:paraId="5282511F" w14:textId="77777777" w:rsidR="00F25E9F" w:rsidRDefault="00F25E9F" w:rsidP="007E5B69">
            <w:r>
              <w:rPr>
                <w:sz w:val="16"/>
              </w:rPr>
              <w:t>0</w:t>
            </w:r>
          </w:p>
        </w:tc>
      </w:tr>
      <w:tr w:rsidR="00F25E9F" w14:paraId="282428B0" w14:textId="77777777" w:rsidTr="00371F5F">
        <w:trPr>
          <w:jc w:val="center"/>
        </w:trPr>
        <w:tc>
          <w:tcPr>
            <w:tcW w:w="993" w:type="dxa"/>
          </w:tcPr>
          <w:p w14:paraId="78727B73" w14:textId="77777777" w:rsidR="00F25E9F" w:rsidRDefault="00F25E9F" w:rsidP="007E5B69">
            <w:r>
              <w:rPr>
                <w:sz w:val="16"/>
              </w:rPr>
              <w:t>312</w:t>
            </w:r>
          </w:p>
        </w:tc>
        <w:tc>
          <w:tcPr>
            <w:tcW w:w="3685" w:type="dxa"/>
          </w:tcPr>
          <w:p w14:paraId="5AF6D15A" w14:textId="77777777" w:rsidR="00F25E9F" w:rsidRDefault="00F25E9F" w:rsidP="007E5B69">
            <w:r>
              <w:rPr>
                <w:sz w:val="16"/>
              </w:rPr>
              <w:t>Ұшу аппараты</w:t>
            </w:r>
          </w:p>
        </w:tc>
        <w:tc>
          <w:tcPr>
            <w:tcW w:w="1696" w:type="dxa"/>
          </w:tcPr>
          <w:p w14:paraId="7364C436" w14:textId="77777777" w:rsidR="00F25E9F" w:rsidRDefault="00F25E9F" w:rsidP="007E5B69">
            <w:r>
              <w:rPr>
                <w:sz w:val="16"/>
              </w:rPr>
              <w:t>241300000100</w:t>
            </w:r>
          </w:p>
        </w:tc>
        <w:tc>
          <w:tcPr>
            <w:tcW w:w="1701" w:type="dxa"/>
          </w:tcPr>
          <w:p w14:paraId="7BC82F0B" w14:textId="77777777" w:rsidR="00F25E9F" w:rsidRDefault="00F25E9F" w:rsidP="007E5B69">
            <w:r>
              <w:rPr>
                <w:sz w:val="16"/>
              </w:rPr>
              <w:t>270000</w:t>
            </w:r>
          </w:p>
        </w:tc>
        <w:tc>
          <w:tcPr>
            <w:tcW w:w="1701" w:type="dxa"/>
          </w:tcPr>
          <w:p w14:paraId="49C1BAB2" w14:textId="77777777" w:rsidR="00F25E9F" w:rsidRDefault="00F25E9F" w:rsidP="007E5B69">
            <w:r>
              <w:rPr>
                <w:sz w:val="16"/>
              </w:rPr>
              <w:t>0</w:t>
            </w:r>
          </w:p>
        </w:tc>
      </w:tr>
      <w:tr w:rsidR="00F25E9F" w14:paraId="0735A620" w14:textId="77777777" w:rsidTr="00371F5F">
        <w:trPr>
          <w:jc w:val="center"/>
        </w:trPr>
        <w:tc>
          <w:tcPr>
            <w:tcW w:w="993" w:type="dxa"/>
          </w:tcPr>
          <w:p w14:paraId="0E39C29B" w14:textId="77777777" w:rsidR="00F25E9F" w:rsidRDefault="00F25E9F" w:rsidP="007E5B69">
            <w:r>
              <w:rPr>
                <w:sz w:val="16"/>
              </w:rPr>
              <w:t>313</w:t>
            </w:r>
          </w:p>
        </w:tc>
        <w:tc>
          <w:tcPr>
            <w:tcW w:w="3685" w:type="dxa"/>
          </w:tcPr>
          <w:p w14:paraId="58EB5F8B" w14:textId="77777777" w:rsidR="00F25E9F" w:rsidRDefault="00F25E9F" w:rsidP="007E5B69">
            <w:r>
              <w:rPr>
                <w:sz w:val="16"/>
              </w:rPr>
              <w:t>Core i3-4150 компьютері</w:t>
            </w:r>
          </w:p>
        </w:tc>
        <w:tc>
          <w:tcPr>
            <w:tcW w:w="1696" w:type="dxa"/>
          </w:tcPr>
          <w:p w14:paraId="6BFDEEB7" w14:textId="77777777" w:rsidR="00F25E9F" w:rsidRDefault="00F25E9F" w:rsidP="007E5B69">
            <w:r>
              <w:rPr>
                <w:sz w:val="16"/>
              </w:rPr>
              <w:t>241300000244</w:t>
            </w:r>
          </w:p>
        </w:tc>
        <w:tc>
          <w:tcPr>
            <w:tcW w:w="1701" w:type="dxa"/>
          </w:tcPr>
          <w:p w14:paraId="07BBD43A" w14:textId="77777777" w:rsidR="00F25E9F" w:rsidRDefault="00F25E9F" w:rsidP="007E5B69">
            <w:r>
              <w:rPr>
                <w:sz w:val="16"/>
              </w:rPr>
              <w:t>117295</w:t>
            </w:r>
          </w:p>
        </w:tc>
        <w:tc>
          <w:tcPr>
            <w:tcW w:w="1701" w:type="dxa"/>
          </w:tcPr>
          <w:p w14:paraId="4BC95E5B" w14:textId="77777777" w:rsidR="00F25E9F" w:rsidRDefault="00F25E9F" w:rsidP="007E5B69">
            <w:r>
              <w:rPr>
                <w:sz w:val="16"/>
              </w:rPr>
              <w:t>0</w:t>
            </w:r>
          </w:p>
        </w:tc>
      </w:tr>
      <w:tr w:rsidR="00F25E9F" w14:paraId="3FCA63C0" w14:textId="77777777" w:rsidTr="00371F5F">
        <w:trPr>
          <w:jc w:val="center"/>
        </w:trPr>
        <w:tc>
          <w:tcPr>
            <w:tcW w:w="993" w:type="dxa"/>
          </w:tcPr>
          <w:p w14:paraId="3032BDAB" w14:textId="77777777" w:rsidR="00F25E9F" w:rsidRDefault="00F25E9F" w:rsidP="007E5B69">
            <w:r>
              <w:rPr>
                <w:sz w:val="16"/>
              </w:rPr>
              <w:t>314</w:t>
            </w:r>
          </w:p>
        </w:tc>
        <w:tc>
          <w:tcPr>
            <w:tcW w:w="3685" w:type="dxa"/>
          </w:tcPr>
          <w:p w14:paraId="25A30AC3" w14:textId="77777777" w:rsidR="00F25E9F" w:rsidRDefault="00F25E9F" w:rsidP="007E5B69">
            <w:r>
              <w:rPr>
                <w:sz w:val="16"/>
              </w:rPr>
              <w:t>MFY лазерлік принтері</w:t>
            </w:r>
          </w:p>
        </w:tc>
        <w:tc>
          <w:tcPr>
            <w:tcW w:w="1696" w:type="dxa"/>
          </w:tcPr>
          <w:p w14:paraId="146D0357" w14:textId="77777777" w:rsidR="00F25E9F" w:rsidRDefault="00F25E9F" w:rsidP="007E5B69">
            <w:r>
              <w:rPr>
                <w:sz w:val="16"/>
              </w:rPr>
              <w:t>241300000102</w:t>
            </w:r>
          </w:p>
        </w:tc>
        <w:tc>
          <w:tcPr>
            <w:tcW w:w="1701" w:type="dxa"/>
          </w:tcPr>
          <w:p w14:paraId="3525E910" w14:textId="77777777" w:rsidR="00F25E9F" w:rsidRDefault="00F25E9F" w:rsidP="007E5B69">
            <w:r>
              <w:rPr>
                <w:sz w:val="16"/>
              </w:rPr>
              <w:t>32390</w:t>
            </w:r>
          </w:p>
        </w:tc>
        <w:tc>
          <w:tcPr>
            <w:tcW w:w="1701" w:type="dxa"/>
          </w:tcPr>
          <w:p w14:paraId="0A6AD718" w14:textId="77777777" w:rsidR="00F25E9F" w:rsidRDefault="00F25E9F" w:rsidP="007E5B69">
            <w:r>
              <w:rPr>
                <w:sz w:val="16"/>
              </w:rPr>
              <w:t>0</w:t>
            </w:r>
          </w:p>
        </w:tc>
      </w:tr>
      <w:tr w:rsidR="00F25E9F" w14:paraId="41E58DB5" w14:textId="77777777" w:rsidTr="00371F5F">
        <w:trPr>
          <w:jc w:val="center"/>
        </w:trPr>
        <w:tc>
          <w:tcPr>
            <w:tcW w:w="993" w:type="dxa"/>
          </w:tcPr>
          <w:p w14:paraId="526180C9" w14:textId="77777777" w:rsidR="00F25E9F" w:rsidRDefault="00F25E9F" w:rsidP="007E5B69">
            <w:r>
              <w:rPr>
                <w:sz w:val="16"/>
              </w:rPr>
              <w:t>315</w:t>
            </w:r>
          </w:p>
        </w:tc>
        <w:tc>
          <w:tcPr>
            <w:tcW w:w="3685" w:type="dxa"/>
          </w:tcPr>
          <w:p w14:paraId="0196762A" w14:textId="77777777" w:rsidR="00F25E9F" w:rsidRDefault="00F25E9F" w:rsidP="007E5B69">
            <w:r>
              <w:rPr>
                <w:sz w:val="16"/>
              </w:rPr>
              <w:t>HP «Lazer Jet» P1102 принтері</w:t>
            </w:r>
          </w:p>
        </w:tc>
        <w:tc>
          <w:tcPr>
            <w:tcW w:w="1696" w:type="dxa"/>
          </w:tcPr>
          <w:p w14:paraId="2270F98C" w14:textId="77777777" w:rsidR="00F25E9F" w:rsidRDefault="00F25E9F" w:rsidP="007E5B69">
            <w:r>
              <w:rPr>
                <w:sz w:val="16"/>
              </w:rPr>
              <w:t>241300000161</w:t>
            </w:r>
          </w:p>
        </w:tc>
        <w:tc>
          <w:tcPr>
            <w:tcW w:w="1701" w:type="dxa"/>
          </w:tcPr>
          <w:p w14:paraId="63223C18" w14:textId="77777777" w:rsidR="00F25E9F" w:rsidRDefault="00F25E9F" w:rsidP="007E5B69">
            <w:r>
              <w:rPr>
                <w:sz w:val="16"/>
              </w:rPr>
              <w:t>1999</w:t>
            </w:r>
          </w:p>
        </w:tc>
        <w:tc>
          <w:tcPr>
            <w:tcW w:w="1701" w:type="dxa"/>
          </w:tcPr>
          <w:p w14:paraId="3368432B" w14:textId="77777777" w:rsidR="00F25E9F" w:rsidRDefault="00F25E9F" w:rsidP="007E5B69">
            <w:r>
              <w:rPr>
                <w:sz w:val="16"/>
              </w:rPr>
              <w:t>0</w:t>
            </w:r>
          </w:p>
        </w:tc>
      </w:tr>
      <w:tr w:rsidR="00F25E9F" w14:paraId="07F2CF64" w14:textId="77777777" w:rsidTr="00371F5F">
        <w:trPr>
          <w:jc w:val="center"/>
        </w:trPr>
        <w:tc>
          <w:tcPr>
            <w:tcW w:w="993" w:type="dxa"/>
          </w:tcPr>
          <w:p w14:paraId="1E7A1E5D" w14:textId="77777777" w:rsidR="00F25E9F" w:rsidRDefault="00F25E9F" w:rsidP="007E5B69">
            <w:r>
              <w:rPr>
                <w:sz w:val="16"/>
              </w:rPr>
              <w:t>316</w:t>
            </w:r>
          </w:p>
        </w:tc>
        <w:tc>
          <w:tcPr>
            <w:tcW w:w="3685" w:type="dxa"/>
          </w:tcPr>
          <w:p w14:paraId="4DEBA5CF" w14:textId="77777777" w:rsidR="00F25E9F" w:rsidRDefault="00F25E9F" w:rsidP="007E5B69">
            <w:r>
              <w:rPr>
                <w:sz w:val="16"/>
              </w:rPr>
              <w:t>SHRO Rexel Auto+60X қағаз ұсақтағышы (Cposs Cut)</w:t>
            </w:r>
          </w:p>
        </w:tc>
        <w:tc>
          <w:tcPr>
            <w:tcW w:w="1696" w:type="dxa"/>
          </w:tcPr>
          <w:p w14:paraId="3EE261D3" w14:textId="77777777" w:rsidR="00F25E9F" w:rsidRDefault="00F25E9F" w:rsidP="007E5B69">
            <w:r>
              <w:rPr>
                <w:sz w:val="16"/>
              </w:rPr>
              <w:t>241500014581</w:t>
            </w:r>
          </w:p>
        </w:tc>
        <w:tc>
          <w:tcPr>
            <w:tcW w:w="1701" w:type="dxa"/>
          </w:tcPr>
          <w:p w14:paraId="0DCF9F2B" w14:textId="77777777" w:rsidR="00F25E9F" w:rsidRDefault="00F25E9F" w:rsidP="007E5B69">
            <w:r>
              <w:rPr>
                <w:sz w:val="16"/>
              </w:rPr>
              <w:t>33335</w:t>
            </w:r>
          </w:p>
        </w:tc>
        <w:tc>
          <w:tcPr>
            <w:tcW w:w="1701" w:type="dxa"/>
          </w:tcPr>
          <w:p w14:paraId="7119DAFB" w14:textId="77777777" w:rsidR="00F25E9F" w:rsidRDefault="00F25E9F" w:rsidP="007E5B69">
            <w:r>
              <w:rPr>
                <w:sz w:val="16"/>
              </w:rPr>
              <w:t>0</w:t>
            </w:r>
          </w:p>
        </w:tc>
      </w:tr>
      <w:tr w:rsidR="00F25E9F" w14:paraId="15A96BD6" w14:textId="77777777" w:rsidTr="00371F5F">
        <w:trPr>
          <w:jc w:val="center"/>
        </w:trPr>
        <w:tc>
          <w:tcPr>
            <w:tcW w:w="993" w:type="dxa"/>
          </w:tcPr>
          <w:p w14:paraId="090ADAB7" w14:textId="77777777" w:rsidR="00F25E9F" w:rsidRDefault="00F25E9F" w:rsidP="007E5B69">
            <w:r>
              <w:rPr>
                <w:sz w:val="16"/>
              </w:rPr>
              <w:t>317</w:t>
            </w:r>
          </w:p>
        </w:tc>
        <w:tc>
          <w:tcPr>
            <w:tcW w:w="3685" w:type="dxa"/>
          </w:tcPr>
          <w:p w14:paraId="0075587B" w14:textId="77777777" w:rsidR="00F25E9F" w:rsidRDefault="00F25E9F" w:rsidP="007E5B69">
            <w:r>
              <w:rPr>
                <w:sz w:val="16"/>
              </w:rPr>
              <w:t>SHRO Rexel Auto+60X қағаз ұсақтағышы (Cposs Cut)</w:t>
            </w:r>
          </w:p>
        </w:tc>
        <w:tc>
          <w:tcPr>
            <w:tcW w:w="1696" w:type="dxa"/>
          </w:tcPr>
          <w:p w14:paraId="382CC3BA" w14:textId="77777777" w:rsidR="00F25E9F" w:rsidRDefault="00F25E9F" w:rsidP="007E5B69">
            <w:r>
              <w:rPr>
                <w:sz w:val="16"/>
              </w:rPr>
              <w:t>241500014582</w:t>
            </w:r>
          </w:p>
        </w:tc>
        <w:tc>
          <w:tcPr>
            <w:tcW w:w="1701" w:type="dxa"/>
          </w:tcPr>
          <w:p w14:paraId="285D8A87" w14:textId="77777777" w:rsidR="00F25E9F" w:rsidRDefault="00F25E9F" w:rsidP="007E5B69">
            <w:r>
              <w:rPr>
                <w:sz w:val="16"/>
              </w:rPr>
              <w:t>33335</w:t>
            </w:r>
          </w:p>
        </w:tc>
        <w:tc>
          <w:tcPr>
            <w:tcW w:w="1701" w:type="dxa"/>
          </w:tcPr>
          <w:p w14:paraId="27983802" w14:textId="77777777" w:rsidR="00F25E9F" w:rsidRDefault="00F25E9F" w:rsidP="007E5B69">
            <w:r>
              <w:rPr>
                <w:sz w:val="16"/>
              </w:rPr>
              <w:t>0</w:t>
            </w:r>
          </w:p>
        </w:tc>
      </w:tr>
      <w:tr w:rsidR="00F25E9F" w14:paraId="23176F87" w14:textId="77777777" w:rsidTr="00371F5F">
        <w:trPr>
          <w:jc w:val="center"/>
        </w:trPr>
        <w:tc>
          <w:tcPr>
            <w:tcW w:w="993" w:type="dxa"/>
          </w:tcPr>
          <w:p w14:paraId="1F9AB2AE" w14:textId="77777777" w:rsidR="00F25E9F" w:rsidRDefault="00F25E9F" w:rsidP="007E5B69">
            <w:r>
              <w:rPr>
                <w:sz w:val="16"/>
              </w:rPr>
              <w:t>318</w:t>
            </w:r>
          </w:p>
        </w:tc>
        <w:tc>
          <w:tcPr>
            <w:tcW w:w="3685" w:type="dxa"/>
          </w:tcPr>
          <w:p w14:paraId="0CC5910F" w14:textId="77777777" w:rsidR="00F25E9F" w:rsidRDefault="00F25E9F" w:rsidP="007E5B69">
            <w:r>
              <w:rPr>
                <w:sz w:val="16"/>
              </w:rPr>
              <w:t>Интерактивті тақта</w:t>
            </w:r>
          </w:p>
        </w:tc>
        <w:tc>
          <w:tcPr>
            <w:tcW w:w="1696" w:type="dxa"/>
          </w:tcPr>
          <w:p w14:paraId="3B2EA7D4" w14:textId="77777777" w:rsidR="00F25E9F" w:rsidRDefault="00F25E9F" w:rsidP="007E5B69">
            <w:r>
              <w:rPr>
                <w:sz w:val="16"/>
              </w:rPr>
              <w:t>241500014583</w:t>
            </w:r>
          </w:p>
        </w:tc>
        <w:tc>
          <w:tcPr>
            <w:tcW w:w="1701" w:type="dxa"/>
          </w:tcPr>
          <w:p w14:paraId="07E946A3" w14:textId="77777777" w:rsidR="00F25E9F" w:rsidRDefault="00F25E9F" w:rsidP="007E5B69">
            <w:r>
              <w:rPr>
                <w:sz w:val="16"/>
              </w:rPr>
              <w:t>70000</w:t>
            </w:r>
          </w:p>
        </w:tc>
        <w:tc>
          <w:tcPr>
            <w:tcW w:w="1701" w:type="dxa"/>
          </w:tcPr>
          <w:p w14:paraId="1B478DCB" w14:textId="77777777" w:rsidR="00F25E9F" w:rsidRDefault="00F25E9F" w:rsidP="007E5B69">
            <w:r>
              <w:rPr>
                <w:sz w:val="16"/>
              </w:rPr>
              <w:t>0</w:t>
            </w:r>
          </w:p>
        </w:tc>
      </w:tr>
      <w:tr w:rsidR="00F25E9F" w14:paraId="5C9F142A" w14:textId="77777777" w:rsidTr="00371F5F">
        <w:trPr>
          <w:jc w:val="center"/>
        </w:trPr>
        <w:tc>
          <w:tcPr>
            <w:tcW w:w="993" w:type="dxa"/>
          </w:tcPr>
          <w:p w14:paraId="551E4C28" w14:textId="77777777" w:rsidR="00F25E9F" w:rsidRDefault="00F25E9F" w:rsidP="007E5B69">
            <w:r>
              <w:rPr>
                <w:sz w:val="16"/>
              </w:rPr>
              <w:t>319</w:t>
            </w:r>
          </w:p>
        </w:tc>
        <w:tc>
          <w:tcPr>
            <w:tcW w:w="3685" w:type="dxa"/>
          </w:tcPr>
          <w:p w14:paraId="065C8AA1" w14:textId="77777777" w:rsidR="00F25E9F" w:rsidRDefault="00F25E9F" w:rsidP="007E5B69">
            <w:r>
              <w:rPr>
                <w:sz w:val="16"/>
              </w:rPr>
              <w:t>LM-A4 Creative CL90 ламинаторы</w:t>
            </w:r>
          </w:p>
        </w:tc>
        <w:tc>
          <w:tcPr>
            <w:tcW w:w="1696" w:type="dxa"/>
          </w:tcPr>
          <w:p w14:paraId="33E7E7FE" w14:textId="77777777" w:rsidR="00F25E9F" w:rsidRDefault="00F25E9F" w:rsidP="007E5B69">
            <w:r>
              <w:rPr>
                <w:sz w:val="16"/>
              </w:rPr>
              <w:t>241500014587</w:t>
            </w:r>
          </w:p>
        </w:tc>
        <w:tc>
          <w:tcPr>
            <w:tcW w:w="1701" w:type="dxa"/>
          </w:tcPr>
          <w:p w14:paraId="62BBC5AD" w14:textId="77777777" w:rsidR="00F25E9F" w:rsidRDefault="00F25E9F" w:rsidP="007E5B69">
            <w:r>
              <w:rPr>
                <w:sz w:val="16"/>
              </w:rPr>
              <w:t>15355</w:t>
            </w:r>
          </w:p>
        </w:tc>
        <w:tc>
          <w:tcPr>
            <w:tcW w:w="1701" w:type="dxa"/>
          </w:tcPr>
          <w:p w14:paraId="589B65D9" w14:textId="77777777" w:rsidR="00F25E9F" w:rsidRDefault="00F25E9F" w:rsidP="007E5B69">
            <w:r>
              <w:rPr>
                <w:sz w:val="16"/>
              </w:rPr>
              <w:t>0</w:t>
            </w:r>
          </w:p>
        </w:tc>
      </w:tr>
      <w:tr w:rsidR="00F25E9F" w14:paraId="027F11E8" w14:textId="77777777" w:rsidTr="00371F5F">
        <w:trPr>
          <w:jc w:val="center"/>
        </w:trPr>
        <w:tc>
          <w:tcPr>
            <w:tcW w:w="993" w:type="dxa"/>
          </w:tcPr>
          <w:p w14:paraId="5DD58365" w14:textId="77777777" w:rsidR="00F25E9F" w:rsidRDefault="00F25E9F" w:rsidP="007E5B69">
            <w:r>
              <w:rPr>
                <w:sz w:val="16"/>
              </w:rPr>
              <w:t>320</w:t>
            </w:r>
          </w:p>
        </w:tc>
        <w:tc>
          <w:tcPr>
            <w:tcW w:w="3685" w:type="dxa"/>
          </w:tcPr>
          <w:p w14:paraId="631EA85C" w14:textId="77777777" w:rsidR="00F25E9F" w:rsidRDefault="00F25E9F" w:rsidP="007E5B69">
            <w:r>
              <w:rPr>
                <w:sz w:val="16"/>
              </w:rPr>
              <w:t>Жүйелік блок</w:t>
            </w:r>
          </w:p>
        </w:tc>
        <w:tc>
          <w:tcPr>
            <w:tcW w:w="1696" w:type="dxa"/>
          </w:tcPr>
          <w:p w14:paraId="36B0C843" w14:textId="77777777" w:rsidR="00F25E9F" w:rsidRDefault="00F25E9F" w:rsidP="007E5B69">
            <w:r>
              <w:rPr>
                <w:sz w:val="16"/>
              </w:rPr>
              <w:t>241500014591</w:t>
            </w:r>
          </w:p>
        </w:tc>
        <w:tc>
          <w:tcPr>
            <w:tcW w:w="1701" w:type="dxa"/>
          </w:tcPr>
          <w:p w14:paraId="36FF75A0" w14:textId="77777777" w:rsidR="00F25E9F" w:rsidRDefault="00F25E9F" w:rsidP="007E5B69">
            <w:r>
              <w:rPr>
                <w:sz w:val="16"/>
              </w:rPr>
              <w:t>2000</w:t>
            </w:r>
          </w:p>
        </w:tc>
        <w:tc>
          <w:tcPr>
            <w:tcW w:w="1701" w:type="dxa"/>
          </w:tcPr>
          <w:p w14:paraId="01505950" w14:textId="77777777" w:rsidR="00F25E9F" w:rsidRDefault="00F25E9F" w:rsidP="007E5B69">
            <w:r>
              <w:rPr>
                <w:sz w:val="16"/>
              </w:rPr>
              <w:t>0</w:t>
            </w:r>
          </w:p>
        </w:tc>
      </w:tr>
      <w:tr w:rsidR="00F25E9F" w14:paraId="01838FFD" w14:textId="77777777" w:rsidTr="00371F5F">
        <w:trPr>
          <w:jc w:val="center"/>
        </w:trPr>
        <w:tc>
          <w:tcPr>
            <w:tcW w:w="993" w:type="dxa"/>
          </w:tcPr>
          <w:p w14:paraId="5FDE9B77" w14:textId="77777777" w:rsidR="00F25E9F" w:rsidRDefault="00F25E9F" w:rsidP="007E5B69">
            <w:r>
              <w:rPr>
                <w:sz w:val="16"/>
              </w:rPr>
              <w:t>321</w:t>
            </w:r>
          </w:p>
        </w:tc>
        <w:tc>
          <w:tcPr>
            <w:tcW w:w="3685" w:type="dxa"/>
          </w:tcPr>
          <w:p w14:paraId="79FF13AE" w14:textId="77777777" w:rsidR="00F25E9F" w:rsidRDefault="00F25E9F" w:rsidP="007E5B69">
            <w:r>
              <w:rPr>
                <w:sz w:val="16"/>
              </w:rPr>
              <w:t>SHRO Rexel Auto+60X қағаз ұсақтағышы (Cposs Cut)</w:t>
            </w:r>
          </w:p>
        </w:tc>
        <w:tc>
          <w:tcPr>
            <w:tcW w:w="1696" w:type="dxa"/>
          </w:tcPr>
          <w:p w14:paraId="0CF4A041" w14:textId="77777777" w:rsidR="00F25E9F" w:rsidRDefault="00F25E9F" w:rsidP="007E5B69">
            <w:r>
              <w:rPr>
                <w:sz w:val="16"/>
              </w:rPr>
              <w:t>241500014628</w:t>
            </w:r>
          </w:p>
        </w:tc>
        <w:tc>
          <w:tcPr>
            <w:tcW w:w="1701" w:type="dxa"/>
          </w:tcPr>
          <w:p w14:paraId="1FB49CB5" w14:textId="77777777" w:rsidR="00F25E9F" w:rsidRDefault="00F25E9F" w:rsidP="007E5B69">
            <w:r>
              <w:rPr>
                <w:sz w:val="16"/>
              </w:rPr>
              <w:t>33335</w:t>
            </w:r>
          </w:p>
        </w:tc>
        <w:tc>
          <w:tcPr>
            <w:tcW w:w="1701" w:type="dxa"/>
          </w:tcPr>
          <w:p w14:paraId="6EEC7CFB" w14:textId="77777777" w:rsidR="00F25E9F" w:rsidRDefault="00F25E9F" w:rsidP="007E5B69">
            <w:r>
              <w:rPr>
                <w:sz w:val="16"/>
              </w:rPr>
              <w:t>0</w:t>
            </w:r>
          </w:p>
        </w:tc>
      </w:tr>
      <w:tr w:rsidR="00F25E9F" w14:paraId="79A1523B" w14:textId="77777777" w:rsidTr="00371F5F">
        <w:trPr>
          <w:jc w:val="center"/>
        </w:trPr>
        <w:tc>
          <w:tcPr>
            <w:tcW w:w="993" w:type="dxa"/>
          </w:tcPr>
          <w:p w14:paraId="2F37987B" w14:textId="77777777" w:rsidR="00F25E9F" w:rsidRDefault="00F25E9F" w:rsidP="007E5B69">
            <w:r>
              <w:rPr>
                <w:sz w:val="16"/>
              </w:rPr>
              <w:lastRenderedPageBreak/>
              <w:t>322</w:t>
            </w:r>
          </w:p>
        </w:tc>
        <w:tc>
          <w:tcPr>
            <w:tcW w:w="3685" w:type="dxa"/>
          </w:tcPr>
          <w:p w14:paraId="02E169AD" w14:textId="77777777" w:rsidR="00F25E9F" w:rsidRDefault="00F25E9F" w:rsidP="007E5B69">
            <w:r>
              <w:rPr>
                <w:sz w:val="16"/>
              </w:rPr>
              <w:t>Телефон-факс</w:t>
            </w:r>
          </w:p>
        </w:tc>
        <w:tc>
          <w:tcPr>
            <w:tcW w:w="1696" w:type="dxa"/>
          </w:tcPr>
          <w:p w14:paraId="36947796" w14:textId="77777777" w:rsidR="00F25E9F" w:rsidRDefault="00F25E9F" w:rsidP="007E5B69">
            <w:r>
              <w:rPr>
                <w:sz w:val="16"/>
              </w:rPr>
              <w:t>241500014649</w:t>
            </w:r>
          </w:p>
        </w:tc>
        <w:tc>
          <w:tcPr>
            <w:tcW w:w="1701" w:type="dxa"/>
          </w:tcPr>
          <w:p w14:paraId="78BC7597" w14:textId="77777777" w:rsidR="00F25E9F" w:rsidRDefault="00F25E9F" w:rsidP="007E5B69">
            <w:r>
              <w:rPr>
                <w:sz w:val="16"/>
              </w:rPr>
              <w:t>20200</w:t>
            </w:r>
          </w:p>
        </w:tc>
        <w:tc>
          <w:tcPr>
            <w:tcW w:w="1701" w:type="dxa"/>
          </w:tcPr>
          <w:p w14:paraId="70F81DEF" w14:textId="77777777" w:rsidR="00F25E9F" w:rsidRDefault="00F25E9F" w:rsidP="007E5B69">
            <w:r>
              <w:rPr>
                <w:sz w:val="16"/>
              </w:rPr>
              <w:t>0</w:t>
            </w:r>
          </w:p>
        </w:tc>
      </w:tr>
      <w:tr w:rsidR="00F25E9F" w14:paraId="0D2A1C72" w14:textId="77777777" w:rsidTr="00371F5F">
        <w:trPr>
          <w:jc w:val="center"/>
        </w:trPr>
        <w:tc>
          <w:tcPr>
            <w:tcW w:w="993" w:type="dxa"/>
          </w:tcPr>
          <w:p w14:paraId="3CDC9DBD" w14:textId="77777777" w:rsidR="00F25E9F" w:rsidRDefault="00F25E9F" w:rsidP="007E5B69">
            <w:r>
              <w:rPr>
                <w:sz w:val="16"/>
              </w:rPr>
              <w:t>323</w:t>
            </w:r>
          </w:p>
        </w:tc>
        <w:tc>
          <w:tcPr>
            <w:tcW w:w="3685" w:type="dxa"/>
          </w:tcPr>
          <w:p w14:paraId="769C42AF" w14:textId="77777777" w:rsidR="00F25E9F" w:rsidRDefault="00F25E9F" w:rsidP="007E5B69">
            <w:r>
              <w:rPr>
                <w:sz w:val="16"/>
              </w:rPr>
              <w:t>Металл іздегіш</w:t>
            </w:r>
          </w:p>
        </w:tc>
        <w:tc>
          <w:tcPr>
            <w:tcW w:w="1696" w:type="dxa"/>
          </w:tcPr>
          <w:p w14:paraId="04E2DB49" w14:textId="77777777" w:rsidR="00F25E9F" w:rsidRDefault="00F25E9F" w:rsidP="007E5B69">
            <w:r>
              <w:rPr>
                <w:sz w:val="16"/>
              </w:rPr>
              <w:t>241500012561</w:t>
            </w:r>
          </w:p>
        </w:tc>
        <w:tc>
          <w:tcPr>
            <w:tcW w:w="1701" w:type="dxa"/>
          </w:tcPr>
          <w:p w14:paraId="0E032A88" w14:textId="77777777" w:rsidR="00F25E9F" w:rsidRDefault="00F25E9F" w:rsidP="007E5B69">
            <w:r>
              <w:rPr>
                <w:sz w:val="16"/>
              </w:rPr>
              <w:t>42550</w:t>
            </w:r>
          </w:p>
        </w:tc>
        <w:tc>
          <w:tcPr>
            <w:tcW w:w="1701" w:type="dxa"/>
          </w:tcPr>
          <w:p w14:paraId="2A8360ED" w14:textId="77777777" w:rsidR="00F25E9F" w:rsidRDefault="00F25E9F" w:rsidP="007E5B69">
            <w:r>
              <w:rPr>
                <w:sz w:val="16"/>
              </w:rPr>
              <w:t>0</w:t>
            </w:r>
          </w:p>
        </w:tc>
      </w:tr>
      <w:tr w:rsidR="00F25E9F" w14:paraId="4F257878" w14:textId="77777777" w:rsidTr="00371F5F">
        <w:trPr>
          <w:jc w:val="center"/>
        </w:trPr>
        <w:tc>
          <w:tcPr>
            <w:tcW w:w="993" w:type="dxa"/>
          </w:tcPr>
          <w:p w14:paraId="23920BAC" w14:textId="77777777" w:rsidR="00F25E9F" w:rsidRDefault="00F25E9F" w:rsidP="007E5B69">
            <w:r>
              <w:rPr>
                <w:sz w:val="16"/>
              </w:rPr>
              <w:t>324</w:t>
            </w:r>
          </w:p>
        </w:tc>
        <w:tc>
          <w:tcPr>
            <w:tcW w:w="3685" w:type="dxa"/>
          </w:tcPr>
          <w:p w14:paraId="34D67930" w14:textId="77777777" w:rsidR="00F25E9F" w:rsidRPr="00371F5F" w:rsidRDefault="00F25E9F" w:rsidP="007E5B69">
            <w:pPr>
              <w:rPr>
                <w:lang w:val="ru-RU"/>
              </w:rPr>
            </w:pPr>
            <w:r w:rsidRPr="00371F5F">
              <w:rPr>
                <w:sz w:val="16"/>
                <w:lang w:val="ru-RU"/>
              </w:rPr>
              <w:t>Клиент пен кассир арасындағы сөйлесу құрылғысы</w:t>
            </w:r>
          </w:p>
        </w:tc>
        <w:tc>
          <w:tcPr>
            <w:tcW w:w="1696" w:type="dxa"/>
          </w:tcPr>
          <w:p w14:paraId="01E461B3" w14:textId="77777777" w:rsidR="00F25E9F" w:rsidRDefault="00F25E9F" w:rsidP="007E5B69">
            <w:r>
              <w:rPr>
                <w:sz w:val="16"/>
              </w:rPr>
              <w:t>241500014981</w:t>
            </w:r>
          </w:p>
        </w:tc>
        <w:tc>
          <w:tcPr>
            <w:tcW w:w="1701" w:type="dxa"/>
          </w:tcPr>
          <w:p w14:paraId="3184B904" w14:textId="77777777" w:rsidR="00F25E9F" w:rsidRDefault="00F25E9F" w:rsidP="007E5B69">
            <w:r>
              <w:rPr>
                <w:sz w:val="16"/>
              </w:rPr>
              <w:t>50000</w:t>
            </w:r>
          </w:p>
        </w:tc>
        <w:tc>
          <w:tcPr>
            <w:tcW w:w="1701" w:type="dxa"/>
          </w:tcPr>
          <w:p w14:paraId="4BBA8FA5" w14:textId="77777777" w:rsidR="00F25E9F" w:rsidRDefault="00F25E9F" w:rsidP="007E5B69">
            <w:r>
              <w:rPr>
                <w:sz w:val="16"/>
              </w:rPr>
              <w:t>0</w:t>
            </w:r>
          </w:p>
        </w:tc>
      </w:tr>
      <w:tr w:rsidR="00F25E9F" w14:paraId="652B9E3C" w14:textId="77777777" w:rsidTr="00371F5F">
        <w:trPr>
          <w:jc w:val="center"/>
        </w:trPr>
        <w:tc>
          <w:tcPr>
            <w:tcW w:w="993" w:type="dxa"/>
          </w:tcPr>
          <w:p w14:paraId="6B8B7107" w14:textId="77777777" w:rsidR="00F25E9F" w:rsidRDefault="00F25E9F" w:rsidP="007E5B69">
            <w:r>
              <w:rPr>
                <w:sz w:val="16"/>
              </w:rPr>
              <w:t>325</w:t>
            </w:r>
          </w:p>
        </w:tc>
        <w:tc>
          <w:tcPr>
            <w:tcW w:w="3685" w:type="dxa"/>
          </w:tcPr>
          <w:p w14:paraId="5F7C06C9" w14:textId="77777777" w:rsidR="00F25E9F" w:rsidRPr="00371F5F" w:rsidRDefault="00F25E9F" w:rsidP="007E5B69">
            <w:r w:rsidRPr="00371F5F">
              <w:rPr>
                <w:sz w:val="16"/>
              </w:rPr>
              <w:t xml:space="preserve">EPSON EMP-S52 </w:t>
            </w:r>
            <w:r w:rsidRPr="000003D3">
              <w:rPr>
                <w:sz w:val="16"/>
                <w:lang w:val="ru-RU"/>
              </w:rPr>
              <w:t>мультимедиалық</w:t>
            </w:r>
            <w:r w:rsidRPr="00371F5F">
              <w:rPr>
                <w:sz w:val="16"/>
              </w:rPr>
              <w:t xml:space="preserve"> </w:t>
            </w:r>
            <w:r w:rsidRPr="000003D3">
              <w:rPr>
                <w:sz w:val="16"/>
                <w:lang w:val="ru-RU"/>
              </w:rPr>
              <w:t>проекторы</w:t>
            </w:r>
            <w:r w:rsidRPr="00371F5F">
              <w:rPr>
                <w:sz w:val="16"/>
              </w:rPr>
              <w:t xml:space="preserve">, </w:t>
            </w:r>
            <w:r w:rsidRPr="000003D3">
              <w:rPr>
                <w:sz w:val="16"/>
                <w:lang w:val="ru-RU"/>
              </w:rPr>
              <w:t>жиынтық</w:t>
            </w:r>
            <w:r w:rsidRPr="00371F5F">
              <w:rPr>
                <w:sz w:val="16"/>
              </w:rPr>
              <w:t xml:space="preserve"> </w:t>
            </w:r>
            <w:r w:rsidRPr="000003D3">
              <w:rPr>
                <w:sz w:val="16"/>
                <w:lang w:val="ru-RU"/>
              </w:rPr>
              <w:t>бөлшектерімен</w:t>
            </w:r>
          </w:p>
        </w:tc>
        <w:tc>
          <w:tcPr>
            <w:tcW w:w="1696" w:type="dxa"/>
          </w:tcPr>
          <w:p w14:paraId="6236E03E" w14:textId="77777777" w:rsidR="00F25E9F" w:rsidRDefault="00F25E9F" w:rsidP="007E5B69">
            <w:r>
              <w:rPr>
                <w:sz w:val="16"/>
              </w:rPr>
              <w:t>241500014781</w:t>
            </w:r>
          </w:p>
        </w:tc>
        <w:tc>
          <w:tcPr>
            <w:tcW w:w="1701" w:type="dxa"/>
          </w:tcPr>
          <w:p w14:paraId="6E4584CF" w14:textId="77777777" w:rsidR="00F25E9F" w:rsidRDefault="00F25E9F" w:rsidP="007E5B69">
            <w:r>
              <w:rPr>
                <w:sz w:val="16"/>
              </w:rPr>
              <w:t>85390</w:t>
            </w:r>
          </w:p>
        </w:tc>
        <w:tc>
          <w:tcPr>
            <w:tcW w:w="1701" w:type="dxa"/>
          </w:tcPr>
          <w:p w14:paraId="7C04F4AD" w14:textId="77777777" w:rsidR="00F25E9F" w:rsidRDefault="00F25E9F" w:rsidP="007E5B69">
            <w:r>
              <w:rPr>
                <w:sz w:val="16"/>
              </w:rPr>
              <w:t>0</w:t>
            </w:r>
          </w:p>
        </w:tc>
      </w:tr>
      <w:tr w:rsidR="00F25E9F" w14:paraId="49A1B918" w14:textId="77777777" w:rsidTr="00371F5F">
        <w:trPr>
          <w:jc w:val="center"/>
        </w:trPr>
        <w:tc>
          <w:tcPr>
            <w:tcW w:w="993" w:type="dxa"/>
          </w:tcPr>
          <w:p w14:paraId="55625AB5" w14:textId="77777777" w:rsidR="00F25E9F" w:rsidRDefault="00F25E9F" w:rsidP="007E5B69">
            <w:r>
              <w:rPr>
                <w:sz w:val="16"/>
              </w:rPr>
              <w:t>326</w:t>
            </w:r>
          </w:p>
        </w:tc>
        <w:tc>
          <w:tcPr>
            <w:tcW w:w="3685" w:type="dxa"/>
          </w:tcPr>
          <w:p w14:paraId="393EB5B6" w14:textId="77777777" w:rsidR="00F25E9F" w:rsidRDefault="00F25E9F" w:rsidP="007E5B69">
            <w:r>
              <w:rPr>
                <w:sz w:val="16"/>
              </w:rPr>
              <w:t>HP LaserJet M1132 MFP A4 көпфункциялы принтері, басып шығару 600×600 dpi, 18 бет/мин, сканерлеу 1200×1200 dpi, USB</w:t>
            </w:r>
          </w:p>
        </w:tc>
        <w:tc>
          <w:tcPr>
            <w:tcW w:w="1696" w:type="dxa"/>
          </w:tcPr>
          <w:p w14:paraId="32425675" w14:textId="77777777" w:rsidR="00F25E9F" w:rsidRDefault="00F25E9F" w:rsidP="007E5B69">
            <w:r>
              <w:rPr>
                <w:sz w:val="16"/>
              </w:rPr>
              <w:t>241500014782</w:t>
            </w:r>
          </w:p>
        </w:tc>
        <w:tc>
          <w:tcPr>
            <w:tcW w:w="1701" w:type="dxa"/>
          </w:tcPr>
          <w:p w14:paraId="35FBA0F1" w14:textId="77777777" w:rsidR="00F25E9F" w:rsidRDefault="00F25E9F" w:rsidP="007E5B69">
            <w:r>
              <w:rPr>
                <w:sz w:val="16"/>
              </w:rPr>
              <w:t>33900</w:t>
            </w:r>
          </w:p>
        </w:tc>
        <w:tc>
          <w:tcPr>
            <w:tcW w:w="1701" w:type="dxa"/>
          </w:tcPr>
          <w:p w14:paraId="115A209C" w14:textId="77777777" w:rsidR="00F25E9F" w:rsidRDefault="00F25E9F" w:rsidP="007E5B69">
            <w:r>
              <w:rPr>
                <w:sz w:val="16"/>
              </w:rPr>
              <w:t>0</w:t>
            </w:r>
          </w:p>
        </w:tc>
      </w:tr>
      <w:tr w:rsidR="00F25E9F" w14:paraId="4DD64373" w14:textId="77777777" w:rsidTr="00371F5F">
        <w:trPr>
          <w:jc w:val="center"/>
        </w:trPr>
        <w:tc>
          <w:tcPr>
            <w:tcW w:w="993" w:type="dxa"/>
          </w:tcPr>
          <w:p w14:paraId="5C469EF1" w14:textId="77777777" w:rsidR="00F25E9F" w:rsidRDefault="00F25E9F" w:rsidP="007E5B69">
            <w:r>
              <w:rPr>
                <w:sz w:val="16"/>
              </w:rPr>
              <w:t>327</w:t>
            </w:r>
          </w:p>
        </w:tc>
        <w:tc>
          <w:tcPr>
            <w:tcW w:w="3685" w:type="dxa"/>
          </w:tcPr>
          <w:p w14:paraId="1C4C597F" w14:textId="77777777" w:rsidR="00F25E9F" w:rsidRDefault="00F25E9F" w:rsidP="007E5B69">
            <w:r>
              <w:rPr>
                <w:sz w:val="16"/>
              </w:rPr>
              <w:t>Neo Office жүйелік блогы</w:t>
            </w:r>
          </w:p>
        </w:tc>
        <w:tc>
          <w:tcPr>
            <w:tcW w:w="1696" w:type="dxa"/>
          </w:tcPr>
          <w:p w14:paraId="2A0B3214" w14:textId="77777777" w:rsidR="00F25E9F" w:rsidRDefault="00F25E9F" w:rsidP="007E5B69">
            <w:r>
              <w:rPr>
                <w:sz w:val="16"/>
              </w:rPr>
              <w:t>241300000016</w:t>
            </w:r>
          </w:p>
        </w:tc>
        <w:tc>
          <w:tcPr>
            <w:tcW w:w="1701" w:type="dxa"/>
          </w:tcPr>
          <w:p w14:paraId="0A8CE403" w14:textId="77777777" w:rsidR="00F25E9F" w:rsidRDefault="00F25E9F" w:rsidP="007E5B69">
            <w:r>
              <w:rPr>
                <w:sz w:val="16"/>
              </w:rPr>
              <w:t>185990</w:t>
            </w:r>
          </w:p>
        </w:tc>
        <w:tc>
          <w:tcPr>
            <w:tcW w:w="1701" w:type="dxa"/>
          </w:tcPr>
          <w:p w14:paraId="5A140A26" w14:textId="77777777" w:rsidR="00F25E9F" w:rsidRDefault="00F25E9F" w:rsidP="007E5B69">
            <w:r>
              <w:rPr>
                <w:sz w:val="16"/>
              </w:rPr>
              <w:t>0</w:t>
            </w:r>
          </w:p>
        </w:tc>
      </w:tr>
      <w:tr w:rsidR="00F25E9F" w14:paraId="66E96790" w14:textId="77777777" w:rsidTr="00371F5F">
        <w:trPr>
          <w:jc w:val="center"/>
        </w:trPr>
        <w:tc>
          <w:tcPr>
            <w:tcW w:w="993" w:type="dxa"/>
          </w:tcPr>
          <w:p w14:paraId="2FE65EFB" w14:textId="77777777" w:rsidR="00F25E9F" w:rsidRDefault="00F25E9F" w:rsidP="007E5B69">
            <w:r>
              <w:rPr>
                <w:sz w:val="16"/>
              </w:rPr>
              <w:t>328</w:t>
            </w:r>
          </w:p>
        </w:tc>
        <w:tc>
          <w:tcPr>
            <w:tcW w:w="3685" w:type="dxa"/>
          </w:tcPr>
          <w:p w14:paraId="33D6929C" w14:textId="77777777" w:rsidR="00F25E9F" w:rsidRDefault="00F25E9F" w:rsidP="007E5B69">
            <w:r>
              <w:rPr>
                <w:sz w:val="16"/>
              </w:rPr>
              <w:t>HP 15 ноутбугі</w:t>
            </w:r>
          </w:p>
        </w:tc>
        <w:tc>
          <w:tcPr>
            <w:tcW w:w="1696" w:type="dxa"/>
          </w:tcPr>
          <w:p w14:paraId="6081C5C8" w14:textId="77777777" w:rsidR="00F25E9F" w:rsidRDefault="00F25E9F" w:rsidP="007E5B69">
            <w:r>
              <w:rPr>
                <w:sz w:val="16"/>
              </w:rPr>
              <w:t>241300000236</w:t>
            </w:r>
          </w:p>
        </w:tc>
        <w:tc>
          <w:tcPr>
            <w:tcW w:w="1701" w:type="dxa"/>
          </w:tcPr>
          <w:p w14:paraId="6D8D7088" w14:textId="77777777" w:rsidR="00F25E9F" w:rsidRDefault="00F25E9F" w:rsidP="007E5B69">
            <w:r>
              <w:rPr>
                <w:sz w:val="16"/>
              </w:rPr>
              <w:t>149900</w:t>
            </w:r>
          </w:p>
        </w:tc>
        <w:tc>
          <w:tcPr>
            <w:tcW w:w="1701" w:type="dxa"/>
          </w:tcPr>
          <w:p w14:paraId="6622FA4E" w14:textId="77777777" w:rsidR="00F25E9F" w:rsidRDefault="00F25E9F" w:rsidP="007E5B69">
            <w:r>
              <w:rPr>
                <w:sz w:val="16"/>
              </w:rPr>
              <w:t>0</w:t>
            </w:r>
          </w:p>
        </w:tc>
      </w:tr>
      <w:tr w:rsidR="00F25E9F" w14:paraId="2B554C69" w14:textId="77777777" w:rsidTr="00371F5F">
        <w:trPr>
          <w:jc w:val="center"/>
        </w:trPr>
        <w:tc>
          <w:tcPr>
            <w:tcW w:w="993" w:type="dxa"/>
          </w:tcPr>
          <w:p w14:paraId="2336E85D" w14:textId="77777777" w:rsidR="00F25E9F" w:rsidRDefault="00F25E9F" w:rsidP="007E5B69">
            <w:r>
              <w:rPr>
                <w:sz w:val="16"/>
              </w:rPr>
              <w:t>329</w:t>
            </w:r>
          </w:p>
        </w:tc>
        <w:tc>
          <w:tcPr>
            <w:tcW w:w="3685" w:type="dxa"/>
          </w:tcPr>
          <w:p w14:paraId="0C7D0497" w14:textId="77777777" w:rsidR="00F25E9F" w:rsidRDefault="00F25E9F" w:rsidP="007E5B69">
            <w:r>
              <w:rPr>
                <w:sz w:val="16"/>
              </w:rPr>
              <w:t>SP 325SNw лазерлік принтері</w:t>
            </w:r>
          </w:p>
        </w:tc>
        <w:tc>
          <w:tcPr>
            <w:tcW w:w="1696" w:type="dxa"/>
          </w:tcPr>
          <w:p w14:paraId="4C8E8A86" w14:textId="77777777" w:rsidR="00F25E9F" w:rsidRDefault="00F25E9F" w:rsidP="007E5B69">
            <w:r>
              <w:rPr>
                <w:sz w:val="16"/>
              </w:rPr>
              <w:t>241300000240</w:t>
            </w:r>
          </w:p>
        </w:tc>
        <w:tc>
          <w:tcPr>
            <w:tcW w:w="1701" w:type="dxa"/>
          </w:tcPr>
          <w:p w14:paraId="13651072" w14:textId="77777777" w:rsidR="00F25E9F" w:rsidRDefault="00F25E9F" w:rsidP="007E5B69">
            <w:r>
              <w:rPr>
                <w:sz w:val="16"/>
              </w:rPr>
              <w:t>185786</w:t>
            </w:r>
          </w:p>
        </w:tc>
        <w:tc>
          <w:tcPr>
            <w:tcW w:w="1701" w:type="dxa"/>
          </w:tcPr>
          <w:p w14:paraId="2734B01F" w14:textId="77777777" w:rsidR="00F25E9F" w:rsidRDefault="00F25E9F" w:rsidP="007E5B69">
            <w:r>
              <w:rPr>
                <w:sz w:val="16"/>
              </w:rPr>
              <w:t>0</w:t>
            </w:r>
          </w:p>
        </w:tc>
      </w:tr>
      <w:tr w:rsidR="00F25E9F" w14:paraId="2F65BF64" w14:textId="77777777" w:rsidTr="00371F5F">
        <w:trPr>
          <w:jc w:val="center"/>
        </w:trPr>
        <w:tc>
          <w:tcPr>
            <w:tcW w:w="993" w:type="dxa"/>
          </w:tcPr>
          <w:p w14:paraId="02612600" w14:textId="77777777" w:rsidR="00F25E9F" w:rsidRDefault="00F25E9F" w:rsidP="007E5B69">
            <w:r>
              <w:rPr>
                <w:sz w:val="16"/>
              </w:rPr>
              <w:t>330</w:t>
            </w:r>
          </w:p>
        </w:tc>
        <w:tc>
          <w:tcPr>
            <w:tcW w:w="3685" w:type="dxa"/>
          </w:tcPr>
          <w:p w14:paraId="63FB76E9" w14:textId="77777777" w:rsidR="00F25E9F" w:rsidRDefault="00F25E9F" w:rsidP="007E5B69">
            <w:r>
              <w:rPr>
                <w:sz w:val="16"/>
              </w:rPr>
              <w:t>Жиынтықтағы компьютер</w:t>
            </w:r>
          </w:p>
        </w:tc>
        <w:tc>
          <w:tcPr>
            <w:tcW w:w="1696" w:type="dxa"/>
          </w:tcPr>
          <w:p w14:paraId="44220C15" w14:textId="77777777" w:rsidR="00F25E9F" w:rsidRDefault="00F25E9F" w:rsidP="007E5B69">
            <w:r>
              <w:rPr>
                <w:sz w:val="16"/>
              </w:rPr>
              <w:t>241300000021</w:t>
            </w:r>
          </w:p>
        </w:tc>
        <w:tc>
          <w:tcPr>
            <w:tcW w:w="1701" w:type="dxa"/>
          </w:tcPr>
          <w:p w14:paraId="69365EB0" w14:textId="77777777" w:rsidR="00F25E9F" w:rsidRDefault="00F25E9F" w:rsidP="007E5B69">
            <w:r>
              <w:rPr>
                <w:sz w:val="16"/>
              </w:rPr>
              <w:t>240000</w:t>
            </w:r>
          </w:p>
        </w:tc>
        <w:tc>
          <w:tcPr>
            <w:tcW w:w="1701" w:type="dxa"/>
          </w:tcPr>
          <w:p w14:paraId="65DB76B4" w14:textId="77777777" w:rsidR="00F25E9F" w:rsidRDefault="00F25E9F" w:rsidP="007E5B69">
            <w:r>
              <w:rPr>
                <w:sz w:val="16"/>
              </w:rPr>
              <w:t>0</w:t>
            </w:r>
          </w:p>
        </w:tc>
      </w:tr>
      <w:tr w:rsidR="00F25E9F" w14:paraId="18E2DF6B" w14:textId="77777777" w:rsidTr="00371F5F">
        <w:trPr>
          <w:jc w:val="center"/>
        </w:trPr>
        <w:tc>
          <w:tcPr>
            <w:tcW w:w="993" w:type="dxa"/>
          </w:tcPr>
          <w:p w14:paraId="6D6C3DA9" w14:textId="77777777" w:rsidR="00F25E9F" w:rsidRDefault="00F25E9F" w:rsidP="007E5B69">
            <w:r>
              <w:rPr>
                <w:sz w:val="16"/>
              </w:rPr>
              <w:t>331</w:t>
            </w:r>
          </w:p>
        </w:tc>
        <w:tc>
          <w:tcPr>
            <w:tcW w:w="3685" w:type="dxa"/>
          </w:tcPr>
          <w:p w14:paraId="6C867088" w14:textId="77777777" w:rsidR="00F25E9F" w:rsidRPr="00371F5F" w:rsidRDefault="00F25E9F" w:rsidP="007E5B69">
            <w:r w:rsidRPr="000003D3">
              <w:rPr>
                <w:sz w:val="16"/>
                <w:lang w:val="ru-RU"/>
              </w:rPr>
              <w:t>Көпфункциялы</w:t>
            </w:r>
            <w:r w:rsidRPr="00371F5F">
              <w:rPr>
                <w:sz w:val="16"/>
              </w:rPr>
              <w:t xml:space="preserve"> </w:t>
            </w:r>
            <w:r w:rsidRPr="000003D3">
              <w:rPr>
                <w:sz w:val="16"/>
                <w:lang w:val="ru-RU"/>
              </w:rPr>
              <w:t>құрылғы</w:t>
            </w:r>
            <w:r w:rsidRPr="00371F5F">
              <w:rPr>
                <w:sz w:val="16"/>
              </w:rPr>
              <w:t xml:space="preserve">, </w:t>
            </w:r>
            <w:r w:rsidRPr="000003D3">
              <w:rPr>
                <w:sz w:val="16"/>
                <w:lang w:val="ru-RU"/>
              </w:rPr>
              <w:t>лазерлік</w:t>
            </w:r>
            <w:r w:rsidRPr="00371F5F">
              <w:rPr>
                <w:sz w:val="16"/>
              </w:rPr>
              <w:t xml:space="preserve"> </w:t>
            </w:r>
            <w:r w:rsidRPr="000003D3">
              <w:rPr>
                <w:sz w:val="16"/>
                <w:lang w:val="ru-RU"/>
              </w:rPr>
              <w:t>басып</w:t>
            </w:r>
            <w:r w:rsidRPr="00371F5F">
              <w:rPr>
                <w:sz w:val="16"/>
              </w:rPr>
              <w:t xml:space="preserve"> </w:t>
            </w:r>
            <w:r w:rsidRPr="000003D3">
              <w:rPr>
                <w:sz w:val="16"/>
                <w:lang w:val="ru-RU"/>
              </w:rPr>
              <w:t>шығару</w:t>
            </w:r>
            <w:r w:rsidRPr="00371F5F">
              <w:rPr>
                <w:sz w:val="16"/>
              </w:rPr>
              <w:t xml:space="preserve">, </w:t>
            </w:r>
            <w:proofErr w:type="gramStart"/>
            <w:r w:rsidRPr="000003D3">
              <w:rPr>
                <w:sz w:val="16"/>
                <w:lang w:val="ru-RU"/>
              </w:rPr>
              <w:t>ай</w:t>
            </w:r>
            <w:proofErr w:type="gramEnd"/>
            <w:r w:rsidRPr="000003D3">
              <w:rPr>
                <w:sz w:val="16"/>
                <w:lang w:val="ru-RU"/>
              </w:rPr>
              <w:t>қындығы</w:t>
            </w:r>
            <w:r w:rsidRPr="00371F5F">
              <w:rPr>
                <w:sz w:val="16"/>
              </w:rPr>
              <w:t xml:space="preserve"> 2400×600 dpi</w:t>
            </w:r>
          </w:p>
        </w:tc>
        <w:tc>
          <w:tcPr>
            <w:tcW w:w="1696" w:type="dxa"/>
          </w:tcPr>
          <w:p w14:paraId="6E4D7D6B" w14:textId="77777777" w:rsidR="00F25E9F" w:rsidRDefault="00F25E9F" w:rsidP="007E5B69">
            <w:r>
              <w:rPr>
                <w:sz w:val="16"/>
              </w:rPr>
              <w:t>241300000160</w:t>
            </w:r>
          </w:p>
        </w:tc>
        <w:tc>
          <w:tcPr>
            <w:tcW w:w="1701" w:type="dxa"/>
          </w:tcPr>
          <w:p w14:paraId="2DD175AC" w14:textId="77777777" w:rsidR="00F25E9F" w:rsidRDefault="00F25E9F" w:rsidP="007E5B69">
            <w:r>
              <w:rPr>
                <w:sz w:val="16"/>
              </w:rPr>
              <w:t>68544</w:t>
            </w:r>
          </w:p>
        </w:tc>
        <w:tc>
          <w:tcPr>
            <w:tcW w:w="1701" w:type="dxa"/>
          </w:tcPr>
          <w:p w14:paraId="579C0E71" w14:textId="77777777" w:rsidR="00F25E9F" w:rsidRDefault="00F25E9F" w:rsidP="007E5B69">
            <w:r>
              <w:rPr>
                <w:sz w:val="16"/>
              </w:rPr>
              <w:t>0</w:t>
            </w:r>
          </w:p>
        </w:tc>
      </w:tr>
      <w:tr w:rsidR="00F25E9F" w14:paraId="6AC28C92" w14:textId="77777777" w:rsidTr="00371F5F">
        <w:trPr>
          <w:jc w:val="center"/>
        </w:trPr>
        <w:tc>
          <w:tcPr>
            <w:tcW w:w="993" w:type="dxa"/>
          </w:tcPr>
          <w:p w14:paraId="52A1C198" w14:textId="77777777" w:rsidR="00F25E9F" w:rsidRDefault="00F25E9F" w:rsidP="007E5B69">
            <w:r>
              <w:rPr>
                <w:sz w:val="16"/>
              </w:rPr>
              <w:t>332</w:t>
            </w:r>
          </w:p>
        </w:tc>
        <w:tc>
          <w:tcPr>
            <w:tcW w:w="3685" w:type="dxa"/>
          </w:tcPr>
          <w:p w14:paraId="228CC720" w14:textId="77777777" w:rsidR="00F25E9F" w:rsidRDefault="00F25E9F" w:rsidP="007E5B69">
            <w:r>
              <w:rPr>
                <w:sz w:val="16"/>
              </w:rPr>
              <w:t>Canon LBP-6030 принтері</w:t>
            </w:r>
          </w:p>
        </w:tc>
        <w:tc>
          <w:tcPr>
            <w:tcW w:w="1696" w:type="dxa"/>
          </w:tcPr>
          <w:p w14:paraId="161FE66D" w14:textId="77777777" w:rsidR="00F25E9F" w:rsidRDefault="00F25E9F" w:rsidP="007E5B69">
            <w:r>
              <w:rPr>
                <w:sz w:val="16"/>
              </w:rPr>
              <w:t>241300000245</w:t>
            </w:r>
          </w:p>
        </w:tc>
        <w:tc>
          <w:tcPr>
            <w:tcW w:w="1701" w:type="dxa"/>
          </w:tcPr>
          <w:p w14:paraId="60D7926D" w14:textId="77777777" w:rsidR="00F25E9F" w:rsidRDefault="00F25E9F" w:rsidP="007E5B69">
            <w:r>
              <w:rPr>
                <w:sz w:val="16"/>
              </w:rPr>
              <w:t>22320</w:t>
            </w:r>
          </w:p>
        </w:tc>
        <w:tc>
          <w:tcPr>
            <w:tcW w:w="1701" w:type="dxa"/>
          </w:tcPr>
          <w:p w14:paraId="49194D98" w14:textId="77777777" w:rsidR="00F25E9F" w:rsidRDefault="00F25E9F" w:rsidP="007E5B69">
            <w:r>
              <w:rPr>
                <w:sz w:val="16"/>
              </w:rPr>
              <w:t>0</w:t>
            </w:r>
          </w:p>
        </w:tc>
      </w:tr>
      <w:tr w:rsidR="00F25E9F" w14:paraId="50EBDB7A" w14:textId="77777777" w:rsidTr="00371F5F">
        <w:trPr>
          <w:jc w:val="center"/>
        </w:trPr>
        <w:tc>
          <w:tcPr>
            <w:tcW w:w="993" w:type="dxa"/>
          </w:tcPr>
          <w:p w14:paraId="44979A66" w14:textId="77777777" w:rsidR="00F25E9F" w:rsidRDefault="00F25E9F" w:rsidP="007E5B69">
            <w:r>
              <w:rPr>
                <w:sz w:val="16"/>
              </w:rPr>
              <w:t>333</w:t>
            </w:r>
          </w:p>
        </w:tc>
        <w:tc>
          <w:tcPr>
            <w:tcW w:w="3685" w:type="dxa"/>
          </w:tcPr>
          <w:p w14:paraId="070B2156" w14:textId="77777777" w:rsidR="00F25E9F" w:rsidRPr="00371F5F" w:rsidRDefault="00F25E9F" w:rsidP="007E5B69">
            <w:r w:rsidRPr="00371F5F">
              <w:rPr>
                <w:sz w:val="16"/>
              </w:rPr>
              <w:t>1</w:t>
            </w:r>
            <w:r w:rsidRPr="000003D3">
              <w:rPr>
                <w:sz w:val="16"/>
                <w:lang w:val="ru-RU"/>
              </w:rPr>
              <w:t>С</w:t>
            </w:r>
            <w:r w:rsidRPr="00371F5F">
              <w:rPr>
                <w:sz w:val="16"/>
              </w:rPr>
              <w:t>:</w:t>
            </w:r>
            <w:r w:rsidRPr="000003D3">
              <w:rPr>
                <w:sz w:val="16"/>
                <w:lang w:val="ru-RU"/>
              </w:rPr>
              <w:t>Кәсіпорын</w:t>
            </w:r>
            <w:r w:rsidRPr="00371F5F">
              <w:rPr>
                <w:sz w:val="16"/>
              </w:rPr>
              <w:t xml:space="preserve"> 8 </w:t>
            </w:r>
            <w:r w:rsidRPr="000003D3">
              <w:rPr>
                <w:sz w:val="16"/>
                <w:lang w:val="ru-RU"/>
              </w:rPr>
              <w:t>бағдарламалық</w:t>
            </w:r>
            <w:r w:rsidRPr="00371F5F">
              <w:rPr>
                <w:sz w:val="16"/>
              </w:rPr>
              <w:t xml:space="preserve"> </w:t>
            </w:r>
            <w:r w:rsidRPr="000003D3">
              <w:rPr>
                <w:sz w:val="16"/>
                <w:lang w:val="ru-RU"/>
              </w:rPr>
              <w:t>қамтылымының</w:t>
            </w:r>
            <w:r w:rsidRPr="00371F5F">
              <w:rPr>
                <w:sz w:val="16"/>
              </w:rPr>
              <w:t xml:space="preserve"> </w:t>
            </w:r>
            <w:r w:rsidRPr="000003D3">
              <w:rPr>
                <w:sz w:val="16"/>
                <w:lang w:val="ru-RU"/>
              </w:rPr>
              <w:t>қосымша</w:t>
            </w:r>
            <w:r w:rsidRPr="00371F5F">
              <w:rPr>
                <w:sz w:val="16"/>
              </w:rPr>
              <w:t xml:space="preserve"> </w:t>
            </w:r>
            <w:r w:rsidRPr="000003D3">
              <w:rPr>
                <w:sz w:val="16"/>
                <w:lang w:val="ru-RU"/>
              </w:rPr>
              <w:t>лицензиясы</w:t>
            </w:r>
          </w:p>
        </w:tc>
        <w:tc>
          <w:tcPr>
            <w:tcW w:w="1696" w:type="dxa"/>
          </w:tcPr>
          <w:p w14:paraId="1D78AF87" w14:textId="77777777" w:rsidR="00F25E9F" w:rsidRDefault="00F25E9F" w:rsidP="007E5B69">
            <w:r>
              <w:rPr>
                <w:sz w:val="16"/>
              </w:rPr>
              <w:t>273000000031</w:t>
            </w:r>
          </w:p>
        </w:tc>
        <w:tc>
          <w:tcPr>
            <w:tcW w:w="1701" w:type="dxa"/>
          </w:tcPr>
          <w:p w14:paraId="39F28DBC" w14:textId="77777777" w:rsidR="00F25E9F" w:rsidRDefault="00F25E9F" w:rsidP="007E5B69">
            <w:r>
              <w:rPr>
                <w:sz w:val="16"/>
              </w:rPr>
              <w:t>22500</w:t>
            </w:r>
          </w:p>
        </w:tc>
        <w:tc>
          <w:tcPr>
            <w:tcW w:w="1701" w:type="dxa"/>
          </w:tcPr>
          <w:p w14:paraId="293427E9" w14:textId="77777777" w:rsidR="00F25E9F" w:rsidRDefault="00F25E9F" w:rsidP="007E5B69">
            <w:r>
              <w:rPr>
                <w:sz w:val="16"/>
              </w:rPr>
              <w:t>0</w:t>
            </w:r>
          </w:p>
        </w:tc>
      </w:tr>
      <w:tr w:rsidR="00F25E9F" w14:paraId="13160F8B" w14:textId="77777777" w:rsidTr="00371F5F">
        <w:trPr>
          <w:jc w:val="center"/>
        </w:trPr>
        <w:tc>
          <w:tcPr>
            <w:tcW w:w="993" w:type="dxa"/>
          </w:tcPr>
          <w:p w14:paraId="034FBC41" w14:textId="77777777" w:rsidR="00F25E9F" w:rsidRDefault="00F25E9F" w:rsidP="007E5B69">
            <w:r>
              <w:rPr>
                <w:sz w:val="16"/>
              </w:rPr>
              <w:t>334</w:t>
            </w:r>
          </w:p>
        </w:tc>
        <w:tc>
          <w:tcPr>
            <w:tcW w:w="3685" w:type="dxa"/>
          </w:tcPr>
          <w:p w14:paraId="24F5B06E" w14:textId="77777777" w:rsidR="00F25E9F" w:rsidRPr="00371F5F" w:rsidRDefault="00F25E9F" w:rsidP="007E5B69">
            <w:r w:rsidRPr="00371F5F">
              <w:rPr>
                <w:sz w:val="16"/>
              </w:rPr>
              <w:t>1</w:t>
            </w:r>
            <w:r w:rsidRPr="000003D3">
              <w:rPr>
                <w:sz w:val="16"/>
                <w:lang w:val="ru-RU"/>
              </w:rPr>
              <w:t>С</w:t>
            </w:r>
            <w:r w:rsidRPr="00371F5F">
              <w:rPr>
                <w:sz w:val="16"/>
              </w:rPr>
              <w:t>:</w:t>
            </w:r>
            <w:r w:rsidRPr="000003D3">
              <w:rPr>
                <w:sz w:val="16"/>
                <w:lang w:val="ru-RU"/>
              </w:rPr>
              <w:t>Кәсіпорын</w:t>
            </w:r>
            <w:r w:rsidRPr="00371F5F">
              <w:rPr>
                <w:sz w:val="16"/>
              </w:rPr>
              <w:t xml:space="preserve"> 8 </w:t>
            </w:r>
            <w:r w:rsidRPr="000003D3">
              <w:rPr>
                <w:sz w:val="16"/>
                <w:lang w:val="ru-RU"/>
              </w:rPr>
              <w:t>бағдарламалық</w:t>
            </w:r>
            <w:r w:rsidRPr="00371F5F">
              <w:rPr>
                <w:sz w:val="16"/>
              </w:rPr>
              <w:t xml:space="preserve"> </w:t>
            </w:r>
            <w:r w:rsidRPr="000003D3">
              <w:rPr>
                <w:sz w:val="16"/>
                <w:lang w:val="ru-RU"/>
              </w:rPr>
              <w:t>қамтылымының</w:t>
            </w:r>
            <w:r w:rsidRPr="00371F5F">
              <w:rPr>
                <w:sz w:val="16"/>
              </w:rPr>
              <w:t xml:space="preserve"> </w:t>
            </w:r>
            <w:r w:rsidRPr="000003D3">
              <w:rPr>
                <w:sz w:val="16"/>
                <w:lang w:val="ru-RU"/>
              </w:rPr>
              <w:t>қосымша</w:t>
            </w:r>
            <w:r w:rsidRPr="00371F5F">
              <w:rPr>
                <w:sz w:val="16"/>
              </w:rPr>
              <w:t xml:space="preserve"> </w:t>
            </w:r>
            <w:r w:rsidRPr="000003D3">
              <w:rPr>
                <w:sz w:val="16"/>
                <w:lang w:val="ru-RU"/>
              </w:rPr>
              <w:t>лицензиясы</w:t>
            </w:r>
          </w:p>
        </w:tc>
        <w:tc>
          <w:tcPr>
            <w:tcW w:w="1696" w:type="dxa"/>
          </w:tcPr>
          <w:p w14:paraId="020D2E6B" w14:textId="77777777" w:rsidR="00F25E9F" w:rsidRDefault="00F25E9F" w:rsidP="007E5B69">
            <w:r>
              <w:rPr>
                <w:sz w:val="16"/>
              </w:rPr>
              <w:t>273000000032</w:t>
            </w:r>
          </w:p>
        </w:tc>
        <w:tc>
          <w:tcPr>
            <w:tcW w:w="1701" w:type="dxa"/>
          </w:tcPr>
          <w:p w14:paraId="4EBA6B14" w14:textId="77777777" w:rsidR="00F25E9F" w:rsidRDefault="00F25E9F" w:rsidP="007E5B69">
            <w:r>
              <w:rPr>
                <w:sz w:val="16"/>
              </w:rPr>
              <w:t>22500</w:t>
            </w:r>
          </w:p>
        </w:tc>
        <w:tc>
          <w:tcPr>
            <w:tcW w:w="1701" w:type="dxa"/>
          </w:tcPr>
          <w:p w14:paraId="60AACA0C" w14:textId="77777777" w:rsidR="00F25E9F" w:rsidRDefault="00F25E9F" w:rsidP="007E5B69">
            <w:r>
              <w:rPr>
                <w:sz w:val="16"/>
              </w:rPr>
              <w:t>0</w:t>
            </w:r>
          </w:p>
        </w:tc>
      </w:tr>
      <w:tr w:rsidR="00F25E9F" w14:paraId="37C6C921" w14:textId="77777777" w:rsidTr="00371F5F">
        <w:trPr>
          <w:jc w:val="center"/>
        </w:trPr>
        <w:tc>
          <w:tcPr>
            <w:tcW w:w="993" w:type="dxa"/>
          </w:tcPr>
          <w:p w14:paraId="505F1186" w14:textId="77777777" w:rsidR="00F25E9F" w:rsidRDefault="00F25E9F" w:rsidP="007E5B69">
            <w:r>
              <w:rPr>
                <w:sz w:val="16"/>
              </w:rPr>
              <w:t>335</w:t>
            </w:r>
          </w:p>
        </w:tc>
        <w:tc>
          <w:tcPr>
            <w:tcW w:w="3685" w:type="dxa"/>
          </w:tcPr>
          <w:p w14:paraId="6A302D33" w14:textId="77777777" w:rsidR="00F25E9F" w:rsidRPr="000003D3" w:rsidRDefault="00F25E9F" w:rsidP="007E5B69">
            <w:pPr>
              <w:rPr>
                <w:lang w:val="ru-RU"/>
              </w:rPr>
            </w:pPr>
            <w:r w:rsidRPr="000003D3">
              <w:rPr>
                <w:sz w:val="16"/>
                <w:lang w:val="ru-RU"/>
              </w:rPr>
              <w:t xml:space="preserve">Мультимедиалық </w:t>
            </w:r>
            <w:proofErr w:type="gramStart"/>
            <w:r w:rsidRPr="000003D3">
              <w:rPr>
                <w:sz w:val="16"/>
                <w:lang w:val="ru-RU"/>
              </w:rPr>
              <w:t>ба</w:t>
            </w:r>
            <w:proofErr w:type="gramEnd"/>
            <w:r w:rsidRPr="000003D3">
              <w:rPr>
                <w:sz w:val="16"/>
                <w:lang w:val="ru-RU"/>
              </w:rPr>
              <w:t>ғдарламалық қамтылым, лицензиялық диск 1</w:t>
            </w:r>
          </w:p>
        </w:tc>
        <w:tc>
          <w:tcPr>
            <w:tcW w:w="1696" w:type="dxa"/>
          </w:tcPr>
          <w:p w14:paraId="040FF780" w14:textId="77777777" w:rsidR="00F25E9F" w:rsidRDefault="00F25E9F" w:rsidP="007E5B69">
            <w:r>
              <w:rPr>
                <w:sz w:val="16"/>
              </w:rPr>
              <w:t>273000000033</w:t>
            </w:r>
          </w:p>
        </w:tc>
        <w:tc>
          <w:tcPr>
            <w:tcW w:w="1701" w:type="dxa"/>
          </w:tcPr>
          <w:p w14:paraId="73969D0C" w14:textId="77777777" w:rsidR="00F25E9F" w:rsidRDefault="00F25E9F" w:rsidP="007E5B69">
            <w:r>
              <w:rPr>
                <w:sz w:val="16"/>
              </w:rPr>
              <w:t>801500</w:t>
            </w:r>
          </w:p>
        </w:tc>
        <w:tc>
          <w:tcPr>
            <w:tcW w:w="1701" w:type="dxa"/>
          </w:tcPr>
          <w:p w14:paraId="7413D45C" w14:textId="77777777" w:rsidR="00F25E9F" w:rsidRDefault="00F25E9F" w:rsidP="007E5B69">
            <w:r>
              <w:rPr>
                <w:sz w:val="16"/>
              </w:rPr>
              <w:t>0</w:t>
            </w:r>
          </w:p>
        </w:tc>
      </w:tr>
      <w:tr w:rsidR="00371F5F" w14:paraId="1A1BA474" w14:textId="77777777" w:rsidTr="00371F5F">
        <w:trPr>
          <w:jc w:val="center"/>
        </w:trPr>
        <w:tc>
          <w:tcPr>
            <w:tcW w:w="993" w:type="dxa"/>
          </w:tcPr>
          <w:p w14:paraId="601ECCA1" w14:textId="77777777" w:rsidR="00371F5F" w:rsidRDefault="00371F5F" w:rsidP="00371F5F">
            <w:r>
              <w:rPr>
                <w:sz w:val="16"/>
              </w:rPr>
              <w:t>336</w:t>
            </w:r>
          </w:p>
        </w:tc>
        <w:tc>
          <w:tcPr>
            <w:tcW w:w="3685" w:type="dxa"/>
          </w:tcPr>
          <w:p w14:paraId="189D2DEF" w14:textId="77777777" w:rsidR="00371F5F" w:rsidRDefault="00371F5F" w:rsidP="00371F5F">
            <w:r>
              <w:rPr>
                <w:sz w:val="16"/>
              </w:rPr>
              <w:t>1С:Кәсіпорын: Бухгалтерия 8.2 бағдарламалық қамтылымы</w:t>
            </w:r>
          </w:p>
        </w:tc>
        <w:tc>
          <w:tcPr>
            <w:tcW w:w="1696" w:type="dxa"/>
          </w:tcPr>
          <w:p w14:paraId="60F7DD73" w14:textId="6EDC8C5D" w:rsidR="00371F5F" w:rsidRDefault="00371F5F" w:rsidP="00371F5F">
            <w:r>
              <w:rPr>
                <w:sz w:val="16"/>
              </w:rPr>
              <w:t>273000000034</w:t>
            </w:r>
          </w:p>
        </w:tc>
        <w:tc>
          <w:tcPr>
            <w:tcW w:w="1701" w:type="dxa"/>
          </w:tcPr>
          <w:p w14:paraId="1FF76463" w14:textId="32F1497E" w:rsidR="00371F5F" w:rsidRPr="00371F5F" w:rsidRDefault="00371F5F" w:rsidP="00371F5F">
            <w:pPr>
              <w:rPr>
                <w:lang w:val="kk-KZ"/>
              </w:rPr>
            </w:pPr>
            <w:r>
              <w:rPr>
                <w:sz w:val="16"/>
                <w:lang w:val="kk-KZ"/>
              </w:rPr>
              <w:t>45000</w:t>
            </w:r>
          </w:p>
        </w:tc>
        <w:tc>
          <w:tcPr>
            <w:tcW w:w="1701" w:type="dxa"/>
          </w:tcPr>
          <w:p w14:paraId="68F85682" w14:textId="72CEBAA6" w:rsidR="00371F5F" w:rsidRPr="00371F5F" w:rsidRDefault="00371F5F" w:rsidP="00371F5F">
            <w:pPr>
              <w:rPr>
                <w:lang w:val="kk-KZ"/>
              </w:rPr>
            </w:pPr>
            <w:r>
              <w:rPr>
                <w:sz w:val="16"/>
              </w:rPr>
              <w:t>0</w:t>
            </w:r>
          </w:p>
        </w:tc>
      </w:tr>
    </w:tbl>
    <w:p w14:paraId="4BCEA3D8" w14:textId="77777777" w:rsidR="00E964B9" w:rsidRDefault="00E964B9" w:rsidP="00E964B9">
      <w:pPr>
        <w:spacing w:before="100" w:beforeAutospacing="1" w:after="100" w:afterAutospacing="1" w:line="240" w:lineRule="auto"/>
        <w:outlineLvl w:val="1"/>
        <w:rPr>
          <w:rFonts w:ascii="Times New Roman" w:eastAsia="Times New Roman" w:hAnsi="Times New Roman" w:cs="Times New Roman"/>
          <w:b/>
          <w:bCs/>
          <w:kern w:val="0"/>
          <w:sz w:val="36"/>
          <w:szCs w:val="36"/>
          <w:lang w:val="ru-RU"/>
          <w14:ligatures w14:val="none"/>
        </w:rPr>
      </w:pPr>
    </w:p>
    <w:p w14:paraId="62F1E9C8" w14:textId="77777777" w:rsidR="00E964B9" w:rsidRDefault="00E964B9" w:rsidP="00E964B9">
      <w:pPr>
        <w:spacing w:before="100" w:beforeAutospacing="1" w:after="100" w:afterAutospacing="1" w:line="240" w:lineRule="auto"/>
        <w:outlineLvl w:val="1"/>
        <w:rPr>
          <w:rFonts w:ascii="Times New Roman" w:eastAsia="Times New Roman" w:hAnsi="Times New Roman" w:cs="Times New Roman"/>
          <w:b/>
          <w:bCs/>
          <w:kern w:val="0"/>
          <w:sz w:val="36"/>
          <w:szCs w:val="36"/>
          <w:lang w:val="ru-RU"/>
          <w14:ligatures w14:val="none"/>
        </w:rPr>
      </w:pPr>
    </w:p>
    <w:p w14:paraId="080EE948" w14:textId="77777777" w:rsidR="00A71D8B" w:rsidRDefault="00A71D8B"/>
    <w:sectPr w:rsidR="00A71D8B" w:rsidSect="00F25E9F">
      <w:pgSz w:w="11906" w:h="16838"/>
      <w:pgMar w:top="1417" w:right="851" w:bottom="1417" w:left="15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nsid w:val="019C7669"/>
    <w:multiLevelType w:val="multilevel"/>
    <w:tmpl w:val="D780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34C30BE"/>
    <w:multiLevelType w:val="multilevel"/>
    <w:tmpl w:val="33E67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03D31D6"/>
    <w:multiLevelType w:val="multilevel"/>
    <w:tmpl w:val="51B4C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36666D7"/>
    <w:multiLevelType w:val="multilevel"/>
    <w:tmpl w:val="300A3AE6"/>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13">
    <w:nsid w:val="5E693F31"/>
    <w:multiLevelType w:val="multilevel"/>
    <w:tmpl w:val="0C14C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1"/>
  </w:num>
  <w:num w:numId="3">
    <w:abstractNumId w:val="10"/>
  </w:num>
  <w:num w:numId="4">
    <w:abstractNumId w:val="12"/>
  </w:num>
  <w:num w:numId="5">
    <w:abstractNumId w:val="9"/>
  </w:num>
  <w:num w:numId="6">
    <w:abstractNumId w:val="8"/>
  </w:num>
  <w:num w:numId="7">
    <w:abstractNumId w:val="6"/>
  </w:num>
  <w:num w:numId="8">
    <w:abstractNumId w:val="5"/>
  </w:num>
  <w:num w:numId="9">
    <w:abstractNumId w:val="4"/>
  </w:num>
  <w:num w:numId="10">
    <w:abstractNumId w:val="7"/>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1B5F"/>
    <w:rsid w:val="00092676"/>
    <w:rsid w:val="001006C2"/>
    <w:rsid w:val="00171B5F"/>
    <w:rsid w:val="00371F5F"/>
    <w:rsid w:val="00384B5C"/>
    <w:rsid w:val="00571200"/>
    <w:rsid w:val="005E1E6E"/>
    <w:rsid w:val="0096486B"/>
    <w:rsid w:val="00A71D8B"/>
    <w:rsid w:val="00AE5936"/>
    <w:rsid w:val="00E964B9"/>
    <w:rsid w:val="00EA5F40"/>
    <w:rsid w:val="00EC2D06"/>
    <w:rsid w:val="00F25E9F"/>
    <w:rsid w:val="00F45544"/>
  </w:rsids>
  <m:mathPr>
    <m:mathFont m:val="Cambria Math"/>
    <m:brkBin m:val="before"/>
    <m:brkBinSub m:val="--"/>
    <m:smallFrac m:val="0"/>
    <m:dispDef/>
    <m:lMargin m:val="0"/>
    <m:rMargin m:val="0"/>
    <m:defJc m:val="centerGroup"/>
    <m:wrapIndent m:val="1440"/>
    <m:intLim m:val="subSup"/>
    <m:naryLim m:val="undOvr"/>
  </m:mathPr>
  <w:themeFontLang w:val="kk-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F2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kk-KZ"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
    <w:name w:val="heading 1"/>
    <w:basedOn w:val="a1"/>
    <w:next w:val="a1"/>
    <w:link w:val="10"/>
    <w:uiPriority w:val="9"/>
    <w:qFormat/>
    <w:rsid w:val="00171B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1">
    <w:name w:val="heading 2"/>
    <w:basedOn w:val="a1"/>
    <w:next w:val="a1"/>
    <w:link w:val="22"/>
    <w:uiPriority w:val="9"/>
    <w:unhideWhenUsed/>
    <w:qFormat/>
    <w:rsid w:val="00171B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1">
    <w:name w:val="heading 3"/>
    <w:basedOn w:val="a1"/>
    <w:next w:val="a1"/>
    <w:link w:val="32"/>
    <w:uiPriority w:val="9"/>
    <w:unhideWhenUsed/>
    <w:qFormat/>
    <w:rsid w:val="00171B5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0"/>
    <w:uiPriority w:val="9"/>
    <w:semiHidden/>
    <w:unhideWhenUsed/>
    <w:qFormat/>
    <w:rsid w:val="00171B5F"/>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0"/>
    <w:uiPriority w:val="9"/>
    <w:semiHidden/>
    <w:unhideWhenUsed/>
    <w:qFormat/>
    <w:rsid w:val="00171B5F"/>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0"/>
    <w:uiPriority w:val="9"/>
    <w:semiHidden/>
    <w:unhideWhenUsed/>
    <w:qFormat/>
    <w:rsid w:val="00171B5F"/>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0"/>
    <w:uiPriority w:val="9"/>
    <w:semiHidden/>
    <w:unhideWhenUsed/>
    <w:qFormat/>
    <w:rsid w:val="00171B5F"/>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0"/>
    <w:uiPriority w:val="9"/>
    <w:semiHidden/>
    <w:unhideWhenUsed/>
    <w:qFormat/>
    <w:rsid w:val="00171B5F"/>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0"/>
    <w:uiPriority w:val="9"/>
    <w:semiHidden/>
    <w:unhideWhenUsed/>
    <w:qFormat/>
    <w:rsid w:val="00171B5F"/>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171B5F"/>
    <w:rPr>
      <w:rFonts w:asciiTheme="majorHAnsi" w:eastAsiaTheme="majorEastAsia" w:hAnsiTheme="majorHAnsi" w:cstheme="majorBidi"/>
      <w:color w:val="0F4761" w:themeColor="accent1" w:themeShade="BF"/>
      <w:sz w:val="40"/>
      <w:szCs w:val="40"/>
    </w:rPr>
  </w:style>
  <w:style w:type="character" w:customStyle="1" w:styleId="22">
    <w:name w:val="Заголовок 2 Знак"/>
    <w:basedOn w:val="a2"/>
    <w:link w:val="21"/>
    <w:uiPriority w:val="9"/>
    <w:rsid w:val="00171B5F"/>
    <w:rPr>
      <w:rFonts w:asciiTheme="majorHAnsi" w:eastAsiaTheme="majorEastAsia" w:hAnsiTheme="majorHAnsi" w:cstheme="majorBidi"/>
      <w:color w:val="0F4761" w:themeColor="accent1" w:themeShade="BF"/>
      <w:sz w:val="32"/>
      <w:szCs w:val="32"/>
    </w:rPr>
  </w:style>
  <w:style w:type="character" w:customStyle="1" w:styleId="32">
    <w:name w:val="Заголовок 3 Знак"/>
    <w:basedOn w:val="a2"/>
    <w:link w:val="31"/>
    <w:uiPriority w:val="9"/>
    <w:rsid w:val="00171B5F"/>
    <w:rPr>
      <w:rFonts w:eastAsiaTheme="majorEastAsia" w:cstheme="majorBidi"/>
      <w:color w:val="0F4761" w:themeColor="accent1" w:themeShade="BF"/>
      <w:sz w:val="28"/>
      <w:szCs w:val="28"/>
    </w:rPr>
  </w:style>
  <w:style w:type="character" w:customStyle="1" w:styleId="40">
    <w:name w:val="Заголовок 4 Знак"/>
    <w:basedOn w:val="a2"/>
    <w:link w:val="4"/>
    <w:uiPriority w:val="9"/>
    <w:semiHidden/>
    <w:rsid w:val="00171B5F"/>
    <w:rPr>
      <w:rFonts w:eastAsiaTheme="majorEastAsia" w:cstheme="majorBidi"/>
      <w:i/>
      <w:iCs/>
      <w:color w:val="0F4761" w:themeColor="accent1" w:themeShade="BF"/>
    </w:rPr>
  </w:style>
  <w:style w:type="character" w:customStyle="1" w:styleId="50">
    <w:name w:val="Заголовок 5 Знак"/>
    <w:basedOn w:val="a2"/>
    <w:link w:val="5"/>
    <w:uiPriority w:val="9"/>
    <w:semiHidden/>
    <w:rsid w:val="00171B5F"/>
    <w:rPr>
      <w:rFonts w:eastAsiaTheme="majorEastAsia" w:cstheme="majorBidi"/>
      <w:color w:val="0F4761" w:themeColor="accent1" w:themeShade="BF"/>
    </w:rPr>
  </w:style>
  <w:style w:type="character" w:customStyle="1" w:styleId="60">
    <w:name w:val="Заголовок 6 Знак"/>
    <w:basedOn w:val="a2"/>
    <w:link w:val="6"/>
    <w:uiPriority w:val="9"/>
    <w:semiHidden/>
    <w:rsid w:val="00171B5F"/>
    <w:rPr>
      <w:rFonts w:eastAsiaTheme="majorEastAsia" w:cstheme="majorBidi"/>
      <w:i/>
      <w:iCs/>
      <w:color w:val="595959" w:themeColor="text1" w:themeTint="A6"/>
    </w:rPr>
  </w:style>
  <w:style w:type="character" w:customStyle="1" w:styleId="70">
    <w:name w:val="Заголовок 7 Знак"/>
    <w:basedOn w:val="a2"/>
    <w:link w:val="7"/>
    <w:uiPriority w:val="9"/>
    <w:semiHidden/>
    <w:rsid w:val="00171B5F"/>
    <w:rPr>
      <w:rFonts w:eastAsiaTheme="majorEastAsia" w:cstheme="majorBidi"/>
      <w:color w:val="595959" w:themeColor="text1" w:themeTint="A6"/>
    </w:rPr>
  </w:style>
  <w:style w:type="character" w:customStyle="1" w:styleId="80">
    <w:name w:val="Заголовок 8 Знак"/>
    <w:basedOn w:val="a2"/>
    <w:link w:val="8"/>
    <w:uiPriority w:val="9"/>
    <w:semiHidden/>
    <w:rsid w:val="00171B5F"/>
    <w:rPr>
      <w:rFonts w:eastAsiaTheme="majorEastAsia" w:cstheme="majorBidi"/>
      <w:i/>
      <w:iCs/>
      <w:color w:val="272727" w:themeColor="text1" w:themeTint="D8"/>
    </w:rPr>
  </w:style>
  <w:style w:type="character" w:customStyle="1" w:styleId="90">
    <w:name w:val="Заголовок 9 Знак"/>
    <w:basedOn w:val="a2"/>
    <w:link w:val="9"/>
    <w:uiPriority w:val="9"/>
    <w:semiHidden/>
    <w:rsid w:val="00171B5F"/>
    <w:rPr>
      <w:rFonts w:eastAsiaTheme="majorEastAsia" w:cstheme="majorBidi"/>
      <w:color w:val="272727" w:themeColor="text1" w:themeTint="D8"/>
    </w:rPr>
  </w:style>
  <w:style w:type="paragraph" w:styleId="a5">
    <w:name w:val="Title"/>
    <w:basedOn w:val="a1"/>
    <w:next w:val="a1"/>
    <w:link w:val="a6"/>
    <w:uiPriority w:val="10"/>
    <w:qFormat/>
    <w:rsid w:val="00171B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6">
    <w:name w:val="Название Знак"/>
    <w:basedOn w:val="a2"/>
    <w:link w:val="a5"/>
    <w:uiPriority w:val="10"/>
    <w:rsid w:val="00171B5F"/>
    <w:rPr>
      <w:rFonts w:asciiTheme="majorHAnsi" w:eastAsiaTheme="majorEastAsia" w:hAnsiTheme="majorHAnsi" w:cstheme="majorBidi"/>
      <w:spacing w:val="-10"/>
      <w:kern w:val="28"/>
      <w:sz w:val="56"/>
      <w:szCs w:val="56"/>
    </w:rPr>
  </w:style>
  <w:style w:type="paragraph" w:styleId="a7">
    <w:name w:val="Subtitle"/>
    <w:basedOn w:val="a1"/>
    <w:next w:val="a1"/>
    <w:link w:val="a8"/>
    <w:uiPriority w:val="11"/>
    <w:qFormat/>
    <w:rsid w:val="00171B5F"/>
    <w:pPr>
      <w:numPr>
        <w:ilvl w:val="1"/>
      </w:numPr>
    </w:pPr>
    <w:rPr>
      <w:rFonts w:eastAsiaTheme="majorEastAsia" w:cstheme="majorBidi"/>
      <w:color w:val="595959" w:themeColor="text1" w:themeTint="A6"/>
      <w:spacing w:val="15"/>
      <w:sz w:val="28"/>
      <w:szCs w:val="28"/>
    </w:rPr>
  </w:style>
  <w:style w:type="character" w:customStyle="1" w:styleId="a8">
    <w:name w:val="Подзаголовок Знак"/>
    <w:basedOn w:val="a2"/>
    <w:link w:val="a7"/>
    <w:uiPriority w:val="11"/>
    <w:rsid w:val="00171B5F"/>
    <w:rPr>
      <w:rFonts w:eastAsiaTheme="majorEastAsia" w:cstheme="majorBidi"/>
      <w:color w:val="595959" w:themeColor="text1" w:themeTint="A6"/>
      <w:spacing w:val="15"/>
      <w:sz w:val="28"/>
      <w:szCs w:val="28"/>
    </w:rPr>
  </w:style>
  <w:style w:type="paragraph" w:styleId="23">
    <w:name w:val="Quote"/>
    <w:basedOn w:val="a1"/>
    <w:next w:val="a1"/>
    <w:link w:val="24"/>
    <w:uiPriority w:val="29"/>
    <w:qFormat/>
    <w:rsid w:val="00171B5F"/>
    <w:pPr>
      <w:spacing w:before="160"/>
      <w:jc w:val="center"/>
    </w:pPr>
    <w:rPr>
      <w:i/>
      <w:iCs/>
      <w:color w:val="404040" w:themeColor="text1" w:themeTint="BF"/>
    </w:rPr>
  </w:style>
  <w:style w:type="character" w:customStyle="1" w:styleId="24">
    <w:name w:val="Цитата 2 Знак"/>
    <w:basedOn w:val="a2"/>
    <w:link w:val="23"/>
    <w:uiPriority w:val="29"/>
    <w:rsid w:val="00171B5F"/>
    <w:rPr>
      <w:i/>
      <w:iCs/>
      <w:color w:val="404040" w:themeColor="text1" w:themeTint="BF"/>
    </w:rPr>
  </w:style>
  <w:style w:type="paragraph" w:styleId="a9">
    <w:name w:val="List Paragraph"/>
    <w:basedOn w:val="a1"/>
    <w:uiPriority w:val="34"/>
    <w:qFormat/>
    <w:rsid w:val="00171B5F"/>
    <w:pPr>
      <w:ind w:left="720"/>
      <w:contextualSpacing/>
    </w:pPr>
  </w:style>
  <w:style w:type="character" w:styleId="aa">
    <w:name w:val="Intense Emphasis"/>
    <w:basedOn w:val="a2"/>
    <w:uiPriority w:val="21"/>
    <w:qFormat/>
    <w:rsid w:val="00171B5F"/>
    <w:rPr>
      <w:i/>
      <w:iCs/>
      <w:color w:val="0F4761" w:themeColor="accent1" w:themeShade="BF"/>
    </w:rPr>
  </w:style>
  <w:style w:type="paragraph" w:styleId="ab">
    <w:name w:val="Intense Quote"/>
    <w:basedOn w:val="a1"/>
    <w:next w:val="a1"/>
    <w:link w:val="ac"/>
    <w:uiPriority w:val="30"/>
    <w:qFormat/>
    <w:rsid w:val="00171B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Выделенная цитата Знак"/>
    <w:basedOn w:val="a2"/>
    <w:link w:val="ab"/>
    <w:uiPriority w:val="30"/>
    <w:rsid w:val="00171B5F"/>
    <w:rPr>
      <w:i/>
      <w:iCs/>
      <w:color w:val="0F4761" w:themeColor="accent1" w:themeShade="BF"/>
    </w:rPr>
  </w:style>
  <w:style w:type="character" w:styleId="ad">
    <w:name w:val="Intense Reference"/>
    <w:basedOn w:val="a2"/>
    <w:uiPriority w:val="32"/>
    <w:qFormat/>
    <w:rsid w:val="00171B5F"/>
    <w:rPr>
      <w:b/>
      <w:bCs/>
      <w:smallCaps/>
      <w:color w:val="0F4761" w:themeColor="accent1" w:themeShade="BF"/>
      <w:spacing w:val="5"/>
    </w:rPr>
  </w:style>
  <w:style w:type="paragraph" w:styleId="ae">
    <w:name w:val="header"/>
    <w:basedOn w:val="a1"/>
    <w:link w:val="af"/>
    <w:uiPriority w:val="99"/>
    <w:unhideWhenUsed/>
    <w:rsid w:val="0096486B"/>
    <w:pPr>
      <w:tabs>
        <w:tab w:val="center" w:pos="4680"/>
        <w:tab w:val="right" w:pos="9360"/>
      </w:tabs>
      <w:spacing w:after="0" w:line="240" w:lineRule="auto"/>
    </w:pPr>
    <w:rPr>
      <w:rFonts w:ascii="Times New Roman" w:eastAsiaTheme="minorEastAsia" w:hAnsi="Times New Roman"/>
      <w:kern w:val="0"/>
      <w:sz w:val="20"/>
      <w:szCs w:val="22"/>
      <w:lang w:val="en-US"/>
      <w14:ligatures w14:val="none"/>
    </w:rPr>
  </w:style>
  <w:style w:type="character" w:customStyle="1" w:styleId="af">
    <w:name w:val="Верхний колонтитул Знак"/>
    <w:basedOn w:val="a2"/>
    <w:link w:val="ae"/>
    <w:uiPriority w:val="99"/>
    <w:rsid w:val="0096486B"/>
    <w:rPr>
      <w:rFonts w:ascii="Times New Roman" w:eastAsiaTheme="minorEastAsia" w:hAnsi="Times New Roman"/>
      <w:kern w:val="0"/>
      <w:sz w:val="20"/>
      <w:szCs w:val="22"/>
      <w:lang w:val="en-US"/>
      <w14:ligatures w14:val="none"/>
    </w:rPr>
  </w:style>
  <w:style w:type="paragraph" w:styleId="af0">
    <w:name w:val="footer"/>
    <w:basedOn w:val="a1"/>
    <w:link w:val="af1"/>
    <w:uiPriority w:val="99"/>
    <w:unhideWhenUsed/>
    <w:rsid w:val="0096486B"/>
    <w:pPr>
      <w:tabs>
        <w:tab w:val="center" w:pos="4680"/>
        <w:tab w:val="right" w:pos="9360"/>
      </w:tabs>
      <w:spacing w:after="0" w:line="240" w:lineRule="auto"/>
    </w:pPr>
    <w:rPr>
      <w:rFonts w:ascii="Times New Roman" w:eastAsiaTheme="minorEastAsia" w:hAnsi="Times New Roman"/>
      <w:kern w:val="0"/>
      <w:sz w:val="20"/>
      <w:szCs w:val="22"/>
      <w:lang w:val="en-US"/>
      <w14:ligatures w14:val="none"/>
    </w:rPr>
  </w:style>
  <w:style w:type="character" w:customStyle="1" w:styleId="af1">
    <w:name w:val="Нижний колонтитул Знак"/>
    <w:basedOn w:val="a2"/>
    <w:link w:val="af0"/>
    <w:uiPriority w:val="99"/>
    <w:rsid w:val="0096486B"/>
    <w:rPr>
      <w:rFonts w:ascii="Times New Roman" w:eastAsiaTheme="minorEastAsia" w:hAnsi="Times New Roman"/>
      <w:kern w:val="0"/>
      <w:sz w:val="20"/>
      <w:szCs w:val="22"/>
      <w:lang w:val="en-US"/>
      <w14:ligatures w14:val="none"/>
    </w:rPr>
  </w:style>
  <w:style w:type="paragraph" w:styleId="af2">
    <w:name w:val="No Spacing"/>
    <w:uiPriority w:val="1"/>
    <w:qFormat/>
    <w:rsid w:val="0096486B"/>
    <w:pPr>
      <w:spacing w:after="0" w:line="240" w:lineRule="auto"/>
    </w:pPr>
    <w:rPr>
      <w:rFonts w:eastAsiaTheme="minorEastAsia"/>
      <w:kern w:val="0"/>
      <w:sz w:val="22"/>
      <w:szCs w:val="22"/>
      <w:lang w:val="en-US"/>
      <w14:ligatures w14:val="none"/>
    </w:rPr>
  </w:style>
  <w:style w:type="paragraph" w:styleId="af3">
    <w:name w:val="Body Text"/>
    <w:basedOn w:val="a1"/>
    <w:link w:val="af4"/>
    <w:uiPriority w:val="99"/>
    <w:unhideWhenUsed/>
    <w:rsid w:val="0096486B"/>
    <w:pPr>
      <w:spacing w:after="120" w:line="276" w:lineRule="auto"/>
    </w:pPr>
    <w:rPr>
      <w:rFonts w:ascii="Times New Roman" w:eastAsiaTheme="minorEastAsia" w:hAnsi="Times New Roman"/>
      <w:kern w:val="0"/>
      <w:sz w:val="20"/>
      <w:szCs w:val="22"/>
      <w:lang w:val="en-US"/>
      <w14:ligatures w14:val="none"/>
    </w:rPr>
  </w:style>
  <w:style w:type="character" w:customStyle="1" w:styleId="af4">
    <w:name w:val="Основной текст Знак"/>
    <w:basedOn w:val="a2"/>
    <w:link w:val="af3"/>
    <w:uiPriority w:val="99"/>
    <w:rsid w:val="0096486B"/>
    <w:rPr>
      <w:rFonts w:ascii="Times New Roman" w:eastAsiaTheme="minorEastAsia" w:hAnsi="Times New Roman"/>
      <w:kern w:val="0"/>
      <w:sz w:val="20"/>
      <w:szCs w:val="22"/>
      <w:lang w:val="en-US"/>
      <w14:ligatures w14:val="none"/>
    </w:rPr>
  </w:style>
  <w:style w:type="paragraph" w:styleId="25">
    <w:name w:val="Body Text 2"/>
    <w:basedOn w:val="a1"/>
    <w:link w:val="26"/>
    <w:uiPriority w:val="99"/>
    <w:unhideWhenUsed/>
    <w:rsid w:val="0096486B"/>
    <w:pPr>
      <w:spacing w:after="120" w:line="480" w:lineRule="auto"/>
    </w:pPr>
    <w:rPr>
      <w:rFonts w:ascii="Times New Roman" w:eastAsiaTheme="minorEastAsia" w:hAnsi="Times New Roman"/>
      <w:kern w:val="0"/>
      <w:sz w:val="20"/>
      <w:szCs w:val="22"/>
      <w:lang w:val="en-US"/>
      <w14:ligatures w14:val="none"/>
    </w:rPr>
  </w:style>
  <w:style w:type="character" w:customStyle="1" w:styleId="26">
    <w:name w:val="Основной текст 2 Знак"/>
    <w:basedOn w:val="a2"/>
    <w:link w:val="25"/>
    <w:uiPriority w:val="99"/>
    <w:rsid w:val="0096486B"/>
    <w:rPr>
      <w:rFonts w:ascii="Times New Roman" w:eastAsiaTheme="minorEastAsia" w:hAnsi="Times New Roman"/>
      <w:kern w:val="0"/>
      <w:sz w:val="20"/>
      <w:szCs w:val="22"/>
      <w:lang w:val="en-US"/>
      <w14:ligatures w14:val="none"/>
    </w:rPr>
  </w:style>
  <w:style w:type="paragraph" w:styleId="33">
    <w:name w:val="Body Text 3"/>
    <w:basedOn w:val="a1"/>
    <w:link w:val="34"/>
    <w:uiPriority w:val="99"/>
    <w:unhideWhenUsed/>
    <w:rsid w:val="0096486B"/>
    <w:pPr>
      <w:spacing w:after="120" w:line="276" w:lineRule="auto"/>
    </w:pPr>
    <w:rPr>
      <w:rFonts w:ascii="Times New Roman" w:eastAsiaTheme="minorEastAsia" w:hAnsi="Times New Roman"/>
      <w:kern w:val="0"/>
      <w:sz w:val="16"/>
      <w:szCs w:val="16"/>
      <w:lang w:val="en-US"/>
      <w14:ligatures w14:val="none"/>
    </w:rPr>
  </w:style>
  <w:style w:type="character" w:customStyle="1" w:styleId="34">
    <w:name w:val="Основной текст 3 Знак"/>
    <w:basedOn w:val="a2"/>
    <w:link w:val="33"/>
    <w:uiPriority w:val="99"/>
    <w:rsid w:val="0096486B"/>
    <w:rPr>
      <w:rFonts w:ascii="Times New Roman" w:eastAsiaTheme="minorEastAsia" w:hAnsi="Times New Roman"/>
      <w:kern w:val="0"/>
      <w:sz w:val="16"/>
      <w:szCs w:val="16"/>
      <w:lang w:val="en-US"/>
      <w14:ligatures w14:val="none"/>
    </w:rPr>
  </w:style>
  <w:style w:type="paragraph" w:styleId="af5">
    <w:name w:val="List"/>
    <w:basedOn w:val="a1"/>
    <w:uiPriority w:val="99"/>
    <w:unhideWhenUsed/>
    <w:rsid w:val="0096486B"/>
    <w:pPr>
      <w:spacing w:after="200" w:line="276" w:lineRule="auto"/>
      <w:ind w:left="360" w:hanging="360"/>
      <w:contextualSpacing/>
    </w:pPr>
    <w:rPr>
      <w:rFonts w:ascii="Times New Roman" w:eastAsiaTheme="minorEastAsia" w:hAnsi="Times New Roman"/>
      <w:kern w:val="0"/>
      <w:sz w:val="20"/>
      <w:szCs w:val="22"/>
      <w:lang w:val="en-US"/>
      <w14:ligatures w14:val="none"/>
    </w:rPr>
  </w:style>
  <w:style w:type="paragraph" w:styleId="27">
    <w:name w:val="List 2"/>
    <w:basedOn w:val="a1"/>
    <w:uiPriority w:val="99"/>
    <w:unhideWhenUsed/>
    <w:rsid w:val="0096486B"/>
    <w:pPr>
      <w:spacing w:after="200" w:line="276" w:lineRule="auto"/>
      <w:ind w:left="720" w:hanging="360"/>
      <w:contextualSpacing/>
    </w:pPr>
    <w:rPr>
      <w:rFonts w:ascii="Times New Roman" w:eastAsiaTheme="minorEastAsia" w:hAnsi="Times New Roman"/>
      <w:kern w:val="0"/>
      <w:sz w:val="20"/>
      <w:szCs w:val="22"/>
      <w:lang w:val="en-US"/>
      <w14:ligatures w14:val="none"/>
    </w:rPr>
  </w:style>
  <w:style w:type="paragraph" w:styleId="35">
    <w:name w:val="List 3"/>
    <w:basedOn w:val="a1"/>
    <w:uiPriority w:val="99"/>
    <w:unhideWhenUsed/>
    <w:rsid w:val="0096486B"/>
    <w:pPr>
      <w:spacing w:after="200" w:line="276" w:lineRule="auto"/>
      <w:ind w:left="1080" w:hanging="360"/>
      <w:contextualSpacing/>
    </w:pPr>
    <w:rPr>
      <w:rFonts w:ascii="Times New Roman" w:eastAsiaTheme="minorEastAsia" w:hAnsi="Times New Roman"/>
      <w:kern w:val="0"/>
      <w:sz w:val="20"/>
      <w:szCs w:val="22"/>
      <w:lang w:val="en-US"/>
      <w14:ligatures w14:val="none"/>
    </w:rPr>
  </w:style>
  <w:style w:type="paragraph" w:styleId="a0">
    <w:name w:val="List Bullet"/>
    <w:basedOn w:val="a1"/>
    <w:uiPriority w:val="99"/>
    <w:unhideWhenUsed/>
    <w:rsid w:val="0096486B"/>
    <w:pPr>
      <w:numPr>
        <w:numId w:val="6"/>
      </w:numPr>
      <w:tabs>
        <w:tab w:val="clear" w:pos="360"/>
      </w:tabs>
      <w:spacing w:after="200" w:line="276" w:lineRule="auto"/>
      <w:ind w:left="0" w:firstLine="0"/>
      <w:contextualSpacing/>
    </w:pPr>
    <w:rPr>
      <w:rFonts w:ascii="Times New Roman" w:eastAsiaTheme="minorEastAsia" w:hAnsi="Times New Roman"/>
      <w:kern w:val="0"/>
      <w:sz w:val="20"/>
      <w:szCs w:val="22"/>
      <w:lang w:val="en-US"/>
      <w14:ligatures w14:val="none"/>
    </w:rPr>
  </w:style>
  <w:style w:type="paragraph" w:styleId="20">
    <w:name w:val="List Bullet 2"/>
    <w:basedOn w:val="a1"/>
    <w:uiPriority w:val="99"/>
    <w:unhideWhenUsed/>
    <w:rsid w:val="0096486B"/>
    <w:pPr>
      <w:numPr>
        <w:numId w:val="7"/>
      </w:numPr>
      <w:tabs>
        <w:tab w:val="clear" w:pos="720"/>
      </w:tabs>
      <w:spacing w:after="200" w:line="276" w:lineRule="auto"/>
      <w:ind w:left="0" w:firstLine="0"/>
      <w:contextualSpacing/>
    </w:pPr>
    <w:rPr>
      <w:rFonts w:ascii="Times New Roman" w:eastAsiaTheme="minorEastAsia" w:hAnsi="Times New Roman"/>
      <w:kern w:val="0"/>
      <w:sz w:val="20"/>
      <w:szCs w:val="22"/>
      <w:lang w:val="en-US"/>
      <w14:ligatures w14:val="none"/>
    </w:rPr>
  </w:style>
  <w:style w:type="paragraph" w:styleId="30">
    <w:name w:val="List Bullet 3"/>
    <w:basedOn w:val="a1"/>
    <w:uiPriority w:val="99"/>
    <w:unhideWhenUsed/>
    <w:rsid w:val="0096486B"/>
    <w:pPr>
      <w:numPr>
        <w:numId w:val="8"/>
      </w:numPr>
      <w:tabs>
        <w:tab w:val="clear" w:pos="1080"/>
      </w:tabs>
      <w:spacing w:after="200" w:line="276" w:lineRule="auto"/>
      <w:ind w:left="0" w:firstLine="0"/>
      <w:contextualSpacing/>
    </w:pPr>
    <w:rPr>
      <w:rFonts w:ascii="Times New Roman" w:eastAsiaTheme="minorEastAsia" w:hAnsi="Times New Roman"/>
      <w:kern w:val="0"/>
      <w:sz w:val="20"/>
      <w:szCs w:val="22"/>
      <w:lang w:val="en-US"/>
      <w14:ligatures w14:val="none"/>
    </w:rPr>
  </w:style>
  <w:style w:type="paragraph" w:styleId="a">
    <w:name w:val="List Number"/>
    <w:basedOn w:val="a1"/>
    <w:uiPriority w:val="99"/>
    <w:unhideWhenUsed/>
    <w:rsid w:val="0096486B"/>
    <w:pPr>
      <w:numPr>
        <w:numId w:val="10"/>
      </w:numPr>
      <w:tabs>
        <w:tab w:val="clear" w:pos="360"/>
      </w:tabs>
      <w:spacing w:after="200" w:line="276" w:lineRule="auto"/>
      <w:ind w:left="0" w:firstLine="0"/>
      <w:contextualSpacing/>
    </w:pPr>
    <w:rPr>
      <w:rFonts w:ascii="Times New Roman" w:eastAsiaTheme="minorEastAsia" w:hAnsi="Times New Roman"/>
      <w:kern w:val="0"/>
      <w:sz w:val="20"/>
      <w:szCs w:val="22"/>
      <w:lang w:val="en-US"/>
      <w14:ligatures w14:val="none"/>
    </w:rPr>
  </w:style>
  <w:style w:type="paragraph" w:styleId="2">
    <w:name w:val="List Number 2"/>
    <w:basedOn w:val="a1"/>
    <w:uiPriority w:val="99"/>
    <w:unhideWhenUsed/>
    <w:rsid w:val="0096486B"/>
    <w:pPr>
      <w:numPr>
        <w:numId w:val="11"/>
      </w:numPr>
      <w:tabs>
        <w:tab w:val="clear" w:pos="720"/>
      </w:tabs>
      <w:spacing w:after="200" w:line="276" w:lineRule="auto"/>
      <w:ind w:left="0" w:firstLine="0"/>
      <w:contextualSpacing/>
    </w:pPr>
    <w:rPr>
      <w:rFonts w:ascii="Times New Roman" w:eastAsiaTheme="minorEastAsia" w:hAnsi="Times New Roman"/>
      <w:kern w:val="0"/>
      <w:sz w:val="20"/>
      <w:szCs w:val="22"/>
      <w:lang w:val="en-US"/>
      <w14:ligatures w14:val="none"/>
    </w:rPr>
  </w:style>
  <w:style w:type="paragraph" w:styleId="3">
    <w:name w:val="List Number 3"/>
    <w:basedOn w:val="a1"/>
    <w:uiPriority w:val="99"/>
    <w:unhideWhenUsed/>
    <w:rsid w:val="0096486B"/>
    <w:pPr>
      <w:numPr>
        <w:numId w:val="12"/>
      </w:numPr>
      <w:tabs>
        <w:tab w:val="clear" w:pos="1080"/>
      </w:tabs>
      <w:spacing w:after="200" w:line="276" w:lineRule="auto"/>
      <w:ind w:left="0" w:firstLine="0"/>
      <w:contextualSpacing/>
    </w:pPr>
    <w:rPr>
      <w:rFonts w:ascii="Times New Roman" w:eastAsiaTheme="minorEastAsia" w:hAnsi="Times New Roman"/>
      <w:kern w:val="0"/>
      <w:sz w:val="20"/>
      <w:szCs w:val="22"/>
      <w:lang w:val="en-US"/>
      <w14:ligatures w14:val="none"/>
    </w:rPr>
  </w:style>
  <w:style w:type="paragraph" w:styleId="af6">
    <w:name w:val="List Continue"/>
    <w:basedOn w:val="a1"/>
    <w:uiPriority w:val="99"/>
    <w:unhideWhenUsed/>
    <w:rsid w:val="0096486B"/>
    <w:pPr>
      <w:spacing w:after="120" w:line="276" w:lineRule="auto"/>
      <w:ind w:left="360"/>
      <w:contextualSpacing/>
    </w:pPr>
    <w:rPr>
      <w:rFonts w:ascii="Times New Roman" w:eastAsiaTheme="minorEastAsia" w:hAnsi="Times New Roman"/>
      <w:kern w:val="0"/>
      <w:sz w:val="20"/>
      <w:szCs w:val="22"/>
      <w:lang w:val="en-US"/>
      <w14:ligatures w14:val="none"/>
    </w:rPr>
  </w:style>
  <w:style w:type="paragraph" w:styleId="28">
    <w:name w:val="List Continue 2"/>
    <w:basedOn w:val="a1"/>
    <w:uiPriority w:val="99"/>
    <w:unhideWhenUsed/>
    <w:rsid w:val="0096486B"/>
    <w:pPr>
      <w:spacing w:after="120" w:line="276" w:lineRule="auto"/>
      <w:ind w:left="720"/>
      <w:contextualSpacing/>
    </w:pPr>
    <w:rPr>
      <w:rFonts w:ascii="Times New Roman" w:eastAsiaTheme="minorEastAsia" w:hAnsi="Times New Roman"/>
      <w:kern w:val="0"/>
      <w:sz w:val="20"/>
      <w:szCs w:val="22"/>
      <w:lang w:val="en-US"/>
      <w14:ligatures w14:val="none"/>
    </w:rPr>
  </w:style>
  <w:style w:type="paragraph" w:styleId="36">
    <w:name w:val="List Continue 3"/>
    <w:basedOn w:val="a1"/>
    <w:uiPriority w:val="99"/>
    <w:unhideWhenUsed/>
    <w:rsid w:val="0096486B"/>
    <w:pPr>
      <w:spacing w:after="120" w:line="276" w:lineRule="auto"/>
      <w:ind w:left="1080"/>
      <w:contextualSpacing/>
    </w:pPr>
    <w:rPr>
      <w:rFonts w:ascii="Times New Roman" w:eastAsiaTheme="minorEastAsia" w:hAnsi="Times New Roman"/>
      <w:kern w:val="0"/>
      <w:sz w:val="20"/>
      <w:szCs w:val="22"/>
      <w:lang w:val="en-US"/>
      <w14:ligatures w14:val="none"/>
    </w:rPr>
  </w:style>
  <w:style w:type="paragraph" w:styleId="af7">
    <w:name w:val="macro"/>
    <w:link w:val="af8"/>
    <w:uiPriority w:val="99"/>
    <w:unhideWhenUsed/>
    <w:rsid w:val="0096486B"/>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lang w:val="en-US"/>
      <w14:ligatures w14:val="none"/>
    </w:rPr>
  </w:style>
  <w:style w:type="character" w:customStyle="1" w:styleId="af8">
    <w:name w:val="Текст макроса Знак"/>
    <w:basedOn w:val="a2"/>
    <w:link w:val="af7"/>
    <w:uiPriority w:val="99"/>
    <w:rsid w:val="0096486B"/>
    <w:rPr>
      <w:rFonts w:ascii="Courier" w:eastAsiaTheme="minorEastAsia" w:hAnsi="Courier"/>
      <w:kern w:val="0"/>
      <w:sz w:val="20"/>
      <w:szCs w:val="20"/>
      <w:lang w:val="en-US"/>
      <w14:ligatures w14:val="none"/>
    </w:rPr>
  </w:style>
  <w:style w:type="paragraph" w:styleId="af9">
    <w:name w:val="caption"/>
    <w:basedOn w:val="a1"/>
    <w:next w:val="a1"/>
    <w:uiPriority w:val="35"/>
    <w:semiHidden/>
    <w:unhideWhenUsed/>
    <w:qFormat/>
    <w:rsid w:val="0096486B"/>
    <w:pPr>
      <w:spacing w:after="200" w:line="240" w:lineRule="auto"/>
    </w:pPr>
    <w:rPr>
      <w:rFonts w:ascii="Times New Roman" w:eastAsiaTheme="minorEastAsia" w:hAnsi="Times New Roman"/>
      <w:b/>
      <w:bCs/>
      <w:color w:val="156082" w:themeColor="accent1"/>
      <w:kern w:val="0"/>
      <w:sz w:val="18"/>
      <w:szCs w:val="18"/>
      <w:lang w:val="en-US"/>
      <w14:ligatures w14:val="none"/>
    </w:rPr>
  </w:style>
  <w:style w:type="character" w:styleId="afa">
    <w:name w:val="Strong"/>
    <w:basedOn w:val="a2"/>
    <w:uiPriority w:val="22"/>
    <w:qFormat/>
    <w:rsid w:val="0096486B"/>
    <w:rPr>
      <w:b/>
      <w:bCs/>
    </w:rPr>
  </w:style>
  <w:style w:type="character" w:styleId="afb">
    <w:name w:val="Emphasis"/>
    <w:basedOn w:val="a2"/>
    <w:uiPriority w:val="20"/>
    <w:qFormat/>
    <w:rsid w:val="0096486B"/>
    <w:rPr>
      <w:i/>
      <w:iCs/>
    </w:rPr>
  </w:style>
  <w:style w:type="character" w:styleId="afc">
    <w:name w:val="Subtle Emphasis"/>
    <w:basedOn w:val="a2"/>
    <w:uiPriority w:val="19"/>
    <w:qFormat/>
    <w:rsid w:val="0096486B"/>
    <w:rPr>
      <w:i/>
      <w:iCs/>
      <w:color w:val="808080" w:themeColor="text1" w:themeTint="7F"/>
    </w:rPr>
  </w:style>
  <w:style w:type="character" w:styleId="afd">
    <w:name w:val="Subtle Reference"/>
    <w:basedOn w:val="a2"/>
    <w:uiPriority w:val="31"/>
    <w:qFormat/>
    <w:rsid w:val="0096486B"/>
    <w:rPr>
      <w:smallCaps/>
      <w:color w:val="E97132" w:themeColor="accent2"/>
      <w:u w:val="single"/>
    </w:rPr>
  </w:style>
  <w:style w:type="character" w:styleId="afe">
    <w:name w:val="Book Title"/>
    <w:basedOn w:val="a2"/>
    <w:uiPriority w:val="33"/>
    <w:qFormat/>
    <w:rsid w:val="0096486B"/>
    <w:rPr>
      <w:b/>
      <w:bCs/>
      <w:smallCaps/>
      <w:spacing w:val="5"/>
    </w:rPr>
  </w:style>
  <w:style w:type="paragraph" w:styleId="aff">
    <w:name w:val="TOC Heading"/>
    <w:basedOn w:val="1"/>
    <w:next w:val="a1"/>
    <w:uiPriority w:val="39"/>
    <w:semiHidden/>
    <w:unhideWhenUsed/>
    <w:qFormat/>
    <w:rsid w:val="0096486B"/>
    <w:pPr>
      <w:spacing w:before="480" w:after="0" w:line="276" w:lineRule="auto"/>
      <w:outlineLvl w:val="9"/>
    </w:pPr>
    <w:rPr>
      <w:b/>
      <w:bCs/>
      <w:kern w:val="0"/>
      <w:sz w:val="28"/>
      <w:szCs w:val="28"/>
      <w:lang w:val="en-US"/>
      <w14:ligatures w14:val="none"/>
    </w:rPr>
  </w:style>
  <w:style w:type="table" w:styleId="aff0">
    <w:name w:val="Table Grid"/>
    <w:basedOn w:val="a3"/>
    <w:uiPriority w:val="59"/>
    <w:rsid w:val="0096486B"/>
    <w:pPr>
      <w:spacing w:after="0" w:line="240" w:lineRule="auto"/>
    </w:pPr>
    <w:rPr>
      <w:rFonts w:eastAsiaTheme="minorEastAsia"/>
      <w:kern w:val="0"/>
      <w:sz w:val="22"/>
      <w:szCs w:val="22"/>
      <w:lang w:val="en-US"/>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96486B"/>
    <w:pPr>
      <w:spacing w:after="0" w:line="240" w:lineRule="auto"/>
    </w:pPr>
    <w:rPr>
      <w:rFonts w:eastAsiaTheme="minorEastAsia"/>
      <w:color w:val="000000" w:themeColor="text1" w:themeShade="BF"/>
      <w:kern w:val="0"/>
      <w:sz w:val="22"/>
      <w:szCs w:val="22"/>
      <w:lang w:val="en-US"/>
      <w14:ligatures w14:val="none"/>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96486B"/>
    <w:pPr>
      <w:spacing w:after="0" w:line="240" w:lineRule="auto"/>
    </w:pPr>
    <w:rPr>
      <w:rFonts w:eastAsiaTheme="minorEastAsia"/>
      <w:color w:val="0F4761" w:themeColor="accent1" w:themeShade="BF"/>
      <w:kern w:val="0"/>
      <w:sz w:val="22"/>
      <w:szCs w:val="22"/>
      <w:lang w:val="en-US"/>
      <w14:ligatures w14:val="none"/>
    </w:rPr>
    <w:tblPr>
      <w:tblStyleRowBandSize w:val="1"/>
      <w:tblStyleColBandSize w:val="1"/>
      <w:tblInd w:w="0" w:type="dxa"/>
      <w:tblBorders>
        <w:top w:val="single" w:sz="8" w:space="0" w:color="156082" w:themeColor="accent1"/>
        <w:bottom w:val="single" w:sz="8" w:space="0" w:color="156082"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2">
    <w:name w:val="Light Shading Accent 2"/>
    <w:basedOn w:val="a3"/>
    <w:uiPriority w:val="60"/>
    <w:rsid w:val="0096486B"/>
    <w:pPr>
      <w:spacing w:after="0" w:line="240" w:lineRule="auto"/>
    </w:pPr>
    <w:rPr>
      <w:rFonts w:eastAsiaTheme="minorEastAsia"/>
      <w:color w:val="BF4E14" w:themeColor="accent2" w:themeShade="BF"/>
      <w:kern w:val="0"/>
      <w:sz w:val="22"/>
      <w:szCs w:val="22"/>
      <w:lang w:val="en-US"/>
      <w14:ligatures w14:val="none"/>
    </w:rPr>
    <w:tblPr>
      <w:tblStyleRowBandSize w:val="1"/>
      <w:tblStyleColBandSize w:val="1"/>
      <w:tblInd w:w="0" w:type="dxa"/>
      <w:tblBorders>
        <w:top w:val="single" w:sz="8" w:space="0" w:color="E97132" w:themeColor="accent2"/>
        <w:bottom w:val="single" w:sz="8" w:space="0" w:color="E97132"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3">
    <w:name w:val="Light Shading Accent 3"/>
    <w:basedOn w:val="a3"/>
    <w:uiPriority w:val="60"/>
    <w:rsid w:val="0096486B"/>
    <w:pPr>
      <w:spacing w:after="0" w:line="240" w:lineRule="auto"/>
    </w:pPr>
    <w:rPr>
      <w:rFonts w:eastAsiaTheme="minorEastAsia"/>
      <w:color w:val="124F1A" w:themeColor="accent3" w:themeShade="BF"/>
      <w:kern w:val="0"/>
      <w:sz w:val="22"/>
      <w:szCs w:val="22"/>
      <w:lang w:val="en-US"/>
      <w14:ligatures w14:val="none"/>
    </w:rPr>
    <w:tblPr>
      <w:tblStyleRowBandSize w:val="1"/>
      <w:tblStyleColBandSize w:val="1"/>
      <w:tblInd w:w="0" w:type="dxa"/>
      <w:tblBorders>
        <w:top w:val="single" w:sz="8" w:space="0" w:color="196B24" w:themeColor="accent3"/>
        <w:bottom w:val="single" w:sz="8" w:space="0" w:color="196B24"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4">
    <w:name w:val="Light Shading Accent 4"/>
    <w:basedOn w:val="a3"/>
    <w:uiPriority w:val="60"/>
    <w:rsid w:val="0096486B"/>
    <w:pPr>
      <w:spacing w:after="0" w:line="240" w:lineRule="auto"/>
    </w:pPr>
    <w:rPr>
      <w:rFonts w:eastAsiaTheme="minorEastAsia"/>
      <w:color w:val="0B769F" w:themeColor="accent4" w:themeShade="BF"/>
      <w:kern w:val="0"/>
      <w:sz w:val="22"/>
      <w:szCs w:val="22"/>
      <w:lang w:val="en-US"/>
      <w14:ligatures w14:val="none"/>
    </w:rPr>
    <w:tblPr>
      <w:tblStyleRowBandSize w:val="1"/>
      <w:tblStyleColBandSize w:val="1"/>
      <w:tblInd w:w="0" w:type="dxa"/>
      <w:tblBorders>
        <w:top w:val="single" w:sz="8" w:space="0" w:color="0F9ED5" w:themeColor="accent4"/>
        <w:bottom w:val="single" w:sz="8" w:space="0" w:color="0F9ED5"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5">
    <w:name w:val="Light Shading Accent 5"/>
    <w:basedOn w:val="a3"/>
    <w:uiPriority w:val="60"/>
    <w:rsid w:val="0096486B"/>
    <w:pPr>
      <w:spacing w:after="0" w:line="240" w:lineRule="auto"/>
    </w:pPr>
    <w:rPr>
      <w:rFonts w:eastAsiaTheme="minorEastAsia"/>
      <w:color w:val="77206D" w:themeColor="accent5" w:themeShade="BF"/>
      <w:kern w:val="0"/>
      <w:sz w:val="22"/>
      <w:szCs w:val="22"/>
      <w:lang w:val="en-US"/>
      <w14:ligatures w14:val="none"/>
    </w:rPr>
    <w:tblPr>
      <w:tblStyleRowBandSize w:val="1"/>
      <w:tblStyleColBandSize w:val="1"/>
      <w:tblInd w:w="0" w:type="dxa"/>
      <w:tblBorders>
        <w:top w:val="single" w:sz="8" w:space="0" w:color="A02B93" w:themeColor="accent5"/>
        <w:bottom w:val="single" w:sz="8" w:space="0" w:color="A02B93"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6">
    <w:name w:val="Light Shading Accent 6"/>
    <w:basedOn w:val="a3"/>
    <w:uiPriority w:val="60"/>
    <w:rsid w:val="0096486B"/>
    <w:pPr>
      <w:spacing w:after="0" w:line="240" w:lineRule="auto"/>
    </w:pPr>
    <w:rPr>
      <w:rFonts w:eastAsiaTheme="minorEastAsia"/>
      <w:color w:val="3A7C22" w:themeColor="accent6" w:themeShade="BF"/>
      <w:kern w:val="0"/>
      <w:sz w:val="22"/>
      <w:szCs w:val="22"/>
      <w:lang w:val="en-US"/>
      <w14:ligatures w14:val="none"/>
    </w:rPr>
    <w:tblPr>
      <w:tblStyleRowBandSize w:val="1"/>
      <w:tblStyleColBandSize w:val="1"/>
      <w:tblInd w:w="0" w:type="dxa"/>
      <w:tblBorders>
        <w:top w:val="single" w:sz="8" w:space="0" w:color="4EA72E" w:themeColor="accent6"/>
        <w:bottom w:val="single" w:sz="8" w:space="0" w:color="4EA72E"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aff2">
    <w:name w:val="Light List"/>
    <w:basedOn w:val="a3"/>
    <w:uiPriority w:val="61"/>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156082" w:themeColor="accent1"/>
        <w:left w:val="single" w:sz="8" w:space="0" w:color="156082" w:themeColor="accent1"/>
        <w:bottom w:val="single" w:sz="8" w:space="0" w:color="156082" w:themeColor="accent1"/>
        <w:right w:val="single" w:sz="8" w:space="0" w:color="156082"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20">
    <w:name w:val="Light List Accent 2"/>
    <w:basedOn w:val="a3"/>
    <w:uiPriority w:val="61"/>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E97132" w:themeColor="accent2"/>
        <w:left w:val="single" w:sz="8" w:space="0" w:color="E97132" w:themeColor="accent2"/>
        <w:bottom w:val="single" w:sz="8" w:space="0" w:color="E97132" w:themeColor="accent2"/>
        <w:right w:val="single" w:sz="8" w:space="0" w:color="E97132"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30">
    <w:name w:val="Light List Accent 3"/>
    <w:basedOn w:val="a3"/>
    <w:uiPriority w:val="61"/>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196B24" w:themeColor="accent3"/>
        <w:left w:val="single" w:sz="8" w:space="0" w:color="196B24" w:themeColor="accent3"/>
        <w:bottom w:val="single" w:sz="8" w:space="0" w:color="196B24" w:themeColor="accent3"/>
        <w:right w:val="single" w:sz="8" w:space="0" w:color="196B24"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40">
    <w:name w:val="Light List Accent 4"/>
    <w:basedOn w:val="a3"/>
    <w:uiPriority w:val="61"/>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0F9ED5" w:themeColor="accent4"/>
        <w:left w:val="single" w:sz="8" w:space="0" w:color="0F9ED5" w:themeColor="accent4"/>
        <w:bottom w:val="single" w:sz="8" w:space="0" w:color="0F9ED5" w:themeColor="accent4"/>
        <w:right w:val="single" w:sz="8" w:space="0" w:color="0F9ED5"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50">
    <w:name w:val="Light List Accent 5"/>
    <w:basedOn w:val="a3"/>
    <w:uiPriority w:val="61"/>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A02B93" w:themeColor="accent5"/>
        <w:left w:val="single" w:sz="8" w:space="0" w:color="A02B93" w:themeColor="accent5"/>
        <w:bottom w:val="single" w:sz="8" w:space="0" w:color="A02B93" w:themeColor="accent5"/>
        <w:right w:val="single" w:sz="8" w:space="0" w:color="A02B93"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60">
    <w:name w:val="Light List Accent 6"/>
    <w:basedOn w:val="a3"/>
    <w:uiPriority w:val="61"/>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4EA72E" w:themeColor="accent6"/>
        <w:left w:val="single" w:sz="8" w:space="0" w:color="4EA72E" w:themeColor="accent6"/>
        <w:bottom w:val="single" w:sz="8" w:space="0" w:color="4EA72E" w:themeColor="accent6"/>
        <w:right w:val="single" w:sz="8" w:space="0" w:color="4EA72E"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aff3">
    <w:name w:val="Light Grid"/>
    <w:basedOn w:val="a3"/>
    <w:uiPriority w:val="62"/>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21">
    <w:name w:val="Light Grid Accent 2"/>
    <w:basedOn w:val="a3"/>
    <w:uiPriority w:val="62"/>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31">
    <w:name w:val="Light Grid Accent 3"/>
    <w:basedOn w:val="a3"/>
    <w:uiPriority w:val="62"/>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41">
    <w:name w:val="Light Grid Accent 4"/>
    <w:basedOn w:val="a3"/>
    <w:uiPriority w:val="62"/>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51">
    <w:name w:val="Light Grid Accent 5"/>
    <w:basedOn w:val="a3"/>
    <w:uiPriority w:val="62"/>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61">
    <w:name w:val="Light Grid Accent 6"/>
    <w:basedOn w:val="a3"/>
    <w:uiPriority w:val="62"/>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11">
    <w:name w:val="Medium Shading 1"/>
    <w:basedOn w:val="a3"/>
    <w:uiPriority w:val="63"/>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29">
    <w:name w:val="Medium Shading 2"/>
    <w:basedOn w:val="a3"/>
    <w:uiPriority w:val="64"/>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top w:val="single" w:sz="8" w:space="0" w:color="156082" w:themeColor="accent1"/>
        <w:bottom w:val="single" w:sz="8" w:space="0" w:color="156082"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1-20">
    <w:name w:val="Medium List 1 Accent 2"/>
    <w:basedOn w:val="a3"/>
    <w:uiPriority w:val="65"/>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top w:val="single" w:sz="8" w:space="0" w:color="E97132" w:themeColor="accent2"/>
        <w:bottom w:val="single" w:sz="8" w:space="0" w:color="E97132"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1-30">
    <w:name w:val="Medium List 1 Accent 3"/>
    <w:basedOn w:val="a3"/>
    <w:uiPriority w:val="65"/>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top w:val="single" w:sz="8" w:space="0" w:color="196B24" w:themeColor="accent3"/>
        <w:bottom w:val="single" w:sz="8" w:space="0" w:color="196B24"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1-40">
    <w:name w:val="Medium List 1 Accent 4"/>
    <w:basedOn w:val="a3"/>
    <w:uiPriority w:val="65"/>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top w:val="single" w:sz="8" w:space="0" w:color="0F9ED5" w:themeColor="accent4"/>
        <w:bottom w:val="single" w:sz="8" w:space="0" w:color="0F9ED5"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1-50">
    <w:name w:val="Medium List 1 Accent 5"/>
    <w:basedOn w:val="a3"/>
    <w:uiPriority w:val="65"/>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top w:val="single" w:sz="8" w:space="0" w:color="A02B93" w:themeColor="accent5"/>
        <w:bottom w:val="single" w:sz="8" w:space="0" w:color="A02B93"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1-60">
    <w:name w:val="Medium List 1 Accent 6"/>
    <w:basedOn w:val="a3"/>
    <w:uiPriority w:val="65"/>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top w:val="single" w:sz="8" w:space="0" w:color="4EA72E" w:themeColor="accent6"/>
        <w:bottom w:val="single" w:sz="8" w:space="0" w:color="4EA72E"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2a">
    <w:name w:val="Medium List 2"/>
    <w:basedOn w:val="a3"/>
    <w:uiPriority w:val="66"/>
    <w:rsid w:val="0096486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96486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Ind w:w="0" w:type="dxa"/>
      <w:tblBorders>
        <w:top w:val="single" w:sz="8" w:space="0" w:color="156082" w:themeColor="accent1"/>
        <w:left w:val="single" w:sz="8" w:space="0" w:color="156082" w:themeColor="accent1"/>
        <w:bottom w:val="single" w:sz="8" w:space="0" w:color="156082" w:themeColor="accent1"/>
        <w:right w:val="single" w:sz="8" w:space="0" w:color="156082"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96486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Ind w:w="0" w:type="dxa"/>
      <w:tblBorders>
        <w:top w:val="single" w:sz="8" w:space="0" w:color="E97132" w:themeColor="accent2"/>
        <w:left w:val="single" w:sz="8" w:space="0" w:color="E97132" w:themeColor="accent2"/>
        <w:bottom w:val="single" w:sz="8" w:space="0" w:color="E97132" w:themeColor="accent2"/>
        <w:right w:val="single" w:sz="8" w:space="0" w:color="E97132"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96486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Ind w:w="0" w:type="dxa"/>
      <w:tblBorders>
        <w:top w:val="single" w:sz="8" w:space="0" w:color="196B24" w:themeColor="accent3"/>
        <w:left w:val="single" w:sz="8" w:space="0" w:color="196B24" w:themeColor="accent3"/>
        <w:bottom w:val="single" w:sz="8" w:space="0" w:color="196B24" w:themeColor="accent3"/>
        <w:right w:val="single" w:sz="8" w:space="0" w:color="196B24"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96486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Ind w:w="0" w:type="dxa"/>
      <w:tblBorders>
        <w:top w:val="single" w:sz="8" w:space="0" w:color="0F9ED5" w:themeColor="accent4"/>
        <w:left w:val="single" w:sz="8" w:space="0" w:color="0F9ED5" w:themeColor="accent4"/>
        <w:bottom w:val="single" w:sz="8" w:space="0" w:color="0F9ED5" w:themeColor="accent4"/>
        <w:right w:val="single" w:sz="8" w:space="0" w:color="0F9ED5"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96486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Ind w:w="0" w:type="dxa"/>
      <w:tblBorders>
        <w:top w:val="single" w:sz="8" w:space="0" w:color="A02B93" w:themeColor="accent5"/>
        <w:left w:val="single" w:sz="8" w:space="0" w:color="A02B93" w:themeColor="accent5"/>
        <w:bottom w:val="single" w:sz="8" w:space="0" w:color="A02B93" w:themeColor="accent5"/>
        <w:right w:val="single" w:sz="8" w:space="0" w:color="A02B93"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96486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Ind w:w="0" w:type="dxa"/>
      <w:tblBorders>
        <w:top w:val="single" w:sz="8" w:space="0" w:color="4EA72E" w:themeColor="accent6"/>
        <w:left w:val="single" w:sz="8" w:space="0" w:color="4EA72E" w:themeColor="accent6"/>
        <w:bottom w:val="single" w:sz="8" w:space="0" w:color="4EA72E" w:themeColor="accent6"/>
        <w:right w:val="single" w:sz="8" w:space="0" w:color="4EA72E"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CellMar>
        <w:top w:w="0" w:type="dxa"/>
        <w:left w:w="108" w:type="dxa"/>
        <w:bottom w:w="0" w:type="dxa"/>
        <w:right w:w="108" w:type="dxa"/>
      </w:tblCellMar>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1-21">
    <w:name w:val="Medium Grid 1 Accent 2"/>
    <w:basedOn w:val="a3"/>
    <w:uiPriority w:val="67"/>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CellMar>
        <w:top w:w="0" w:type="dxa"/>
        <w:left w:w="108" w:type="dxa"/>
        <w:bottom w:w="0" w:type="dxa"/>
        <w:right w:w="108" w:type="dxa"/>
      </w:tblCellMar>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1-31">
    <w:name w:val="Medium Grid 1 Accent 3"/>
    <w:basedOn w:val="a3"/>
    <w:uiPriority w:val="67"/>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CellMar>
        <w:top w:w="0" w:type="dxa"/>
        <w:left w:w="108" w:type="dxa"/>
        <w:bottom w:w="0" w:type="dxa"/>
        <w:right w:w="108" w:type="dxa"/>
      </w:tblCellMar>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1-41">
    <w:name w:val="Medium Grid 1 Accent 4"/>
    <w:basedOn w:val="a3"/>
    <w:uiPriority w:val="67"/>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CellMar>
        <w:top w:w="0" w:type="dxa"/>
        <w:left w:w="108" w:type="dxa"/>
        <w:bottom w:w="0" w:type="dxa"/>
        <w:right w:w="108" w:type="dxa"/>
      </w:tblCellMar>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1-51">
    <w:name w:val="Medium Grid 1 Accent 5"/>
    <w:basedOn w:val="a3"/>
    <w:uiPriority w:val="67"/>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CellMar>
        <w:top w:w="0" w:type="dxa"/>
        <w:left w:w="108" w:type="dxa"/>
        <w:bottom w:w="0" w:type="dxa"/>
        <w:right w:w="108" w:type="dxa"/>
      </w:tblCellMar>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1-61">
    <w:name w:val="Medium Grid 1 Accent 6"/>
    <w:basedOn w:val="a3"/>
    <w:uiPriority w:val="67"/>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CellMar>
        <w:top w:w="0" w:type="dxa"/>
        <w:left w:w="108" w:type="dxa"/>
        <w:bottom w:w="0" w:type="dxa"/>
        <w:right w:w="108" w:type="dxa"/>
      </w:tblCellMar>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2b">
    <w:name w:val="Medium Grid 2"/>
    <w:basedOn w:val="a3"/>
    <w:uiPriority w:val="68"/>
    <w:rsid w:val="0096486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96486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Ind w:w="0" w:type="dxa"/>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CellMar>
        <w:top w:w="0" w:type="dxa"/>
        <w:left w:w="108" w:type="dxa"/>
        <w:bottom w:w="0" w:type="dxa"/>
        <w:right w:w="108" w:type="dxa"/>
      </w:tblCellMar>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96486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Ind w:w="0" w:type="dxa"/>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CellMar>
        <w:top w:w="0" w:type="dxa"/>
        <w:left w:w="108" w:type="dxa"/>
        <w:bottom w:w="0" w:type="dxa"/>
        <w:right w:w="108" w:type="dxa"/>
      </w:tblCellMar>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96486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Ind w:w="0" w:type="dxa"/>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CellMar>
        <w:top w:w="0" w:type="dxa"/>
        <w:left w:w="108" w:type="dxa"/>
        <w:bottom w:w="0" w:type="dxa"/>
        <w:right w:w="108" w:type="dxa"/>
      </w:tblCellMar>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96486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Ind w:w="0" w:type="dxa"/>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CellMar>
        <w:top w:w="0" w:type="dxa"/>
        <w:left w:w="108" w:type="dxa"/>
        <w:bottom w:w="0" w:type="dxa"/>
        <w:right w:w="108" w:type="dxa"/>
      </w:tblCellMar>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96486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Ind w:w="0" w:type="dxa"/>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CellMar>
        <w:top w:w="0" w:type="dxa"/>
        <w:left w:w="108" w:type="dxa"/>
        <w:bottom w:w="0" w:type="dxa"/>
        <w:right w:w="108" w:type="dxa"/>
      </w:tblCellMar>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96486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Ind w:w="0" w:type="dxa"/>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CellMar>
        <w:top w:w="0" w:type="dxa"/>
        <w:left w:w="108" w:type="dxa"/>
        <w:bottom w:w="0" w:type="dxa"/>
        <w:right w:w="108" w:type="dxa"/>
      </w:tblCellMar>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37">
    <w:name w:val="Medium Grid 3"/>
    <w:basedOn w:val="a3"/>
    <w:uiPriority w:val="69"/>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3-2">
    <w:name w:val="Medium Grid 3 Accent 2"/>
    <w:basedOn w:val="a3"/>
    <w:uiPriority w:val="69"/>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3-3">
    <w:name w:val="Medium Grid 3 Accent 3"/>
    <w:basedOn w:val="a3"/>
    <w:uiPriority w:val="69"/>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3-4">
    <w:name w:val="Medium Grid 3 Accent 4"/>
    <w:basedOn w:val="a3"/>
    <w:uiPriority w:val="69"/>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3-5">
    <w:name w:val="Medium Grid 3 Accent 5"/>
    <w:basedOn w:val="a3"/>
    <w:uiPriority w:val="69"/>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3-6">
    <w:name w:val="Medium Grid 3 Accent 6"/>
    <w:basedOn w:val="a3"/>
    <w:uiPriority w:val="69"/>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aff4">
    <w:name w:val="Dark List"/>
    <w:basedOn w:val="a3"/>
    <w:uiPriority w:val="70"/>
    <w:rsid w:val="0096486B"/>
    <w:pPr>
      <w:spacing w:after="0" w:line="240" w:lineRule="auto"/>
    </w:pPr>
    <w:rPr>
      <w:rFonts w:eastAsiaTheme="minorEastAsia"/>
      <w:color w:val="FFFFFF" w:themeColor="background1"/>
      <w:kern w:val="0"/>
      <w:sz w:val="22"/>
      <w:szCs w:val="22"/>
      <w:lang w:val="en-US"/>
      <w14:ligatures w14:val="none"/>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96486B"/>
    <w:pPr>
      <w:spacing w:after="0" w:line="240" w:lineRule="auto"/>
    </w:pPr>
    <w:rPr>
      <w:rFonts w:eastAsiaTheme="minorEastAsia"/>
      <w:color w:val="FFFFFF" w:themeColor="background1"/>
      <w:kern w:val="0"/>
      <w:sz w:val="22"/>
      <w:szCs w:val="22"/>
      <w:lang w:val="en-US"/>
      <w14:ligatures w14:val="none"/>
    </w:rPr>
    <w:tblPr>
      <w:tblStyleRowBandSize w:val="1"/>
      <w:tblStyleColBandSize w:val="1"/>
      <w:tblInd w:w="0" w:type="dxa"/>
      <w:tblCellMar>
        <w:top w:w="0" w:type="dxa"/>
        <w:left w:w="108" w:type="dxa"/>
        <w:bottom w:w="0" w:type="dxa"/>
        <w:right w:w="108" w:type="dxa"/>
      </w:tblCellMar>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22">
    <w:name w:val="Dark List Accent 2"/>
    <w:basedOn w:val="a3"/>
    <w:uiPriority w:val="70"/>
    <w:rsid w:val="0096486B"/>
    <w:pPr>
      <w:spacing w:after="0" w:line="240" w:lineRule="auto"/>
    </w:pPr>
    <w:rPr>
      <w:rFonts w:eastAsiaTheme="minorEastAsia"/>
      <w:color w:val="FFFFFF" w:themeColor="background1"/>
      <w:kern w:val="0"/>
      <w:sz w:val="22"/>
      <w:szCs w:val="22"/>
      <w:lang w:val="en-US"/>
      <w14:ligatures w14:val="none"/>
    </w:rPr>
    <w:tblPr>
      <w:tblStyleRowBandSize w:val="1"/>
      <w:tblStyleColBandSize w:val="1"/>
      <w:tblInd w:w="0" w:type="dxa"/>
      <w:tblCellMar>
        <w:top w:w="0" w:type="dxa"/>
        <w:left w:w="108" w:type="dxa"/>
        <w:bottom w:w="0" w:type="dxa"/>
        <w:right w:w="108" w:type="dxa"/>
      </w:tblCellMar>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32">
    <w:name w:val="Dark List Accent 3"/>
    <w:basedOn w:val="a3"/>
    <w:uiPriority w:val="70"/>
    <w:rsid w:val="0096486B"/>
    <w:pPr>
      <w:spacing w:after="0" w:line="240" w:lineRule="auto"/>
    </w:pPr>
    <w:rPr>
      <w:rFonts w:eastAsiaTheme="minorEastAsia"/>
      <w:color w:val="FFFFFF" w:themeColor="background1"/>
      <w:kern w:val="0"/>
      <w:sz w:val="22"/>
      <w:szCs w:val="22"/>
      <w:lang w:val="en-US"/>
      <w14:ligatures w14:val="none"/>
    </w:rPr>
    <w:tblPr>
      <w:tblStyleRowBandSize w:val="1"/>
      <w:tblStyleColBandSize w:val="1"/>
      <w:tblInd w:w="0" w:type="dxa"/>
      <w:tblCellMar>
        <w:top w:w="0" w:type="dxa"/>
        <w:left w:w="108" w:type="dxa"/>
        <w:bottom w:w="0" w:type="dxa"/>
        <w:right w:w="108" w:type="dxa"/>
      </w:tblCellMar>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42">
    <w:name w:val="Dark List Accent 4"/>
    <w:basedOn w:val="a3"/>
    <w:uiPriority w:val="70"/>
    <w:rsid w:val="0096486B"/>
    <w:pPr>
      <w:spacing w:after="0" w:line="240" w:lineRule="auto"/>
    </w:pPr>
    <w:rPr>
      <w:rFonts w:eastAsiaTheme="minorEastAsia"/>
      <w:color w:val="FFFFFF" w:themeColor="background1"/>
      <w:kern w:val="0"/>
      <w:sz w:val="22"/>
      <w:szCs w:val="22"/>
      <w:lang w:val="en-US"/>
      <w14:ligatures w14:val="none"/>
    </w:rPr>
    <w:tblPr>
      <w:tblStyleRowBandSize w:val="1"/>
      <w:tblStyleColBandSize w:val="1"/>
      <w:tblInd w:w="0" w:type="dxa"/>
      <w:tblCellMar>
        <w:top w:w="0" w:type="dxa"/>
        <w:left w:w="108" w:type="dxa"/>
        <w:bottom w:w="0" w:type="dxa"/>
        <w:right w:w="108" w:type="dxa"/>
      </w:tblCellMar>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52">
    <w:name w:val="Dark List Accent 5"/>
    <w:basedOn w:val="a3"/>
    <w:uiPriority w:val="70"/>
    <w:rsid w:val="0096486B"/>
    <w:pPr>
      <w:spacing w:after="0" w:line="240" w:lineRule="auto"/>
    </w:pPr>
    <w:rPr>
      <w:rFonts w:eastAsiaTheme="minorEastAsia"/>
      <w:color w:val="FFFFFF" w:themeColor="background1"/>
      <w:kern w:val="0"/>
      <w:sz w:val="22"/>
      <w:szCs w:val="22"/>
      <w:lang w:val="en-US"/>
      <w14:ligatures w14:val="none"/>
    </w:rPr>
    <w:tblPr>
      <w:tblStyleRowBandSize w:val="1"/>
      <w:tblStyleColBandSize w:val="1"/>
      <w:tblInd w:w="0" w:type="dxa"/>
      <w:tblCellMar>
        <w:top w:w="0" w:type="dxa"/>
        <w:left w:w="108" w:type="dxa"/>
        <w:bottom w:w="0" w:type="dxa"/>
        <w:right w:w="108" w:type="dxa"/>
      </w:tblCellMar>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62">
    <w:name w:val="Dark List Accent 6"/>
    <w:basedOn w:val="a3"/>
    <w:uiPriority w:val="70"/>
    <w:rsid w:val="0096486B"/>
    <w:pPr>
      <w:spacing w:after="0" w:line="240" w:lineRule="auto"/>
    </w:pPr>
    <w:rPr>
      <w:rFonts w:eastAsiaTheme="minorEastAsia"/>
      <w:color w:val="FFFFFF" w:themeColor="background1"/>
      <w:kern w:val="0"/>
      <w:sz w:val="22"/>
      <w:szCs w:val="22"/>
      <w:lang w:val="en-US"/>
      <w14:ligatures w14:val="none"/>
    </w:rPr>
    <w:tblPr>
      <w:tblStyleRowBandSize w:val="1"/>
      <w:tblStyleColBandSize w:val="1"/>
      <w:tblInd w:w="0" w:type="dxa"/>
      <w:tblCellMar>
        <w:top w:w="0" w:type="dxa"/>
        <w:left w:w="108" w:type="dxa"/>
        <w:bottom w:w="0" w:type="dxa"/>
        <w:right w:w="108" w:type="dxa"/>
      </w:tblCellMar>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aff5">
    <w:name w:val="Colorful Shading"/>
    <w:basedOn w:val="a3"/>
    <w:uiPriority w:val="71"/>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43">
    <w:name w:val="Colorful Shading Accent 4"/>
    <w:basedOn w:val="a3"/>
    <w:uiPriority w:val="71"/>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CellMar>
        <w:top w:w="0" w:type="dxa"/>
        <w:left w:w="108" w:type="dxa"/>
        <w:bottom w:w="0" w:type="dxa"/>
        <w:right w:w="108" w:type="dxa"/>
      </w:tblCellMar>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24">
    <w:name w:val="Colorful List Accent 2"/>
    <w:basedOn w:val="a3"/>
    <w:uiPriority w:val="72"/>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CellMar>
        <w:top w:w="0" w:type="dxa"/>
        <w:left w:w="108" w:type="dxa"/>
        <w:bottom w:w="0" w:type="dxa"/>
        <w:right w:w="108" w:type="dxa"/>
      </w:tblCellMar>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34">
    <w:name w:val="Colorful List Accent 3"/>
    <w:basedOn w:val="a3"/>
    <w:uiPriority w:val="72"/>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CellMar>
        <w:top w:w="0" w:type="dxa"/>
        <w:left w:w="108" w:type="dxa"/>
        <w:bottom w:w="0" w:type="dxa"/>
        <w:right w:w="108" w:type="dxa"/>
      </w:tblCellMar>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44">
    <w:name w:val="Colorful List Accent 4"/>
    <w:basedOn w:val="a3"/>
    <w:uiPriority w:val="72"/>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CellMar>
        <w:top w:w="0" w:type="dxa"/>
        <w:left w:w="108" w:type="dxa"/>
        <w:bottom w:w="0" w:type="dxa"/>
        <w:right w:w="108" w:type="dxa"/>
      </w:tblCellMar>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54">
    <w:name w:val="Colorful List Accent 5"/>
    <w:basedOn w:val="a3"/>
    <w:uiPriority w:val="72"/>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CellMar>
        <w:top w:w="0" w:type="dxa"/>
        <w:left w:w="108" w:type="dxa"/>
        <w:bottom w:w="0" w:type="dxa"/>
        <w:right w:w="108" w:type="dxa"/>
      </w:tblCellMar>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64">
    <w:name w:val="Colorful List Accent 6"/>
    <w:basedOn w:val="a3"/>
    <w:uiPriority w:val="72"/>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CellMar>
        <w:top w:w="0" w:type="dxa"/>
        <w:left w:w="108" w:type="dxa"/>
        <w:bottom w:w="0" w:type="dxa"/>
        <w:right w:w="108" w:type="dxa"/>
      </w:tblCellMar>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aff7">
    <w:name w:val="Colorful Grid"/>
    <w:basedOn w:val="a3"/>
    <w:uiPriority w:val="73"/>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25">
    <w:name w:val="Colorful Grid Accent 2"/>
    <w:basedOn w:val="a3"/>
    <w:uiPriority w:val="73"/>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35">
    <w:name w:val="Colorful Grid Accent 3"/>
    <w:basedOn w:val="a3"/>
    <w:uiPriority w:val="73"/>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45">
    <w:name w:val="Colorful Grid Accent 4"/>
    <w:basedOn w:val="a3"/>
    <w:uiPriority w:val="73"/>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55">
    <w:name w:val="Colorful Grid Accent 5"/>
    <w:basedOn w:val="a3"/>
    <w:uiPriority w:val="73"/>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65">
    <w:name w:val="Colorful Grid Accent 6"/>
    <w:basedOn w:val="a3"/>
    <w:uiPriority w:val="73"/>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kk-KZ"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
    <w:name w:val="heading 1"/>
    <w:basedOn w:val="a1"/>
    <w:next w:val="a1"/>
    <w:link w:val="10"/>
    <w:uiPriority w:val="9"/>
    <w:qFormat/>
    <w:rsid w:val="00171B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1">
    <w:name w:val="heading 2"/>
    <w:basedOn w:val="a1"/>
    <w:next w:val="a1"/>
    <w:link w:val="22"/>
    <w:uiPriority w:val="9"/>
    <w:unhideWhenUsed/>
    <w:qFormat/>
    <w:rsid w:val="00171B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1">
    <w:name w:val="heading 3"/>
    <w:basedOn w:val="a1"/>
    <w:next w:val="a1"/>
    <w:link w:val="32"/>
    <w:uiPriority w:val="9"/>
    <w:unhideWhenUsed/>
    <w:qFormat/>
    <w:rsid w:val="00171B5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0"/>
    <w:uiPriority w:val="9"/>
    <w:semiHidden/>
    <w:unhideWhenUsed/>
    <w:qFormat/>
    <w:rsid w:val="00171B5F"/>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0"/>
    <w:uiPriority w:val="9"/>
    <w:semiHidden/>
    <w:unhideWhenUsed/>
    <w:qFormat/>
    <w:rsid w:val="00171B5F"/>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0"/>
    <w:uiPriority w:val="9"/>
    <w:semiHidden/>
    <w:unhideWhenUsed/>
    <w:qFormat/>
    <w:rsid w:val="00171B5F"/>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0"/>
    <w:uiPriority w:val="9"/>
    <w:semiHidden/>
    <w:unhideWhenUsed/>
    <w:qFormat/>
    <w:rsid w:val="00171B5F"/>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0"/>
    <w:uiPriority w:val="9"/>
    <w:semiHidden/>
    <w:unhideWhenUsed/>
    <w:qFormat/>
    <w:rsid w:val="00171B5F"/>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0"/>
    <w:uiPriority w:val="9"/>
    <w:semiHidden/>
    <w:unhideWhenUsed/>
    <w:qFormat/>
    <w:rsid w:val="00171B5F"/>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171B5F"/>
    <w:rPr>
      <w:rFonts w:asciiTheme="majorHAnsi" w:eastAsiaTheme="majorEastAsia" w:hAnsiTheme="majorHAnsi" w:cstheme="majorBidi"/>
      <w:color w:val="0F4761" w:themeColor="accent1" w:themeShade="BF"/>
      <w:sz w:val="40"/>
      <w:szCs w:val="40"/>
    </w:rPr>
  </w:style>
  <w:style w:type="character" w:customStyle="1" w:styleId="22">
    <w:name w:val="Заголовок 2 Знак"/>
    <w:basedOn w:val="a2"/>
    <w:link w:val="21"/>
    <w:uiPriority w:val="9"/>
    <w:rsid w:val="00171B5F"/>
    <w:rPr>
      <w:rFonts w:asciiTheme="majorHAnsi" w:eastAsiaTheme="majorEastAsia" w:hAnsiTheme="majorHAnsi" w:cstheme="majorBidi"/>
      <w:color w:val="0F4761" w:themeColor="accent1" w:themeShade="BF"/>
      <w:sz w:val="32"/>
      <w:szCs w:val="32"/>
    </w:rPr>
  </w:style>
  <w:style w:type="character" w:customStyle="1" w:styleId="32">
    <w:name w:val="Заголовок 3 Знак"/>
    <w:basedOn w:val="a2"/>
    <w:link w:val="31"/>
    <w:uiPriority w:val="9"/>
    <w:rsid w:val="00171B5F"/>
    <w:rPr>
      <w:rFonts w:eastAsiaTheme="majorEastAsia" w:cstheme="majorBidi"/>
      <w:color w:val="0F4761" w:themeColor="accent1" w:themeShade="BF"/>
      <w:sz w:val="28"/>
      <w:szCs w:val="28"/>
    </w:rPr>
  </w:style>
  <w:style w:type="character" w:customStyle="1" w:styleId="40">
    <w:name w:val="Заголовок 4 Знак"/>
    <w:basedOn w:val="a2"/>
    <w:link w:val="4"/>
    <w:uiPriority w:val="9"/>
    <w:semiHidden/>
    <w:rsid w:val="00171B5F"/>
    <w:rPr>
      <w:rFonts w:eastAsiaTheme="majorEastAsia" w:cstheme="majorBidi"/>
      <w:i/>
      <w:iCs/>
      <w:color w:val="0F4761" w:themeColor="accent1" w:themeShade="BF"/>
    </w:rPr>
  </w:style>
  <w:style w:type="character" w:customStyle="1" w:styleId="50">
    <w:name w:val="Заголовок 5 Знак"/>
    <w:basedOn w:val="a2"/>
    <w:link w:val="5"/>
    <w:uiPriority w:val="9"/>
    <w:semiHidden/>
    <w:rsid w:val="00171B5F"/>
    <w:rPr>
      <w:rFonts w:eastAsiaTheme="majorEastAsia" w:cstheme="majorBidi"/>
      <w:color w:val="0F4761" w:themeColor="accent1" w:themeShade="BF"/>
    </w:rPr>
  </w:style>
  <w:style w:type="character" w:customStyle="1" w:styleId="60">
    <w:name w:val="Заголовок 6 Знак"/>
    <w:basedOn w:val="a2"/>
    <w:link w:val="6"/>
    <w:uiPriority w:val="9"/>
    <w:semiHidden/>
    <w:rsid w:val="00171B5F"/>
    <w:rPr>
      <w:rFonts w:eastAsiaTheme="majorEastAsia" w:cstheme="majorBidi"/>
      <w:i/>
      <w:iCs/>
      <w:color w:val="595959" w:themeColor="text1" w:themeTint="A6"/>
    </w:rPr>
  </w:style>
  <w:style w:type="character" w:customStyle="1" w:styleId="70">
    <w:name w:val="Заголовок 7 Знак"/>
    <w:basedOn w:val="a2"/>
    <w:link w:val="7"/>
    <w:uiPriority w:val="9"/>
    <w:semiHidden/>
    <w:rsid w:val="00171B5F"/>
    <w:rPr>
      <w:rFonts w:eastAsiaTheme="majorEastAsia" w:cstheme="majorBidi"/>
      <w:color w:val="595959" w:themeColor="text1" w:themeTint="A6"/>
    </w:rPr>
  </w:style>
  <w:style w:type="character" w:customStyle="1" w:styleId="80">
    <w:name w:val="Заголовок 8 Знак"/>
    <w:basedOn w:val="a2"/>
    <w:link w:val="8"/>
    <w:uiPriority w:val="9"/>
    <w:semiHidden/>
    <w:rsid w:val="00171B5F"/>
    <w:rPr>
      <w:rFonts w:eastAsiaTheme="majorEastAsia" w:cstheme="majorBidi"/>
      <w:i/>
      <w:iCs/>
      <w:color w:val="272727" w:themeColor="text1" w:themeTint="D8"/>
    </w:rPr>
  </w:style>
  <w:style w:type="character" w:customStyle="1" w:styleId="90">
    <w:name w:val="Заголовок 9 Знак"/>
    <w:basedOn w:val="a2"/>
    <w:link w:val="9"/>
    <w:uiPriority w:val="9"/>
    <w:semiHidden/>
    <w:rsid w:val="00171B5F"/>
    <w:rPr>
      <w:rFonts w:eastAsiaTheme="majorEastAsia" w:cstheme="majorBidi"/>
      <w:color w:val="272727" w:themeColor="text1" w:themeTint="D8"/>
    </w:rPr>
  </w:style>
  <w:style w:type="paragraph" w:styleId="a5">
    <w:name w:val="Title"/>
    <w:basedOn w:val="a1"/>
    <w:next w:val="a1"/>
    <w:link w:val="a6"/>
    <w:uiPriority w:val="10"/>
    <w:qFormat/>
    <w:rsid w:val="00171B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6">
    <w:name w:val="Название Знак"/>
    <w:basedOn w:val="a2"/>
    <w:link w:val="a5"/>
    <w:uiPriority w:val="10"/>
    <w:rsid w:val="00171B5F"/>
    <w:rPr>
      <w:rFonts w:asciiTheme="majorHAnsi" w:eastAsiaTheme="majorEastAsia" w:hAnsiTheme="majorHAnsi" w:cstheme="majorBidi"/>
      <w:spacing w:val="-10"/>
      <w:kern w:val="28"/>
      <w:sz w:val="56"/>
      <w:szCs w:val="56"/>
    </w:rPr>
  </w:style>
  <w:style w:type="paragraph" w:styleId="a7">
    <w:name w:val="Subtitle"/>
    <w:basedOn w:val="a1"/>
    <w:next w:val="a1"/>
    <w:link w:val="a8"/>
    <w:uiPriority w:val="11"/>
    <w:qFormat/>
    <w:rsid w:val="00171B5F"/>
    <w:pPr>
      <w:numPr>
        <w:ilvl w:val="1"/>
      </w:numPr>
    </w:pPr>
    <w:rPr>
      <w:rFonts w:eastAsiaTheme="majorEastAsia" w:cstheme="majorBidi"/>
      <w:color w:val="595959" w:themeColor="text1" w:themeTint="A6"/>
      <w:spacing w:val="15"/>
      <w:sz w:val="28"/>
      <w:szCs w:val="28"/>
    </w:rPr>
  </w:style>
  <w:style w:type="character" w:customStyle="1" w:styleId="a8">
    <w:name w:val="Подзаголовок Знак"/>
    <w:basedOn w:val="a2"/>
    <w:link w:val="a7"/>
    <w:uiPriority w:val="11"/>
    <w:rsid w:val="00171B5F"/>
    <w:rPr>
      <w:rFonts w:eastAsiaTheme="majorEastAsia" w:cstheme="majorBidi"/>
      <w:color w:val="595959" w:themeColor="text1" w:themeTint="A6"/>
      <w:spacing w:val="15"/>
      <w:sz w:val="28"/>
      <w:szCs w:val="28"/>
    </w:rPr>
  </w:style>
  <w:style w:type="paragraph" w:styleId="23">
    <w:name w:val="Quote"/>
    <w:basedOn w:val="a1"/>
    <w:next w:val="a1"/>
    <w:link w:val="24"/>
    <w:uiPriority w:val="29"/>
    <w:qFormat/>
    <w:rsid w:val="00171B5F"/>
    <w:pPr>
      <w:spacing w:before="160"/>
      <w:jc w:val="center"/>
    </w:pPr>
    <w:rPr>
      <w:i/>
      <w:iCs/>
      <w:color w:val="404040" w:themeColor="text1" w:themeTint="BF"/>
    </w:rPr>
  </w:style>
  <w:style w:type="character" w:customStyle="1" w:styleId="24">
    <w:name w:val="Цитата 2 Знак"/>
    <w:basedOn w:val="a2"/>
    <w:link w:val="23"/>
    <w:uiPriority w:val="29"/>
    <w:rsid w:val="00171B5F"/>
    <w:rPr>
      <w:i/>
      <w:iCs/>
      <w:color w:val="404040" w:themeColor="text1" w:themeTint="BF"/>
    </w:rPr>
  </w:style>
  <w:style w:type="paragraph" w:styleId="a9">
    <w:name w:val="List Paragraph"/>
    <w:basedOn w:val="a1"/>
    <w:uiPriority w:val="34"/>
    <w:qFormat/>
    <w:rsid w:val="00171B5F"/>
    <w:pPr>
      <w:ind w:left="720"/>
      <w:contextualSpacing/>
    </w:pPr>
  </w:style>
  <w:style w:type="character" w:styleId="aa">
    <w:name w:val="Intense Emphasis"/>
    <w:basedOn w:val="a2"/>
    <w:uiPriority w:val="21"/>
    <w:qFormat/>
    <w:rsid w:val="00171B5F"/>
    <w:rPr>
      <w:i/>
      <w:iCs/>
      <w:color w:val="0F4761" w:themeColor="accent1" w:themeShade="BF"/>
    </w:rPr>
  </w:style>
  <w:style w:type="paragraph" w:styleId="ab">
    <w:name w:val="Intense Quote"/>
    <w:basedOn w:val="a1"/>
    <w:next w:val="a1"/>
    <w:link w:val="ac"/>
    <w:uiPriority w:val="30"/>
    <w:qFormat/>
    <w:rsid w:val="00171B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Выделенная цитата Знак"/>
    <w:basedOn w:val="a2"/>
    <w:link w:val="ab"/>
    <w:uiPriority w:val="30"/>
    <w:rsid w:val="00171B5F"/>
    <w:rPr>
      <w:i/>
      <w:iCs/>
      <w:color w:val="0F4761" w:themeColor="accent1" w:themeShade="BF"/>
    </w:rPr>
  </w:style>
  <w:style w:type="character" w:styleId="ad">
    <w:name w:val="Intense Reference"/>
    <w:basedOn w:val="a2"/>
    <w:uiPriority w:val="32"/>
    <w:qFormat/>
    <w:rsid w:val="00171B5F"/>
    <w:rPr>
      <w:b/>
      <w:bCs/>
      <w:smallCaps/>
      <w:color w:val="0F4761" w:themeColor="accent1" w:themeShade="BF"/>
      <w:spacing w:val="5"/>
    </w:rPr>
  </w:style>
  <w:style w:type="paragraph" w:styleId="ae">
    <w:name w:val="header"/>
    <w:basedOn w:val="a1"/>
    <w:link w:val="af"/>
    <w:uiPriority w:val="99"/>
    <w:unhideWhenUsed/>
    <w:rsid w:val="0096486B"/>
    <w:pPr>
      <w:tabs>
        <w:tab w:val="center" w:pos="4680"/>
        <w:tab w:val="right" w:pos="9360"/>
      </w:tabs>
      <w:spacing w:after="0" w:line="240" w:lineRule="auto"/>
    </w:pPr>
    <w:rPr>
      <w:rFonts w:ascii="Times New Roman" w:eastAsiaTheme="minorEastAsia" w:hAnsi="Times New Roman"/>
      <w:kern w:val="0"/>
      <w:sz w:val="20"/>
      <w:szCs w:val="22"/>
      <w:lang w:val="en-US"/>
      <w14:ligatures w14:val="none"/>
    </w:rPr>
  </w:style>
  <w:style w:type="character" w:customStyle="1" w:styleId="af">
    <w:name w:val="Верхний колонтитул Знак"/>
    <w:basedOn w:val="a2"/>
    <w:link w:val="ae"/>
    <w:uiPriority w:val="99"/>
    <w:rsid w:val="0096486B"/>
    <w:rPr>
      <w:rFonts w:ascii="Times New Roman" w:eastAsiaTheme="minorEastAsia" w:hAnsi="Times New Roman"/>
      <w:kern w:val="0"/>
      <w:sz w:val="20"/>
      <w:szCs w:val="22"/>
      <w:lang w:val="en-US"/>
      <w14:ligatures w14:val="none"/>
    </w:rPr>
  </w:style>
  <w:style w:type="paragraph" w:styleId="af0">
    <w:name w:val="footer"/>
    <w:basedOn w:val="a1"/>
    <w:link w:val="af1"/>
    <w:uiPriority w:val="99"/>
    <w:unhideWhenUsed/>
    <w:rsid w:val="0096486B"/>
    <w:pPr>
      <w:tabs>
        <w:tab w:val="center" w:pos="4680"/>
        <w:tab w:val="right" w:pos="9360"/>
      </w:tabs>
      <w:spacing w:after="0" w:line="240" w:lineRule="auto"/>
    </w:pPr>
    <w:rPr>
      <w:rFonts w:ascii="Times New Roman" w:eastAsiaTheme="minorEastAsia" w:hAnsi="Times New Roman"/>
      <w:kern w:val="0"/>
      <w:sz w:val="20"/>
      <w:szCs w:val="22"/>
      <w:lang w:val="en-US"/>
      <w14:ligatures w14:val="none"/>
    </w:rPr>
  </w:style>
  <w:style w:type="character" w:customStyle="1" w:styleId="af1">
    <w:name w:val="Нижний колонтитул Знак"/>
    <w:basedOn w:val="a2"/>
    <w:link w:val="af0"/>
    <w:uiPriority w:val="99"/>
    <w:rsid w:val="0096486B"/>
    <w:rPr>
      <w:rFonts w:ascii="Times New Roman" w:eastAsiaTheme="minorEastAsia" w:hAnsi="Times New Roman"/>
      <w:kern w:val="0"/>
      <w:sz w:val="20"/>
      <w:szCs w:val="22"/>
      <w:lang w:val="en-US"/>
      <w14:ligatures w14:val="none"/>
    </w:rPr>
  </w:style>
  <w:style w:type="paragraph" w:styleId="af2">
    <w:name w:val="No Spacing"/>
    <w:uiPriority w:val="1"/>
    <w:qFormat/>
    <w:rsid w:val="0096486B"/>
    <w:pPr>
      <w:spacing w:after="0" w:line="240" w:lineRule="auto"/>
    </w:pPr>
    <w:rPr>
      <w:rFonts w:eastAsiaTheme="minorEastAsia"/>
      <w:kern w:val="0"/>
      <w:sz w:val="22"/>
      <w:szCs w:val="22"/>
      <w:lang w:val="en-US"/>
      <w14:ligatures w14:val="none"/>
    </w:rPr>
  </w:style>
  <w:style w:type="paragraph" w:styleId="af3">
    <w:name w:val="Body Text"/>
    <w:basedOn w:val="a1"/>
    <w:link w:val="af4"/>
    <w:uiPriority w:val="99"/>
    <w:unhideWhenUsed/>
    <w:rsid w:val="0096486B"/>
    <w:pPr>
      <w:spacing w:after="120" w:line="276" w:lineRule="auto"/>
    </w:pPr>
    <w:rPr>
      <w:rFonts w:ascii="Times New Roman" w:eastAsiaTheme="minorEastAsia" w:hAnsi="Times New Roman"/>
      <w:kern w:val="0"/>
      <w:sz w:val="20"/>
      <w:szCs w:val="22"/>
      <w:lang w:val="en-US"/>
      <w14:ligatures w14:val="none"/>
    </w:rPr>
  </w:style>
  <w:style w:type="character" w:customStyle="1" w:styleId="af4">
    <w:name w:val="Основной текст Знак"/>
    <w:basedOn w:val="a2"/>
    <w:link w:val="af3"/>
    <w:uiPriority w:val="99"/>
    <w:rsid w:val="0096486B"/>
    <w:rPr>
      <w:rFonts w:ascii="Times New Roman" w:eastAsiaTheme="minorEastAsia" w:hAnsi="Times New Roman"/>
      <w:kern w:val="0"/>
      <w:sz w:val="20"/>
      <w:szCs w:val="22"/>
      <w:lang w:val="en-US"/>
      <w14:ligatures w14:val="none"/>
    </w:rPr>
  </w:style>
  <w:style w:type="paragraph" w:styleId="25">
    <w:name w:val="Body Text 2"/>
    <w:basedOn w:val="a1"/>
    <w:link w:val="26"/>
    <w:uiPriority w:val="99"/>
    <w:unhideWhenUsed/>
    <w:rsid w:val="0096486B"/>
    <w:pPr>
      <w:spacing w:after="120" w:line="480" w:lineRule="auto"/>
    </w:pPr>
    <w:rPr>
      <w:rFonts w:ascii="Times New Roman" w:eastAsiaTheme="minorEastAsia" w:hAnsi="Times New Roman"/>
      <w:kern w:val="0"/>
      <w:sz w:val="20"/>
      <w:szCs w:val="22"/>
      <w:lang w:val="en-US"/>
      <w14:ligatures w14:val="none"/>
    </w:rPr>
  </w:style>
  <w:style w:type="character" w:customStyle="1" w:styleId="26">
    <w:name w:val="Основной текст 2 Знак"/>
    <w:basedOn w:val="a2"/>
    <w:link w:val="25"/>
    <w:uiPriority w:val="99"/>
    <w:rsid w:val="0096486B"/>
    <w:rPr>
      <w:rFonts w:ascii="Times New Roman" w:eastAsiaTheme="minorEastAsia" w:hAnsi="Times New Roman"/>
      <w:kern w:val="0"/>
      <w:sz w:val="20"/>
      <w:szCs w:val="22"/>
      <w:lang w:val="en-US"/>
      <w14:ligatures w14:val="none"/>
    </w:rPr>
  </w:style>
  <w:style w:type="paragraph" w:styleId="33">
    <w:name w:val="Body Text 3"/>
    <w:basedOn w:val="a1"/>
    <w:link w:val="34"/>
    <w:uiPriority w:val="99"/>
    <w:unhideWhenUsed/>
    <w:rsid w:val="0096486B"/>
    <w:pPr>
      <w:spacing w:after="120" w:line="276" w:lineRule="auto"/>
    </w:pPr>
    <w:rPr>
      <w:rFonts w:ascii="Times New Roman" w:eastAsiaTheme="minorEastAsia" w:hAnsi="Times New Roman"/>
      <w:kern w:val="0"/>
      <w:sz w:val="16"/>
      <w:szCs w:val="16"/>
      <w:lang w:val="en-US"/>
      <w14:ligatures w14:val="none"/>
    </w:rPr>
  </w:style>
  <w:style w:type="character" w:customStyle="1" w:styleId="34">
    <w:name w:val="Основной текст 3 Знак"/>
    <w:basedOn w:val="a2"/>
    <w:link w:val="33"/>
    <w:uiPriority w:val="99"/>
    <w:rsid w:val="0096486B"/>
    <w:rPr>
      <w:rFonts w:ascii="Times New Roman" w:eastAsiaTheme="minorEastAsia" w:hAnsi="Times New Roman"/>
      <w:kern w:val="0"/>
      <w:sz w:val="16"/>
      <w:szCs w:val="16"/>
      <w:lang w:val="en-US"/>
      <w14:ligatures w14:val="none"/>
    </w:rPr>
  </w:style>
  <w:style w:type="paragraph" w:styleId="af5">
    <w:name w:val="List"/>
    <w:basedOn w:val="a1"/>
    <w:uiPriority w:val="99"/>
    <w:unhideWhenUsed/>
    <w:rsid w:val="0096486B"/>
    <w:pPr>
      <w:spacing w:after="200" w:line="276" w:lineRule="auto"/>
      <w:ind w:left="360" w:hanging="360"/>
      <w:contextualSpacing/>
    </w:pPr>
    <w:rPr>
      <w:rFonts w:ascii="Times New Roman" w:eastAsiaTheme="minorEastAsia" w:hAnsi="Times New Roman"/>
      <w:kern w:val="0"/>
      <w:sz w:val="20"/>
      <w:szCs w:val="22"/>
      <w:lang w:val="en-US"/>
      <w14:ligatures w14:val="none"/>
    </w:rPr>
  </w:style>
  <w:style w:type="paragraph" w:styleId="27">
    <w:name w:val="List 2"/>
    <w:basedOn w:val="a1"/>
    <w:uiPriority w:val="99"/>
    <w:unhideWhenUsed/>
    <w:rsid w:val="0096486B"/>
    <w:pPr>
      <w:spacing w:after="200" w:line="276" w:lineRule="auto"/>
      <w:ind w:left="720" w:hanging="360"/>
      <w:contextualSpacing/>
    </w:pPr>
    <w:rPr>
      <w:rFonts w:ascii="Times New Roman" w:eastAsiaTheme="minorEastAsia" w:hAnsi="Times New Roman"/>
      <w:kern w:val="0"/>
      <w:sz w:val="20"/>
      <w:szCs w:val="22"/>
      <w:lang w:val="en-US"/>
      <w14:ligatures w14:val="none"/>
    </w:rPr>
  </w:style>
  <w:style w:type="paragraph" w:styleId="35">
    <w:name w:val="List 3"/>
    <w:basedOn w:val="a1"/>
    <w:uiPriority w:val="99"/>
    <w:unhideWhenUsed/>
    <w:rsid w:val="0096486B"/>
    <w:pPr>
      <w:spacing w:after="200" w:line="276" w:lineRule="auto"/>
      <w:ind w:left="1080" w:hanging="360"/>
      <w:contextualSpacing/>
    </w:pPr>
    <w:rPr>
      <w:rFonts w:ascii="Times New Roman" w:eastAsiaTheme="minorEastAsia" w:hAnsi="Times New Roman"/>
      <w:kern w:val="0"/>
      <w:sz w:val="20"/>
      <w:szCs w:val="22"/>
      <w:lang w:val="en-US"/>
      <w14:ligatures w14:val="none"/>
    </w:rPr>
  </w:style>
  <w:style w:type="paragraph" w:styleId="a0">
    <w:name w:val="List Bullet"/>
    <w:basedOn w:val="a1"/>
    <w:uiPriority w:val="99"/>
    <w:unhideWhenUsed/>
    <w:rsid w:val="0096486B"/>
    <w:pPr>
      <w:numPr>
        <w:numId w:val="6"/>
      </w:numPr>
      <w:tabs>
        <w:tab w:val="clear" w:pos="360"/>
      </w:tabs>
      <w:spacing w:after="200" w:line="276" w:lineRule="auto"/>
      <w:ind w:left="0" w:firstLine="0"/>
      <w:contextualSpacing/>
    </w:pPr>
    <w:rPr>
      <w:rFonts w:ascii="Times New Roman" w:eastAsiaTheme="minorEastAsia" w:hAnsi="Times New Roman"/>
      <w:kern w:val="0"/>
      <w:sz w:val="20"/>
      <w:szCs w:val="22"/>
      <w:lang w:val="en-US"/>
      <w14:ligatures w14:val="none"/>
    </w:rPr>
  </w:style>
  <w:style w:type="paragraph" w:styleId="20">
    <w:name w:val="List Bullet 2"/>
    <w:basedOn w:val="a1"/>
    <w:uiPriority w:val="99"/>
    <w:unhideWhenUsed/>
    <w:rsid w:val="0096486B"/>
    <w:pPr>
      <w:numPr>
        <w:numId w:val="7"/>
      </w:numPr>
      <w:tabs>
        <w:tab w:val="clear" w:pos="720"/>
      </w:tabs>
      <w:spacing w:after="200" w:line="276" w:lineRule="auto"/>
      <w:ind w:left="0" w:firstLine="0"/>
      <w:contextualSpacing/>
    </w:pPr>
    <w:rPr>
      <w:rFonts w:ascii="Times New Roman" w:eastAsiaTheme="minorEastAsia" w:hAnsi="Times New Roman"/>
      <w:kern w:val="0"/>
      <w:sz w:val="20"/>
      <w:szCs w:val="22"/>
      <w:lang w:val="en-US"/>
      <w14:ligatures w14:val="none"/>
    </w:rPr>
  </w:style>
  <w:style w:type="paragraph" w:styleId="30">
    <w:name w:val="List Bullet 3"/>
    <w:basedOn w:val="a1"/>
    <w:uiPriority w:val="99"/>
    <w:unhideWhenUsed/>
    <w:rsid w:val="0096486B"/>
    <w:pPr>
      <w:numPr>
        <w:numId w:val="8"/>
      </w:numPr>
      <w:tabs>
        <w:tab w:val="clear" w:pos="1080"/>
      </w:tabs>
      <w:spacing w:after="200" w:line="276" w:lineRule="auto"/>
      <w:ind w:left="0" w:firstLine="0"/>
      <w:contextualSpacing/>
    </w:pPr>
    <w:rPr>
      <w:rFonts w:ascii="Times New Roman" w:eastAsiaTheme="minorEastAsia" w:hAnsi="Times New Roman"/>
      <w:kern w:val="0"/>
      <w:sz w:val="20"/>
      <w:szCs w:val="22"/>
      <w:lang w:val="en-US"/>
      <w14:ligatures w14:val="none"/>
    </w:rPr>
  </w:style>
  <w:style w:type="paragraph" w:styleId="a">
    <w:name w:val="List Number"/>
    <w:basedOn w:val="a1"/>
    <w:uiPriority w:val="99"/>
    <w:unhideWhenUsed/>
    <w:rsid w:val="0096486B"/>
    <w:pPr>
      <w:numPr>
        <w:numId w:val="10"/>
      </w:numPr>
      <w:tabs>
        <w:tab w:val="clear" w:pos="360"/>
      </w:tabs>
      <w:spacing w:after="200" w:line="276" w:lineRule="auto"/>
      <w:ind w:left="0" w:firstLine="0"/>
      <w:contextualSpacing/>
    </w:pPr>
    <w:rPr>
      <w:rFonts w:ascii="Times New Roman" w:eastAsiaTheme="minorEastAsia" w:hAnsi="Times New Roman"/>
      <w:kern w:val="0"/>
      <w:sz w:val="20"/>
      <w:szCs w:val="22"/>
      <w:lang w:val="en-US"/>
      <w14:ligatures w14:val="none"/>
    </w:rPr>
  </w:style>
  <w:style w:type="paragraph" w:styleId="2">
    <w:name w:val="List Number 2"/>
    <w:basedOn w:val="a1"/>
    <w:uiPriority w:val="99"/>
    <w:unhideWhenUsed/>
    <w:rsid w:val="0096486B"/>
    <w:pPr>
      <w:numPr>
        <w:numId w:val="11"/>
      </w:numPr>
      <w:tabs>
        <w:tab w:val="clear" w:pos="720"/>
      </w:tabs>
      <w:spacing w:after="200" w:line="276" w:lineRule="auto"/>
      <w:ind w:left="0" w:firstLine="0"/>
      <w:contextualSpacing/>
    </w:pPr>
    <w:rPr>
      <w:rFonts w:ascii="Times New Roman" w:eastAsiaTheme="minorEastAsia" w:hAnsi="Times New Roman"/>
      <w:kern w:val="0"/>
      <w:sz w:val="20"/>
      <w:szCs w:val="22"/>
      <w:lang w:val="en-US"/>
      <w14:ligatures w14:val="none"/>
    </w:rPr>
  </w:style>
  <w:style w:type="paragraph" w:styleId="3">
    <w:name w:val="List Number 3"/>
    <w:basedOn w:val="a1"/>
    <w:uiPriority w:val="99"/>
    <w:unhideWhenUsed/>
    <w:rsid w:val="0096486B"/>
    <w:pPr>
      <w:numPr>
        <w:numId w:val="12"/>
      </w:numPr>
      <w:tabs>
        <w:tab w:val="clear" w:pos="1080"/>
      </w:tabs>
      <w:spacing w:after="200" w:line="276" w:lineRule="auto"/>
      <w:ind w:left="0" w:firstLine="0"/>
      <w:contextualSpacing/>
    </w:pPr>
    <w:rPr>
      <w:rFonts w:ascii="Times New Roman" w:eastAsiaTheme="minorEastAsia" w:hAnsi="Times New Roman"/>
      <w:kern w:val="0"/>
      <w:sz w:val="20"/>
      <w:szCs w:val="22"/>
      <w:lang w:val="en-US"/>
      <w14:ligatures w14:val="none"/>
    </w:rPr>
  </w:style>
  <w:style w:type="paragraph" w:styleId="af6">
    <w:name w:val="List Continue"/>
    <w:basedOn w:val="a1"/>
    <w:uiPriority w:val="99"/>
    <w:unhideWhenUsed/>
    <w:rsid w:val="0096486B"/>
    <w:pPr>
      <w:spacing w:after="120" w:line="276" w:lineRule="auto"/>
      <w:ind w:left="360"/>
      <w:contextualSpacing/>
    </w:pPr>
    <w:rPr>
      <w:rFonts w:ascii="Times New Roman" w:eastAsiaTheme="minorEastAsia" w:hAnsi="Times New Roman"/>
      <w:kern w:val="0"/>
      <w:sz w:val="20"/>
      <w:szCs w:val="22"/>
      <w:lang w:val="en-US"/>
      <w14:ligatures w14:val="none"/>
    </w:rPr>
  </w:style>
  <w:style w:type="paragraph" w:styleId="28">
    <w:name w:val="List Continue 2"/>
    <w:basedOn w:val="a1"/>
    <w:uiPriority w:val="99"/>
    <w:unhideWhenUsed/>
    <w:rsid w:val="0096486B"/>
    <w:pPr>
      <w:spacing w:after="120" w:line="276" w:lineRule="auto"/>
      <w:ind w:left="720"/>
      <w:contextualSpacing/>
    </w:pPr>
    <w:rPr>
      <w:rFonts w:ascii="Times New Roman" w:eastAsiaTheme="minorEastAsia" w:hAnsi="Times New Roman"/>
      <w:kern w:val="0"/>
      <w:sz w:val="20"/>
      <w:szCs w:val="22"/>
      <w:lang w:val="en-US"/>
      <w14:ligatures w14:val="none"/>
    </w:rPr>
  </w:style>
  <w:style w:type="paragraph" w:styleId="36">
    <w:name w:val="List Continue 3"/>
    <w:basedOn w:val="a1"/>
    <w:uiPriority w:val="99"/>
    <w:unhideWhenUsed/>
    <w:rsid w:val="0096486B"/>
    <w:pPr>
      <w:spacing w:after="120" w:line="276" w:lineRule="auto"/>
      <w:ind w:left="1080"/>
      <w:contextualSpacing/>
    </w:pPr>
    <w:rPr>
      <w:rFonts w:ascii="Times New Roman" w:eastAsiaTheme="minorEastAsia" w:hAnsi="Times New Roman"/>
      <w:kern w:val="0"/>
      <w:sz w:val="20"/>
      <w:szCs w:val="22"/>
      <w:lang w:val="en-US"/>
      <w14:ligatures w14:val="none"/>
    </w:rPr>
  </w:style>
  <w:style w:type="paragraph" w:styleId="af7">
    <w:name w:val="macro"/>
    <w:link w:val="af8"/>
    <w:uiPriority w:val="99"/>
    <w:unhideWhenUsed/>
    <w:rsid w:val="0096486B"/>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lang w:val="en-US"/>
      <w14:ligatures w14:val="none"/>
    </w:rPr>
  </w:style>
  <w:style w:type="character" w:customStyle="1" w:styleId="af8">
    <w:name w:val="Текст макроса Знак"/>
    <w:basedOn w:val="a2"/>
    <w:link w:val="af7"/>
    <w:uiPriority w:val="99"/>
    <w:rsid w:val="0096486B"/>
    <w:rPr>
      <w:rFonts w:ascii="Courier" w:eastAsiaTheme="minorEastAsia" w:hAnsi="Courier"/>
      <w:kern w:val="0"/>
      <w:sz w:val="20"/>
      <w:szCs w:val="20"/>
      <w:lang w:val="en-US"/>
      <w14:ligatures w14:val="none"/>
    </w:rPr>
  </w:style>
  <w:style w:type="paragraph" w:styleId="af9">
    <w:name w:val="caption"/>
    <w:basedOn w:val="a1"/>
    <w:next w:val="a1"/>
    <w:uiPriority w:val="35"/>
    <w:semiHidden/>
    <w:unhideWhenUsed/>
    <w:qFormat/>
    <w:rsid w:val="0096486B"/>
    <w:pPr>
      <w:spacing w:after="200" w:line="240" w:lineRule="auto"/>
    </w:pPr>
    <w:rPr>
      <w:rFonts w:ascii="Times New Roman" w:eastAsiaTheme="minorEastAsia" w:hAnsi="Times New Roman"/>
      <w:b/>
      <w:bCs/>
      <w:color w:val="156082" w:themeColor="accent1"/>
      <w:kern w:val="0"/>
      <w:sz w:val="18"/>
      <w:szCs w:val="18"/>
      <w:lang w:val="en-US"/>
      <w14:ligatures w14:val="none"/>
    </w:rPr>
  </w:style>
  <w:style w:type="character" w:styleId="afa">
    <w:name w:val="Strong"/>
    <w:basedOn w:val="a2"/>
    <w:uiPriority w:val="22"/>
    <w:qFormat/>
    <w:rsid w:val="0096486B"/>
    <w:rPr>
      <w:b/>
      <w:bCs/>
    </w:rPr>
  </w:style>
  <w:style w:type="character" w:styleId="afb">
    <w:name w:val="Emphasis"/>
    <w:basedOn w:val="a2"/>
    <w:uiPriority w:val="20"/>
    <w:qFormat/>
    <w:rsid w:val="0096486B"/>
    <w:rPr>
      <w:i/>
      <w:iCs/>
    </w:rPr>
  </w:style>
  <w:style w:type="character" w:styleId="afc">
    <w:name w:val="Subtle Emphasis"/>
    <w:basedOn w:val="a2"/>
    <w:uiPriority w:val="19"/>
    <w:qFormat/>
    <w:rsid w:val="0096486B"/>
    <w:rPr>
      <w:i/>
      <w:iCs/>
      <w:color w:val="808080" w:themeColor="text1" w:themeTint="7F"/>
    </w:rPr>
  </w:style>
  <w:style w:type="character" w:styleId="afd">
    <w:name w:val="Subtle Reference"/>
    <w:basedOn w:val="a2"/>
    <w:uiPriority w:val="31"/>
    <w:qFormat/>
    <w:rsid w:val="0096486B"/>
    <w:rPr>
      <w:smallCaps/>
      <w:color w:val="E97132" w:themeColor="accent2"/>
      <w:u w:val="single"/>
    </w:rPr>
  </w:style>
  <w:style w:type="character" w:styleId="afe">
    <w:name w:val="Book Title"/>
    <w:basedOn w:val="a2"/>
    <w:uiPriority w:val="33"/>
    <w:qFormat/>
    <w:rsid w:val="0096486B"/>
    <w:rPr>
      <w:b/>
      <w:bCs/>
      <w:smallCaps/>
      <w:spacing w:val="5"/>
    </w:rPr>
  </w:style>
  <w:style w:type="paragraph" w:styleId="aff">
    <w:name w:val="TOC Heading"/>
    <w:basedOn w:val="1"/>
    <w:next w:val="a1"/>
    <w:uiPriority w:val="39"/>
    <w:semiHidden/>
    <w:unhideWhenUsed/>
    <w:qFormat/>
    <w:rsid w:val="0096486B"/>
    <w:pPr>
      <w:spacing w:before="480" w:after="0" w:line="276" w:lineRule="auto"/>
      <w:outlineLvl w:val="9"/>
    </w:pPr>
    <w:rPr>
      <w:b/>
      <w:bCs/>
      <w:kern w:val="0"/>
      <w:sz w:val="28"/>
      <w:szCs w:val="28"/>
      <w:lang w:val="en-US"/>
      <w14:ligatures w14:val="none"/>
    </w:rPr>
  </w:style>
  <w:style w:type="table" w:styleId="aff0">
    <w:name w:val="Table Grid"/>
    <w:basedOn w:val="a3"/>
    <w:uiPriority w:val="59"/>
    <w:rsid w:val="0096486B"/>
    <w:pPr>
      <w:spacing w:after="0" w:line="240" w:lineRule="auto"/>
    </w:pPr>
    <w:rPr>
      <w:rFonts w:eastAsiaTheme="minorEastAsia"/>
      <w:kern w:val="0"/>
      <w:sz w:val="22"/>
      <w:szCs w:val="22"/>
      <w:lang w:val="en-US"/>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96486B"/>
    <w:pPr>
      <w:spacing w:after="0" w:line="240" w:lineRule="auto"/>
    </w:pPr>
    <w:rPr>
      <w:rFonts w:eastAsiaTheme="minorEastAsia"/>
      <w:color w:val="000000" w:themeColor="text1" w:themeShade="BF"/>
      <w:kern w:val="0"/>
      <w:sz w:val="22"/>
      <w:szCs w:val="22"/>
      <w:lang w:val="en-US"/>
      <w14:ligatures w14:val="none"/>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96486B"/>
    <w:pPr>
      <w:spacing w:after="0" w:line="240" w:lineRule="auto"/>
    </w:pPr>
    <w:rPr>
      <w:rFonts w:eastAsiaTheme="minorEastAsia"/>
      <w:color w:val="0F4761" w:themeColor="accent1" w:themeShade="BF"/>
      <w:kern w:val="0"/>
      <w:sz w:val="22"/>
      <w:szCs w:val="22"/>
      <w:lang w:val="en-US"/>
      <w14:ligatures w14:val="none"/>
    </w:rPr>
    <w:tblPr>
      <w:tblStyleRowBandSize w:val="1"/>
      <w:tblStyleColBandSize w:val="1"/>
      <w:tblInd w:w="0" w:type="dxa"/>
      <w:tblBorders>
        <w:top w:val="single" w:sz="8" w:space="0" w:color="156082" w:themeColor="accent1"/>
        <w:bottom w:val="single" w:sz="8" w:space="0" w:color="156082"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2">
    <w:name w:val="Light Shading Accent 2"/>
    <w:basedOn w:val="a3"/>
    <w:uiPriority w:val="60"/>
    <w:rsid w:val="0096486B"/>
    <w:pPr>
      <w:spacing w:after="0" w:line="240" w:lineRule="auto"/>
    </w:pPr>
    <w:rPr>
      <w:rFonts w:eastAsiaTheme="minorEastAsia"/>
      <w:color w:val="BF4E14" w:themeColor="accent2" w:themeShade="BF"/>
      <w:kern w:val="0"/>
      <w:sz w:val="22"/>
      <w:szCs w:val="22"/>
      <w:lang w:val="en-US"/>
      <w14:ligatures w14:val="none"/>
    </w:rPr>
    <w:tblPr>
      <w:tblStyleRowBandSize w:val="1"/>
      <w:tblStyleColBandSize w:val="1"/>
      <w:tblInd w:w="0" w:type="dxa"/>
      <w:tblBorders>
        <w:top w:val="single" w:sz="8" w:space="0" w:color="E97132" w:themeColor="accent2"/>
        <w:bottom w:val="single" w:sz="8" w:space="0" w:color="E97132"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3">
    <w:name w:val="Light Shading Accent 3"/>
    <w:basedOn w:val="a3"/>
    <w:uiPriority w:val="60"/>
    <w:rsid w:val="0096486B"/>
    <w:pPr>
      <w:spacing w:after="0" w:line="240" w:lineRule="auto"/>
    </w:pPr>
    <w:rPr>
      <w:rFonts w:eastAsiaTheme="minorEastAsia"/>
      <w:color w:val="124F1A" w:themeColor="accent3" w:themeShade="BF"/>
      <w:kern w:val="0"/>
      <w:sz w:val="22"/>
      <w:szCs w:val="22"/>
      <w:lang w:val="en-US"/>
      <w14:ligatures w14:val="none"/>
    </w:rPr>
    <w:tblPr>
      <w:tblStyleRowBandSize w:val="1"/>
      <w:tblStyleColBandSize w:val="1"/>
      <w:tblInd w:w="0" w:type="dxa"/>
      <w:tblBorders>
        <w:top w:val="single" w:sz="8" w:space="0" w:color="196B24" w:themeColor="accent3"/>
        <w:bottom w:val="single" w:sz="8" w:space="0" w:color="196B24"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4">
    <w:name w:val="Light Shading Accent 4"/>
    <w:basedOn w:val="a3"/>
    <w:uiPriority w:val="60"/>
    <w:rsid w:val="0096486B"/>
    <w:pPr>
      <w:spacing w:after="0" w:line="240" w:lineRule="auto"/>
    </w:pPr>
    <w:rPr>
      <w:rFonts w:eastAsiaTheme="minorEastAsia"/>
      <w:color w:val="0B769F" w:themeColor="accent4" w:themeShade="BF"/>
      <w:kern w:val="0"/>
      <w:sz w:val="22"/>
      <w:szCs w:val="22"/>
      <w:lang w:val="en-US"/>
      <w14:ligatures w14:val="none"/>
    </w:rPr>
    <w:tblPr>
      <w:tblStyleRowBandSize w:val="1"/>
      <w:tblStyleColBandSize w:val="1"/>
      <w:tblInd w:w="0" w:type="dxa"/>
      <w:tblBorders>
        <w:top w:val="single" w:sz="8" w:space="0" w:color="0F9ED5" w:themeColor="accent4"/>
        <w:bottom w:val="single" w:sz="8" w:space="0" w:color="0F9ED5"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5">
    <w:name w:val="Light Shading Accent 5"/>
    <w:basedOn w:val="a3"/>
    <w:uiPriority w:val="60"/>
    <w:rsid w:val="0096486B"/>
    <w:pPr>
      <w:spacing w:after="0" w:line="240" w:lineRule="auto"/>
    </w:pPr>
    <w:rPr>
      <w:rFonts w:eastAsiaTheme="minorEastAsia"/>
      <w:color w:val="77206D" w:themeColor="accent5" w:themeShade="BF"/>
      <w:kern w:val="0"/>
      <w:sz w:val="22"/>
      <w:szCs w:val="22"/>
      <w:lang w:val="en-US"/>
      <w14:ligatures w14:val="none"/>
    </w:rPr>
    <w:tblPr>
      <w:tblStyleRowBandSize w:val="1"/>
      <w:tblStyleColBandSize w:val="1"/>
      <w:tblInd w:w="0" w:type="dxa"/>
      <w:tblBorders>
        <w:top w:val="single" w:sz="8" w:space="0" w:color="A02B93" w:themeColor="accent5"/>
        <w:bottom w:val="single" w:sz="8" w:space="0" w:color="A02B93"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6">
    <w:name w:val="Light Shading Accent 6"/>
    <w:basedOn w:val="a3"/>
    <w:uiPriority w:val="60"/>
    <w:rsid w:val="0096486B"/>
    <w:pPr>
      <w:spacing w:after="0" w:line="240" w:lineRule="auto"/>
    </w:pPr>
    <w:rPr>
      <w:rFonts w:eastAsiaTheme="minorEastAsia"/>
      <w:color w:val="3A7C22" w:themeColor="accent6" w:themeShade="BF"/>
      <w:kern w:val="0"/>
      <w:sz w:val="22"/>
      <w:szCs w:val="22"/>
      <w:lang w:val="en-US"/>
      <w14:ligatures w14:val="none"/>
    </w:rPr>
    <w:tblPr>
      <w:tblStyleRowBandSize w:val="1"/>
      <w:tblStyleColBandSize w:val="1"/>
      <w:tblInd w:w="0" w:type="dxa"/>
      <w:tblBorders>
        <w:top w:val="single" w:sz="8" w:space="0" w:color="4EA72E" w:themeColor="accent6"/>
        <w:bottom w:val="single" w:sz="8" w:space="0" w:color="4EA72E"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aff2">
    <w:name w:val="Light List"/>
    <w:basedOn w:val="a3"/>
    <w:uiPriority w:val="61"/>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156082" w:themeColor="accent1"/>
        <w:left w:val="single" w:sz="8" w:space="0" w:color="156082" w:themeColor="accent1"/>
        <w:bottom w:val="single" w:sz="8" w:space="0" w:color="156082" w:themeColor="accent1"/>
        <w:right w:val="single" w:sz="8" w:space="0" w:color="156082"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20">
    <w:name w:val="Light List Accent 2"/>
    <w:basedOn w:val="a3"/>
    <w:uiPriority w:val="61"/>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E97132" w:themeColor="accent2"/>
        <w:left w:val="single" w:sz="8" w:space="0" w:color="E97132" w:themeColor="accent2"/>
        <w:bottom w:val="single" w:sz="8" w:space="0" w:color="E97132" w:themeColor="accent2"/>
        <w:right w:val="single" w:sz="8" w:space="0" w:color="E97132"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30">
    <w:name w:val="Light List Accent 3"/>
    <w:basedOn w:val="a3"/>
    <w:uiPriority w:val="61"/>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196B24" w:themeColor="accent3"/>
        <w:left w:val="single" w:sz="8" w:space="0" w:color="196B24" w:themeColor="accent3"/>
        <w:bottom w:val="single" w:sz="8" w:space="0" w:color="196B24" w:themeColor="accent3"/>
        <w:right w:val="single" w:sz="8" w:space="0" w:color="196B24"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40">
    <w:name w:val="Light List Accent 4"/>
    <w:basedOn w:val="a3"/>
    <w:uiPriority w:val="61"/>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0F9ED5" w:themeColor="accent4"/>
        <w:left w:val="single" w:sz="8" w:space="0" w:color="0F9ED5" w:themeColor="accent4"/>
        <w:bottom w:val="single" w:sz="8" w:space="0" w:color="0F9ED5" w:themeColor="accent4"/>
        <w:right w:val="single" w:sz="8" w:space="0" w:color="0F9ED5"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50">
    <w:name w:val="Light List Accent 5"/>
    <w:basedOn w:val="a3"/>
    <w:uiPriority w:val="61"/>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A02B93" w:themeColor="accent5"/>
        <w:left w:val="single" w:sz="8" w:space="0" w:color="A02B93" w:themeColor="accent5"/>
        <w:bottom w:val="single" w:sz="8" w:space="0" w:color="A02B93" w:themeColor="accent5"/>
        <w:right w:val="single" w:sz="8" w:space="0" w:color="A02B93"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60">
    <w:name w:val="Light List Accent 6"/>
    <w:basedOn w:val="a3"/>
    <w:uiPriority w:val="61"/>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4EA72E" w:themeColor="accent6"/>
        <w:left w:val="single" w:sz="8" w:space="0" w:color="4EA72E" w:themeColor="accent6"/>
        <w:bottom w:val="single" w:sz="8" w:space="0" w:color="4EA72E" w:themeColor="accent6"/>
        <w:right w:val="single" w:sz="8" w:space="0" w:color="4EA72E"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aff3">
    <w:name w:val="Light Grid"/>
    <w:basedOn w:val="a3"/>
    <w:uiPriority w:val="62"/>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21">
    <w:name w:val="Light Grid Accent 2"/>
    <w:basedOn w:val="a3"/>
    <w:uiPriority w:val="62"/>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31">
    <w:name w:val="Light Grid Accent 3"/>
    <w:basedOn w:val="a3"/>
    <w:uiPriority w:val="62"/>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41">
    <w:name w:val="Light Grid Accent 4"/>
    <w:basedOn w:val="a3"/>
    <w:uiPriority w:val="62"/>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51">
    <w:name w:val="Light Grid Accent 5"/>
    <w:basedOn w:val="a3"/>
    <w:uiPriority w:val="62"/>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61">
    <w:name w:val="Light Grid Accent 6"/>
    <w:basedOn w:val="a3"/>
    <w:uiPriority w:val="62"/>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11">
    <w:name w:val="Medium Shading 1"/>
    <w:basedOn w:val="a3"/>
    <w:uiPriority w:val="63"/>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29">
    <w:name w:val="Medium Shading 2"/>
    <w:basedOn w:val="a3"/>
    <w:uiPriority w:val="64"/>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top w:val="single" w:sz="8" w:space="0" w:color="156082" w:themeColor="accent1"/>
        <w:bottom w:val="single" w:sz="8" w:space="0" w:color="156082"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1-20">
    <w:name w:val="Medium List 1 Accent 2"/>
    <w:basedOn w:val="a3"/>
    <w:uiPriority w:val="65"/>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top w:val="single" w:sz="8" w:space="0" w:color="E97132" w:themeColor="accent2"/>
        <w:bottom w:val="single" w:sz="8" w:space="0" w:color="E97132"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1-30">
    <w:name w:val="Medium List 1 Accent 3"/>
    <w:basedOn w:val="a3"/>
    <w:uiPriority w:val="65"/>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top w:val="single" w:sz="8" w:space="0" w:color="196B24" w:themeColor="accent3"/>
        <w:bottom w:val="single" w:sz="8" w:space="0" w:color="196B24"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1-40">
    <w:name w:val="Medium List 1 Accent 4"/>
    <w:basedOn w:val="a3"/>
    <w:uiPriority w:val="65"/>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top w:val="single" w:sz="8" w:space="0" w:color="0F9ED5" w:themeColor="accent4"/>
        <w:bottom w:val="single" w:sz="8" w:space="0" w:color="0F9ED5"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1-50">
    <w:name w:val="Medium List 1 Accent 5"/>
    <w:basedOn w:val="a3"/>
    <w:uiPriority w:val="65"/>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top w:val="single" w:sz="8" w:space="0" w:color="A02B93" w:themeColor="accent5"/>
        <w:bottom w:val="single" w:sz="8" w:space="0" w:color="A02B93"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1-60">
    <w:name w:val="Medium List 1 Accent 6"/>
    <w:basedOn w:val="a3"/>
    <w:uiPriority w:val="65"/>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top w:val="single" w:sz="8" w:space="0" w:color="4EA72E" w:themeColor="accent6"/>
        <w:bottom w:val="single" w:sz="8" w:space="0" w:color="4EA72E"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2a">
    <w:name w:val="Medium List 2"/>
    <w:basedOn w:val="a3"/>
    <w:uiPriority w:val="66"/>
    <w:rsid w:val="0096486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96486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Ind w:w="0" w:type="dxa"/>
      <w:tblBorders>
        <w:top w:val="single" w:sz="8" w:space="0" w:color="156082" w:themeColor="accent1"/>
        <w:left w:val="single" w:sz="8" w:space="0" w:color="156082" w:themeColor="accent1"/>
        <w:bottom w:val="single" w:sz="8" w:space="0" w:color="156082" w:themeColor="accent1"/>
        <w:right w:val="single" w:sz="8" w:space="0" w:color="156082"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96486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Ind w:w="0" w:type="dxa"/>
      <w:tblBorders>
        <w:top w:val="single" w:sz="8" w:space="0" w:color="E97132" w:themeColor="accent2"/>
        <w:left w:val="single" w:sz="8" w:space="0" w:color="E97132" w:themeColor="accent2"/>
        <w:bottom w:val="single" w:sz="8" w:space="0" w:color="E97132" w:themeColor="accent2"/>
        <w:right w:val="single" w:sz="8" w:space="0" w:color="E97132"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96486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Ind w:w="0" w:type="dxa"/>
      <w:tblBorders>
        <w:top w:val="single" w:sz="8" w:space="0" w:color="196B24" w:themeColor="accent3"/>
        <w:left w:val="single" w:sz="8" w:space="0" w:color="196B24" w:themeColor="accent3"/>
        <w:bottom w:val="single" w:sz="8" w:space="0" w:color="196B24" w:themeColor="accent3"/>
        <w:right w:val="single" w:sz="8" w:space="0" w:color="196B24"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96486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Ind w:w="0" w:type="dxa"/>
      <w:tblBorders>
        <w:top w:val="single" w:sz="8" w:space="0" w:color="0F9ED5" w:themeColor="accent4"/>
        <w:left w:val="single" w:sz="8" w:space="0" w:color="0F9ED5" w:themeColor="accent4"/>
        <w:bottom w:val="single" w:sz="8" w:space="0" w:color="0F9ED5" w:themeColor="accent4"/>
        <w:right w:val="single" w:sz="8" w:space="0" w:color="0F9ED5"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96486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Ind w:w="0" w:type="dxa"/>
      <w:tblBorders>
        <w:top w:val="single" w:sz="8" w:space="0" w:color="A02B93" w:themeColor="accent5"/>
        <w:left w:val="single" w:sz="8" w:space="0" w:color="A02B93" w:themeColor="accent5"/>
        <w:bottom w:val="single" w:sz="8" w:space="0" w:color="A02B93" w:themeColor="accent5"/>
        <w:right w:val="single" w:sz="8" w:space="0" w:color="A02B93"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96486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Ind w:w="0" w:type="dxa"/>
      <w:tblBorders>
        <w:top w:val="single" w:sz="8" w:space="0" w:color="4EA72E" w:themeColor="accent6"/>
        <w:left w:val="single" w:sz="8" w:space="0" w:color="4EA72E" w:themeColor="accent6"/>
        <w:bottom w:val="single" w:sz="8" w:space="0" w:color="4EA72E" w:themeColor="accent6"/>
        <w:right w:val="single" w:sz="8" w:space="0" w:color="4EA72E"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CellMar>
        <w:top w:w="0" w:type="dxa"/>
        <w:left w:w="108" w:type="dxa"/>
        <w:bottom w:w="0" w:type="dxa"/>
        <w:right w:w="108" w:type="dxa"/>
      </w:tblCellMar>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1-21">
    <w:name w:val="Medium Grid 1 Accent 2"/>
    <w:basedOn w:val="a3"/>
    <w:uiPriority w:val="67"/>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CellMar>
        <w:top w:w="0" w:type="dxa"/>
        <w:left w:w="108" w:type="dxa"/>
        <w:bottom w:w="0" w:type="dxa"/>
        <w:right w:w="108" w:type="dxa"/>
      </w:tblCellMar>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1-31">
    <w:name w:val="Medium Grid 1 Accent 3"/>
    <w:basedOn w:val="a3"/>
    <w:uiPriority w:val="67"/>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CellMar>
        <w:top w:w="0" w:type="dxa"/>
        <w:left w:w="108" w:type="dxa"/>
        <w:bottom w:w="0" w:type="dxa"/>
        <w:right w:w="108" w:type="dxa"/>
      </w:tblCellMar>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1-41">
    <w:name w:val="Medium Grid 1 Accent 4"/>
    <w:basedOn w:val="a3"/>
    <w:uiPriority w:val="67"/>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CellMar>
        <w:top w:w="0" w:type="dxa"/>
        <w:left w:w="108" w:type="dxa"/>
        <w:bottom w:w="0" w:type="dxa"/>
        <w:right w:w="108" w:type="dxa"/>
      </w:tblCellMar>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1-51">
    <w:name w:val="Medium Grid 1 Accent 5"/>
    <w:basedOn w:val="a3"/>
    <w:uiPriority w:val="67"/>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CellMar>
        <w:top w:w="0" w:type="dxa"/>
        <w:left w:w="108" w:type="dxa"/>
        <w:bottom w:w="0" w:type="dxa"/>
        <w:right w:w="108" w:type="dxa"/>
      </w:tblCellMar>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1-61">
    <w:name w:val="Medium Grid 1 Accent 6"/>
    <w:basedOn w:val="a3"/>
    <w:uiPriority w:val="67"/>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CellMar>
        <w:top w:w="0" w:type="dxa"/>
        <w:left w:w="108" w:type="dxa"/>
        <w:bottom w:w="0" w:type="dxa"/>
        <w:right w:w="108" w:type="dxa"/>
      </w:tblCellMar>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2b">
    <w:name w:val="Medium Grid 2"/>
    <w:basedOn w:val="a3"/>
    <w:uiPriority w:val="68"/>
    <w:rsid w:val="0096486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96486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Ind w:w="0" w:type="dxa"/>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CellMar>
        <w:top w:w="0" w:type="dxa"/>
        <w:left w:w="108" w:type="dxa"/>
        <w:bottom w:w="0" w:type="dxa"/>
        <w:right w:w="108" w:type="dxa"/>
      </w:tblCellMar>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96486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Ind w:w="0" w:type="dxa"/>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CellMar>
        <w:top w:w="0" w:type="dxa"/>
        <w:left w:w="108" w:type="dxa"/>
        <w:bottom w:w="0" w:type="dxa"/>
        <w:right w:w="108" w:type="dxa"/>
      </w:tblCellMar>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96486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Ind w:w="0" w:type="dxa"/>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CellMar>
        <w:top w:w="0" w:type="dxa"/>
        <w:left w:w="108" w:type="dxa"/>
        <w:bottom w:w="0" w:type="dxa"/>
        <w:right w:w="108" w:type="dxa"/>
      </w:tblCellMar>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96486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Ind w:w="0" w:type="dxa"/>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CellMar>
        <w:top w:w="0" w:type="dxa"/>
        <w:left w:w="108" w:type="dxa"/>
        <w:bottom w:w="0" w:type="dxa"/>
        <w:right w:w="108" w:type="dxa"/>
      </w:tblCellMar>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96486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Ind w:w="0" w:type="dxa"/>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CellMar>
        <w:top w:w="0" w:type="dxa"/>
        <w:left w:w="108" w:type="dxa"/>
        <w:bottom w:w="0" w:type="dxa"/>
        <w:right w:w="108" w:type="dxa"/>
      </w:tblCellMar>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96486B"/>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Ind w:w="0" w:type="dxa"/>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CellMar>
        <w:top w:w="0" w:type="dxa"/>
        <w:left w:w="108" w:type="dxa"/>
        <w:bottom w:w="0" w:type="dxa"/>
        <w:right w:w="108" w:type="dxa"/>
      </w:tblCellMar>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37">
    <w:name w:val="Medium Grid 3"/>
    <w:basedOn w:val="a3"/>
    <w:uiPriority w:val="69"/>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3-2">
    <w:name w:val="Medium Grid 3 Accent 2"/>
    <w:basedOn w:val="a3"/>
    <w:uiPriority w:val="69"/>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3-3">
    <w:name w:val="Medium Grid 3 Accent 3"/>
    <w:basedOn w:val="a3"/>
    <w:uiPriority w:val="69"/>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3-4">
    <w:name w:val="Medium Grid 3 Accent 4"/>
    <w:basedOn w:val="a3"/>
    <w:uiPriority w:val="69"/>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3-5">
    <w:name w:val="Medium Grid 3 Accent 5"/>
    <w:basedOn w:val="a3"/>
    <w:uiPriority w:val="69"/>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3-6">
    <w:name w:val="Medium Grid 3 Accent 6"/>
    <w:basedOn w:val="a3"/>
    <w:uiPriority w:val="69"/>
    <w:rsid w:val="0096486B"/>
    <w:pPr>
      <w:spacing w:after="0" w:line="240" w:lineRule="auto"/>
    </w:pPr>
    <w:rPr>
      <w:rFonts w:eastAsiaTheme="minorEastAsia"/>
      <w:kern w:val="0"/>
      <w:sz w:val="22"/>
      <w:szCs w:val="22"/>
      <w:lang w:val="en-US"/>
      <w14:ligatures w14:val="none"/>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aff4">
    <w:name w:val="Dark List"/>
    <w:basedOn w:val="a3"/>
    <w:uiPriority w:val="70"/>
    <w:rsid w:val="0096486B"/>
    <w:pPr>
      <w:spacing w:after="0" w:line="240" w:lineRule="auto"/>
    </w:pPr>
    <w:rPr>
      <w:rFonts w:eastAsiaTheme="minorEastAsia"/>
      <w:color w:val="FFFFFF" w:themeColor="background1"/>
      <w:kern w:val="0"/>
      <w:sz w:val="22"/>
      <w:szCs w:val="22"/>
      <w:lang w:val="en-US"/>
      <w14:ligatures w14:val="none"/>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96486B"/>
    <w:pPr>
      <w:spacing w:after="0" w:line="240" w:lineRule="auto"/>
    </w:pPr>
    <w:rPr>
      <w:rFonts w:eastAsiaTheme="minorEastAsia"/>
      <w:color w:val="FFFFFF" w:themeColor="background1"/>
      <w:kern w:val="0"/>
      <w:sz w:val="22"/>
      <w:szCs w:val="22"/>
      <w:lang w:val="en-US"/>
      <w14:ligatures w14:val="none"/>
    </w:rPr>
    <w:tblPr>
      <w:tblStyleRowBandSize w:val="1"/>
      <w:tblStyleColBandSize w:val="1"/>
      <w:tblInd w:w="0" w:type="dxa"/>
      <w:tblCellMar>
        <w:top w:w="0" w:type="dxa"/>
        <w:left w:w="108" w:type="dxa"/>
        <w:bottom w:w="0" w:type="dxa"/>
        <w:right w:w="108" w:type="dxa"/>
      </w:tblCellMar>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22">
    <w:name w:val="Dark List Accent 2"/>
    <w:basedOn w:val="a3"/>
    <w:uiPriority w:val="70"/>
    <w:rsid w:val="0096486B"/>
    <w:pPr>
      <w:spacing w:after="0" w:line="240" w:lineRule="auto"/>
    </w:pPr>
    <w:rPr>
      <w:rFonts w:eastAsiaTheme="minorEastAsia"/>
      <w:color w:val="FFFFFF" w:themeColor="background1"/>
      <w:kern w:val="0"/>
      <w:sz w:val="22"/>
      <w:szCs w:val="22"/>
      <w:lang w:val="en-US"/>
      <w14:ligatures w14:val="none"/>
    </w:rPr>
    <w:tblPr>
      <w:tblStyleRowBandSize w:val="1"/>
      <w:tblStyleColBandSize w:val="1"/>
      <w:tblInd w:w="0" w:type="dxa"/>
      <w:tblCellMar>
        <w:top w:w="0" w:type="dxa"/>
        <w:left w:w="108" w:type="dxa"/>
        <w:bottom w:w="0" w:type="dxa"/>
        <w:right w:w="108" w:type="dxa"/>
      </w:tblCellMar>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32">
    <w:name w:val="Dark List Accent 3"/>
    <w:basedOn w:val="a3"/>
    <w:uiPriority w:val="70"/>
    <w:rsid w:val="0096486B"/>
    <w:pPr>
      <w:spacing w:after="0" w:line="240" w:lineRule="auto"/>
    </w:pPr>
    <w:rPr>
      <w:rFonts w:eastAsiaTheme="minorEastAsia"/>
      <w:color w:val="FFFFFF" w:themeColor="background1"/>
      <w:kern w:val="0"/>
      <w:sz w:val="22"/>
      <w:szCs w:val="22"/>
      <w:lang w:val="en-US"/>
      <w14:ligatures w14:val="none"/>
    </w:rPr>
    <w:tblPr>
      <w:tblStyleRowBandSize w:val="1"/>
      <w:tblStyleColBandSize w:val="1"/>
      <w:tblInd w:w="0" w:type="dxa"/>
      <w:tblCellMar>
        <w:top w:w="0" w:type="dxa"/>
        <w:left w:w="108" w:type="dxa"/>
        <w:bottom w:w="0" w:type="dxa"/>
        <w:right w:w="108" w:type="dxa"/>
      </w:tblCellMar>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42">
    <w:name w:val="Dark List Accent 4"/>
    <w:basedOn w:val="a3"/>
    <w:uiPriority w:val="70"/>
    <w:rsid w:val="0096486B"/>
    <w:pPr>
      <w:spacing w:after="0" w:line="240" w:lineRule="auto"/>
    </w:pPr>
    <w:rPr>
      <w:rFonts w:eastAsiaTheme="minorEastAsia"/>
      <w:color w:val="FFFFFF" w:themeColor="background1"/>
      <w:kern w:val="0"/>
      <w:sz w:val="22"/>
      <w:szCs w:val="22"/>
      <w:lang w:val="en-US"/>
      <w14:ligatures w14:val="none"/>
    </w:rPr>
    <w:tblPr>
      <w:tblStyleRowBandSize w:val="1"/>
      <w:tblStyleColBandSize w:val="1"/>
      <w:tblInd w:w="0" w:type="dxa"/>
      <w:tblCellMar>
        <w:top w:w="0" w:type="dxa"/>
        <w:left w:w="108" w:type="dxa"/>
        <w:bottom w:w="0" w:type="dxa"/>
        <w:right w:w="108" w:type="dxa"/>
      </w:tblCellMar>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52">
    <w:name w:val="Dark List Accent 5"/>
    <w:basedOn w:val="a3"/>
    <w:uiPriority w:val="70"/>
    <w:rsid w:val="0096486B"/>
    <w:pPr>
      <w:spacing w:after="0" w:line="240" w:lineRule="auto"/>
    </w:pPr>
    <w:rPr>
      <w:rFonts w:eastAsiaTheme="minorEastAsia"/>
      <w:color w:val="FFFFFF" w:themeColor="background1"/>
      <w:kern w:val="0"/>
      <w:sz w:val="22"/>
      <w:szCs w:val="22"/>
      <w:lang w:val="en-US"/>
      <w14:ligatures w14:val="none"/>
    </w:rPr>
    <w:tblPr>
      <w:tblStyleRowBandSize w:val="1"/>
      <w:tblStyleColBandSize w:val="1"/>
      <w:tblInd w:w="0" w:type="dxa"/>
      <w:tblCellMar>
        <w:top w:w="0" w:type="dxa"/>
        <w:left w:w="108" w:type="dxa"/>
        <w:bottom w:w="0" w:type="dxa"/>
        <w:right w:w="108" w:type="dxa"/>
      </w:tblCellMar>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62">
    <w:name w:val="Dark List Accent 6"/>
    <w:basedOn w:val="a3"/>
    <w:uiPriority w:val="70"/>
    <w:rsid w:val="0096486B"/>
    <w:pPr>
      <w:spacing w:after="0" w:line="240" w:lineRule="auto"/>
    </w:pPr>
    <w:rPr>
      <w:rFonts w:eastAsiaTheme="minorEastAsia"/>
      <w:color w:val="FFFFFF" w:themeColor="background1"/>
      <w:kern w:val="0"/>
      <w:sz w:val="22"/>
      <w:szCs w:val="22"/>
      <w:lang w:val="en-US"/>
      <w14:ligatures w14:val="none"/>
    </w:rPr>
    <w:tblPr>
      <w:tblStyleRowBandSize w:val="1"/>
      <w:tblStyleColBandSize w:val="1"/>
      <w:tblInd w:w="0" w:type="dxa"/>
      <w:tblCellMar>
        <w:top w:w="0" w:type="dxa"/>
        <w:left w:w="108" w:type="dxa"/>
        <w:bottom w:w="0" w:type="dxa"/>
        <w:right w:w="108" w:type="dxa"/>
      </w:tblCellMar>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aff5">
    <w:name w:val="Colorful Shading"/>
    <w:basedOn w:val="a3"/>
    <w:uiPriority w:val="71"/>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43">
    <w:name w:val="Colorful Shading Accent 4"/>
    <w:basedOn w:val="a3"/>
    <w:uiPriority w:val="71"/>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CellMar>
        <w:top w:w="0" w:type="dxa"/>
        <w:left w:w="108" w:type="dxa"/>
        <w:bottom w:w="0" w:type="dxa"/>
        <w:right w:w="108" w:type="dxa"/>
      </w:tblCellMar>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24">
    <w:name w:val="Colorful List Accent 2"/>
    <w:basedOn w:val="a3"/>
    <w:uiPriority w:val="72"/>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CellMar>
        <w:top w:w="0" w:type="dxa"/>
        <w:left w:w="108" w:type="dxa"/>
        <w:bottom w:w="0" w:type="dxa"/>
        <w:right w:w="108" w:type="dxa"/>
      </w:tblCellMar>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34">
    <w:name w:val="Colorful List Accent 3"/>
    <w:basedOn w:val="a3"/>
    <w:uiPriority w:val="72"/>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CellMar>
        <w:top w:w="0" w:type="dxa"/>
        <w:left w:w="108" w:type="dxa"/>
        <w:bottom w:w="0" w:type="dxa"/>
        <w:right w:w="108" w:type="dxa"/>
      </w:tblCellMar>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44">
    <w:name w:val="Colorful List Accent 4"/>
    <w:basedOn w:val="a3"/>
    <w:uiPriority w:val="72"/>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CellMar>
        <w:top w:w="0" w:type="dxa"/>
        <w:left w:w="108" w:type="dxa"/>
        <w:bottom w:w="0" w:type="dxa"/>
        <w:right w:w="108" w:type="dxa"/>
      </w:tblCellMar>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54">
    <w:name w:val="Colorful List Accent 5"/>
    <w:basedOn w:val="a3"/>
    <w:uiPriority w:val="72"/>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CellMar>
        <w:top w:w="0" w:type="dxa"/>
        <w:left w:w="108" w:type="dxa"/>
        <w:bottom w:w="0" w:type="dxa"/>
        <w:right w:w="108" w:type="dxa"/>
      </w:tblCellMar>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64">
    <w:name w:val="Colorful List Accent 6"/>
    <w:basedOn w:val="a3"/>
    <w:uiPriority w:val="72"/>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CellMar>
        <w:top w:w="0" w:type="dxa"/>
        <w:left w:w="108" w:type="dxa"/>
        <w:bottom w:w="0" w:type="dxa"/>
        <w:right w:w="108" w:type="dxa"/>
      </w:tblCellMar>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aff7">
    <w:name w:val="Colorful Grid"/>
    <w:basedOn w:val="a3"/>
    <w:uiPriority w:val="73"/>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25">
    <w:name w:val="Colorful Grid Accent 2"/>
    <w:basedOn w:val="a3"/>
    <w:uiPriority w:val="73"/>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35">
    <w:name w:val="Colorful Grid Accent 3"/>
    <w:basedOn w:val="a3"/>
    <w:uiPriority w:val="73"/>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45">
    <w:name w:val="Colorful Grid Accent 4"/>
    <w:basedOn w:val="a3"/>
    <w:uiPriority w:val="73"/>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55">
    <w:name w:val="Colorful Grid Accent 5"/>
    <w:basedOn w:val="a3"/>
    <w:uiPriority w:val="73"/>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65">
    <w:name w:val="Colorful Grid Accent 6"/>
    <w:basedOn w:val="a3"/>
    <w:uiPriority w:val="73"/>
    <w:rsid w:val="0096486B"/>
    <w:pPr>
      <w:spacing w:after="0" w:line="240" w:lineRule="auto"/>
    </w:pPr>
    <w:rPr>
      <w:rFonts w:eastAsiaTheme="minorEastAsia"/>
      <w:color w:val="000000" w:themeColor="text1"/>
      <w:kern w:val="0"/>
      <w:sz w:val="22"/>
      <w:szCs w:val="22"/>
      <w:lang w:val="en-US"/>
      <w14:ligatures w14:val="none"/>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09E707-D5BF-4984-9D16-6031F8AB5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9</Pages>
  <Words>3728</Words>
  <Characters>21253</Characters>
  <Application>Microsoft Office Word</Application>
  <DocSecurity>0</DocSecurity>
  <Lines>177</Lines>
  <Paragraphs>49</Paragraphs>
  <ScaleCrop>false</ScaleCrop>
  <Company/>
  <LinksUpToDate>false</LinksUpToDate>
  <CharactersWithSpaces>24932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Музеев Дирекция</dc:creator>
  <cp:keywords/>
  <dc:description/>
  <cp:lastModifiedBy>Айгуль Жемурзинова</cp:lastModifiedBy>
  <cp:revision>12</cp:revision>
  <dcterms:created xsi:type="dcterms:W3CDTF">2026-10-09T05:05:00Z</dcterms:created>
  <dcterms:modified xsi:type="dcterms:W3CDTF">2026-10-14T04:17:00Z</dcterms:modified>
</cp:coreProperties>
</file>