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22C" w:rsidRPr="00DF04E0" w:rsidRDefault="00440CCE">
      <w:pPr>
        <w:spacing w:after="360"/>
        <w:jc w:val="center"/>
        <w:rPr>
          <w:lang w:val="ru-RU"/>
        </w:rPr>
      </w:pPr>
      <w:proofErr w:type="spellStart"/>
      <w:r>
        <w:rPr>
          <w:b/>
          <w:sz w:val="28"/>
        </w:rPr>
        <w:t>Техн</w:t>
      </w:r>
      <w:r w:rsidR="00DF04E0">
        <w:rPr>
          <w:b/>
          <w:sz w:val="28"/>
        </w:rPr>
        <w:t>ическая</w:t>
      </w:r>
      <w:proofErr w:type="spellEnd"/>
      <w:r w:rsidR="00DF04E0">
        <w:rPr>
          <w:b/>
          <w:sz w:val="28"/>
        </w:rPr>
        <w:t xml:space="preserve"> </w:t>
      </w:r>
      <w:proofErr w:type="spellStart"/>
      <w:r w:rsidR="00DF04E0">
        <w:rPr>
          <w:b/>
          <w:sz w:val="28"/>
        </w:rPr>
        <w:t>спецификация</w:t>
      </w:r>
      <w:proofErr w:type="spellEnd"/>
      <w:r w:rsidR="00DF04E0">
        <w:rPr>
          <w:b/>
          <w:sz w:val="28"/>
        </w:rPr>
        <w:t xml:space="preserve"> </w:t>
      </w:r>
      <w:proofErr w:type="spellStart"/>
      <w:r w:rsidR="00DF04E0">
        <w:rPr>
          <w:b/>
          <w:sz w:val="28"/>
        </w:rPr>
        <w:t>закупаемых</w:t>
      </w:r>
      <w:proofErr w:type="spellEnd"/>
      <w:r>
        <w:rPr>
          <w:b/>
          <w:sz w:val="28"/>
        </w:rPr>
        <w:t xml:space="preserve"> </w:t>
      </w:r>
      <w:r w:rsidR="00DF04E0">
        <w:rPr>
          <w:b/>
          <w:sz w:val="28"/>
          <w:lang w:val="ru-RU"/>
        </w:rPr>
        <w:t>услуг</w:t>
      </w: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480"/>
      </w:tblGrid>
      <w:tr w:rsidR="00DB222C" w:rsidRPr="00E2559B" w:rsidTr="00534E6D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proofErr w:type="spellStart"/>
            <w:r>
              <w:rPr>
                <w:b/>
                <w:sz w:val="22"/>
              </w:rPr>
              <w:t>Наименование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заказчика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440CCE" w:rsidRDefault="00DF04E0">
            <w:pPr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Филиал </w:t>
            </w:r>
            <w:r w:rsidR="00440CCE" w:rsidRPr="00440CCE">
              <w:rPr>
                <w:sz w:val="22"/>
                <w:lang w:val="ru-RU"/>
              </w:rPr>
              <w:t>АО ЛОК «Ок-</w:t>
            </w:r>
            <w:proofErr w:type="spellStart"/>
            <w:r w:rsidR="00440CCE" w:rsidRPr="00440CCE">
              <w:rPr>
                <w:sz w:val="22"/>
                <w:lang w:val="ru-RU"/>
              </w:rPr>
              <w:t>Жетпес</w:t>
            </w:r>
            <w:proofErr w:type="spellEnd"/>
            <w:r w:rsidR="00440CCE" w:rsidRPr="00440CCE">
              <w:rPr>
                <w:sz w:val="22"/>
                <w:lang w:val="ru-RU"/>
              </w:rPr>
              <w:t>» Алматы</w:t>
            </w:r>
          </w:p>
        </w:tc>
      </w:tr>
      <w:tr w:rsidR="00DB222C" w:rsidRPr="00E2559B" w:rsidTr="00534E6D">
        <w:trPr>
          <w:trHeight w:val="435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DF04E0" w:rsidRDefault="00440CCE" w:rsidP="00DF04E0">
            <w:pPr>
              <w:rPr>
                <w:lang w:val="ru-RU"/>
              </w:rPr>
            </w:pPr>
            <w:proofErr w:type="spellStart"/>
            <w:r>
              <w:rPr>
                <w:b/>
                <w:sz w:val="22"/>
              </w:rPr>
              <w:t>Наименование</w:t>
            </w:r>
            <w:proofErr w:type="spellEnd"/>
            <w:r>
              <w:rPr>
                <w:b/>
                <w:sz w:val="22"/>
              </w:rPr>
              <w:t xml:space="preserve"> </w:t>
            </w:r>
            <w:r w:rsidR="00DF04E0">
              <w:rPr>
                <w:b/>
                <w:sz w:val="22"/>
                <w:lang w:val="ru-RU"/>
              </w:rPr>
              <w:t>услуги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DF04E0" w:rsidRDefault="00DF04E0">
            <w:pPr>
              <w:rPr>
                <w:lang w:val="ru-RU"/>
              </w:rPr>
            </w:pPr>
            <w:r w:rsidRPr="00DF04E0">
              <w:rPr>
                <w:sz w:val="22"/>
                <w:lang w:val="ru-RU"/>
              </w:rPr>
              <w:t>Монтажные и пусконаладочные работы по подключению и настройке локальной сети объекта «</w:t>
            </w:r>
            <w:proofErr w:type="spellStart"/>
            <w:r w:rsidRPr="00DF04E0">
              <w:rPr>
                <w:sz w:val="22"/>
                <w:lang w:val="ru-RU"/>
              </w:rPr>
              <w:t>ТермоСПА</w:t>
            </w:r>
            <w:proofErr w:type="spellEnd"/>
          </w:p>
        </w:tc>
      </w:tr>
      <w:tr w:rsidR="00DB222C" w:rsidTr="00534E6D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DF04E0">
            <w:proofErr w:type="spellStart"/>
            <w:r>
              <w:rPr>
                <w:b/>
                <w:sz w:val="22"/>
              </w:rPr>
              <w:t>Место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поставки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услуги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r w:rsidRPr="00440CCE">
              <w:rPr>
                <w:sz w:val="22"/>
                <w:lang w:val="ru-RU"/>
              </w:rPr>
              <w:t>АО ЛОК «Ок-</w:t>
            </w:r>
            <w:proofErr w:type="spellStart"/>
            <w:r w:rsidRPr="00440CCE">
              <w:rPr>
                <w:sz w:val="22"/>
                <w:lang w:val="ru-RU"/>
              </w:rPr>
              <w:t>Жетпес</w:t>
            </w:r>
            <w:proofErr w:type="spellEnd"/>
            <w:r w:rsidRPr="00440CCE">
              <w:rPr>
                <w:sz w:val="22"/>
                <w:lang w:val="ru-RU"/>
              </w:rPr>
              <w:t>» «Алматы» г. Алматы</w:t>
            </w:r>
            <w:r w:rsidRPr="00440CCE">
              <w:rPr>
                <w:sz w:val="22"/>
                <w:lang w:val="ru-RU"/>
              </w:rPr>
              <w:br/>
            </w:r>
            <w:proofErr w:type="spellStart"/>
            <w:r w:rsidRPr="00440CCE">
              <w:rPr>
                <w:sz w:val="22"/>
                <w:lang w:val="ru-RU"/>
              </w:rPr>
              <w:t>Бостандыкский</w:t>
            </w:r>
            <w:proofErr w:type="spellEnd"/>
            <w:r w:rsidRPr="00440CCE">
              <w:rPr>
                <w:sz w:val="22"/>
                <w:lang w:val="ru-RU"/>
              </w:rPr>
              <w:t xml:space="preserve"> район, ул. </w:t>
            </w:r>
            <w:proofErr w:type="spellStart"/>
            <w:r>
              <w:rPr>
                <w:sz w:val="22"/>
              </w:rPr>
              <w:t>Алмерек</w:t>
            </w:r>
            <w:proofErr w:type="spellEnd"/>
            <w:r>
              <w:rPr>
                <w:sz w:val="22"/>
              </w:rPr>
              <w:t xml:space="preserve"> 1/1</w:t>
            </w:r>
          </w:p>
        </w:tc>
      </w:tr>
      <w:tr w:rsidR="00DB222C" w:rsidRPr="00E2559B" w:rsidTr="00534E6D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DF04E0" w:rsidRDefault="00440CCE" w:rsidP="00DF04E0">
            <w:pPr>
              <w:rPr>
                <w:lang w:val="ru-RU"/>
              </w:rPr>
            </w:pPr>
            <w:proofErr w:type="spellStart"/>
            <w:r>
              <w:rPr>
                <w:b/>
                <w:sz w:val="22"/>
              </w:rPr>
              <w:t>Срок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выполнения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поставки</w:t>
            </w:r>
            <w:proofErr w:type="spellEnd"/>
            <w:r>
              <w:rPr>
                <w:b/>
                <w:sz w:val="22"/>
              </w:rPr>
              <w:t xml:space="preserve"> </w:t>
            </w:r>
            <w:r w:rsidR="00DF04E0">
              <w:rPr>
                <w:b/>
                <w:sz w:val="22"/>
                <w:lang w:val="ru-RU"/>
              </w:rPr>
              <w:t>услуги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440CCE" w:rsidRDefault="00440CCE" w:rsidP="00925DCF">
            <w:pPr>
              <w:rPr>
                <w:lang w:val="ru-RU"/>
              </w:rPr>
            </w:pPr>
            <w:r w:rsidRPr="00440CCE">
              <w:rPr>
                <w:sz w:val="22"/>
                <w:lang w:val="ru-RU"/>
              </w:rPr>
              <w:t xml:space="preserve">С момента подписание договора в течение </w:t>
            </w:r>
            <w:r w:rsidR="00925DCF">
              <w:rPr>
                <w:sz w:val="22"/>
                <w:lang w:val="ru-RU"/>
              </w:rPr>
              <w:t>16</w:t>
            </w:r>
            <w:r w:rsidRPr="00440CCE">
              <w:rPr>
                <w:sz w:val="22"/>
                <w:lang w:val="ru-RU"/>
              </w:rPr>
              <w:t xml:space="preserve"> дней в 2026 году</w:t>
            </w:r>
          </w:p>
        </w:tc>
      </w:tr>
      <w:tr w:rsidR="00534E6D" w:rsidRPr="00534E6D" w:rsidTr="00534E6D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>
            <w:pPr>
              <w:rPr>
                <w:b/>
                <w:sz w:val="22"/>
              </w:rPr>
            </w:pPr>
            <w:proofErr w:type="spellStart"/>
            <w:r w:rsidRPr="00534E6D">
              <w:rPr>
                <w:b/>
                <w:sz w:val="22"/>
              </w:rPr>
              <w:t>Количество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440CCE" w:rsidRDefault="00DF04E0">
            <w:pPr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1 услуга</w:t>
            </w:r>
          </w:p>
        </w:tc>
      </w:tr>
      <w:tr w:rsidR="00DB222C" w:rsidRPr="00DF04E0" w:rsidTr="00534E6D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440CCE" w:rsidRDefault="00440CCE">
            <w:pPr>
              <w:rPr>
                <w:lang w:val="ru-RU"/>
              </w:rPr>
            </w:pPr>
            <w:r w:rsidRPr="00440CCE">
              <w:rPr>
                <w:b/>
                <w:sz w:val="22"/>
                <w:lang w:val="ru-RU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534E6D" w:rsidRDefault="00DF04E0" w:rsidP="00DF04E0">
            <w:pPr>
              <w:rPr>
                <w:lang w:val="ru-RU"/>
              </w:rPr>
            </w:pPr>
            <w:r>
              <w:rPr>
                <w:lang w:val="ru-RU"/>
              </w:rPr>
              <w:t xml:space="preserve">1. Назначение услуги </w:t>
            </w:r>
            <w:r w:rsidRPr="00DF04E0">
              <w:rPr>
                <w:lang w:val="ru-RU"/>
              </w:rPr>
              <w:t xml:space="preserve">Организация высокоскоростного канала связи между Зданием № 1, имеющим действующее подключение к сети Интернет, и Зданием № 2 посредством существующего </w:t>
            </w:r>
            <w:proofErr w:type="spellStart"/>
            <w:r w:rsidRPr="00DF04E0">
              <w:rPr>
                <w:lang w:val="ru-RU"/>
              </w:rPr>
              <w:t>неоконеченного</w:t>
            </w:r>
            <w:proofErr w:type="spellEnd"/>
            <w:r w:rsidRPr="00DF04E0">
              <w:rPr>
                <w:lang w:val="ru-RU"/>
              </w:rPr>
              <w:t xml:space="preserve"> волоконно-оптического кабеля для обеспечения полноценного доступа к сети Интернет во второ</w:t>
            </w:r>
            <w:r>
              <w:rPr>
                <w:lang w:val="ru-RU"/>
              </w:rPr>
              <w:t>м здании.</w:t>
            </w:r>
            <w:r w:rsidRPr="00DF04E0">
              <w:rPr>
                <w:lang w:val="ru-RU"/>
              </w:rPr>
              <w:t>2. Технически</w:t>
            </w:r>
            <w:r>
              <w:rPr>
                <w:lang w:val="ru-RU"/>
              </w:rPr>
              <w:t>е требования к выполнению работ</w:t>
            </w:r>
            <w:r w:rsidRPr="00DF04E0">
              <w:rPr>
                <w:lang w:val="ru-RU"/>
              </w:rPr>
              <w:t xml:space="preserve">2.1. </w:t>
            </w:r>
            <w:proofErr w:type="spellStart"/>
            <w:r w:rsidRPr="00DF04E0">
              <w:rPr>
                <w:lang w:val="ru-RU"/>
              </w:rPr>
              <w:t>Оконцеван</w:t>
            </w:r>
            <w:r>
              <w:rPr>
                <w:lang w:val="ru-RU"/>
              </w:rPr>
              <w:t>ие</w:t>
            </w:r>
            <w:proofErr w:type="spellEnd"/>
            <w:r>
              <w:rPr>
                <w:lang w:val="ru-RU"/>
              </w:rPr>
              <w:t xml:space="preserve"> волоконно-оптического </w:t>
            </w:r>
            <w:proofErr w:type="spellStart"/>
            <w:r>
              <w:rPr>
                <w:lang w:val="ru-RU"/>
              </w:rPr>
              <w:t>кабеля•</w:t>
            </w:r>
            <w:r w:rsidRPr="00DF04E0">
              <w:rPr>
                <w:lang w:val="ru-RU"/>
              </w:rPr>
              <w:t>Выполнить</w:t>
            </w:r>
            <w:proofErr w:type="spellEnd"/>
            <w:r w:rsidRPr="00DF04E0">
              <w:rPr>
                <w:lang w:val="ru-RU"/>
              </w:rPr>
              <w:t xml:space="preserve"> подготовку концов существующего опти</w:t>
            </w:r>
            <w:r>
              <w:rPr>
                <w:lang w:val="ru-RU"/>
              </w:rPr>
              <w:t xml:space="preserve">ческого кабеля в обоих </w:t>
            </w:r>
            <w:proofErr w:type="spellStart"/>
            <w:r>
              <w:rPr>
                <w:lang w:val="ru-RU"/>
              </w:rPr>
              <w:t>зданиях.•</w:t>
            </w:r>
            <w:r w:rsidRPr="00DF04E0">
              <w:rPr>
                <w:lang w:val="ru-RU"/>
              </w:rPr>
              <w:t>Завести</w:t>
            </w:r>
            <w:proofErr w:type="spellEnd"/>
            <w:r w:rsidRPr="00DF04E0">
              <w:rPr>
                <w:lang w:val="ru-RU"/>
              </w:rPr>
              <w:t xml:space="preserve"> концы кабеля в оптические кроссы, установленные в Здании № 1 и Зд</w:t>
            </w:r>
            <w:r>
              <w:rPr>
                <w:lang w:val="ru-RU"/>
              </w:rPr>
              <w:t>ании № 2.•</w:t>
            </w:r>
            <w:r w:rsidRPr="00DF04E0">
              <w:rPr>
                <w:lang w:val="ru-RU"/>
              </w:rPr>
              <w:t xml:space="preserve">Выполнить сварное соединение всех 8 оптических волокон кабеля с оптическими </w:t>
            </w:r>
            <w:proofErr w:type="spellStart"/>
            <w:r w:rsidRPr="00DF04E0">
              <w:rPr>
                <w:lang w:val="ru-RU"/>
              </w:rPr>
              <w:t>пигтейлами</w:t>
            </w:r>
            <w:proofErr w:type="spellEnd"/>
            <w:r w:rsidRPr="00DF04E0">
              <w:rPr>
                <w:lang w:val="ru-RU"/>
              </w:rPr>
              <w:t>, оснащёнными соответствующ</w:t>
            </w:r>
            <w:r>
              <w:rPr>
                <w:lang w:val="ru-RU"/>
              </w:rPr>
              <w:t xml:space="preserve">ими разъёмами, в обоих </w:t>
            </w:r>
            <w:proofErr w:type="spellStart"/>
            <w:r>
              <w:rPr>
                <w:lang w:val="ru-RU"/>
              </w:rPr>
              <w:t>зданиях.•</w:t>
            </w:r>
            <w:r w:rsidRPr="00DF04E0">
              <w:rPr>
                <w:lang w:val="ru-RU"/>
              </w:rPr>
              <w:t>Обеспечить</w:t>
            </w:r>
            <w:proofErr w:type="spellEnd"/>
            <w:r w:rsidRPr="00DF04E0">
              <w:rPr>
                <w:lang w:val="ru-RU"/>
              </w:rPr>
              <w:t xml:space="preserve"> защиту сварных соединений и правильную укладку вол</w:t>
            </w:r>
            <w:r>
              <w:rPr>
                <w:lang w:val="ru-RU"/>
              </w:rPr>
              <w:t>окон внутри оптических кроссов.</w:t>
            </w:r>
            <w:r w:rsidRPr="00DF04E0">
              <w:rPr>
                <w:lang w:val="ru-RU"/>
              </w:rPr>
              <w:t>2.2. По</w:t>
            </w:r>
            <w:r>
              <w:rPr>
                <w:lang w:val="ru-RU"/>
              </w:rPr>
              <w:t xml:space="preserve">дключение сетевого </w:t>
            </w:r>
            <w:proofErr w:type="spellStart"/>
            <w:r>
              <w:rPr>
                <w:lang w:val="ru-RU"/>
              </w:rPr>
              <w:t>оборудования•</w:t>
            </w:r>
            <w:r w:rsidRPr="00DF04E0">
              <w:rPr>
                <w:lang w:val="ru-RU"/>
              </w:rPr>
              <w:t>В</w:t>
            </w:r>
            <w:proofErr w:type="spellEnd"/>
            <w:r w:rsidRPr="00DF04E0">
              <w:rPr>
                <w:lang w:val="ru-RU"/>
              </w:rPr>
              <w:t xml:space="preserve"> Здании № 1 выполнить подключение оптического кросса к существующему </w:t>
            </w:r>
            <w:proofErr w:type="spellStart"/>
            <w:r w:rsidRPr="00DF04E0">
              <w:rPr>
                <w:lang w:val="ru-RU"/>
              </w:rPr>
              <w:t>медиаконвертеру</w:t>
            </w:r>
            <w:proofErr w:type="spellEnd"/>
            <w:r w:rsidRPr="00DF04E0">
              <w:rPr>
                <w:lang w:val="ru-RU"/>
              </w:rPr>
              <w:t xml:space="preserve"> или коммутатору с оптическим интерфейсом поср</w:t>
            </w:r>
            <w:r>
              <w:rPr>
                <w:lang w:val="ru-RU"/>
              </w:rPr>
              <w:t xml:space="preserve">едством оптического </w:t>
            </w:r>
            <w:proofErr w:type="spellStart"/>
            <w:r>
              <w:rPr>
                <w:lang w:val="ru-RU"/>
              </w:rPr>
              <w:t>патч</w:t>
            </w:r>
            <w:proofErr w:type="spellEnd"/>
            <w:r>
              <w:rPr>
                <w:lang w:val="ru-RU"/>
              </w:rPr>
              <w:t>-</w:t>
            </w:r>
            <w:proofErr w:type="spellStart"/>
            <w:r>
              <w:rPr>
                <w:lang w:val="ru-RU"/>
              </w:rPr>
              <w:t>корда.•</w:t>
            </w:r>
            <w:r w:rsidRPr="00DF04E0">
              <w:rPr>
                <w:lang w:val="ru-RU"/>
              </w:rPr>
              <w:t>В</w:t>
            </w:r>
            <w:proofErr w:type="spellEnd"/>
            <w:r w:rsidRPr="00DF04E0">
              <w:rPr>
                <w:lang w:val="ru-RU"/>
              </w:rPr>
              <w:t xml:space="preserve"> Здании № 2 выполнить подключение оптического кросса к существующему </w:t>
            </w:r>
            <w:proofErr w:type="spellStart"/>
            <w:r w:rsidRPr="00DF04E0">
              <w:rPr>
                <w:lang w:val="ru-RU"/>
              </w:rPr>
              <w:t>медиаконвертеру</w:t>
            </w:r>
            <w:proofErr w:type="spellEnd"/>
            <w:r w:rsidRPr="00DF04E0">
              <w:rPr>
                <w:lang w:val="ru-RU"/>
              </w:rPr>
              <w:t xml:space="preserve"> или коммутатору с оптическим интерфейсом поср</w:t>
            </w:r>
            <w:r>
              <w:rPr>
                <w:lang w:val="ru-RU"/>
              </w:rPr>
              <w:t xml:space="preserve">едством оптического </w:t>
            </w:r>
            <w:proofErr w:type="spellStart"/>
            <w:r>
              <w:rPr>
                <w:lang w:val="ru-RU"/>
              </w:rPr>
              <w:t>патч</w:t>
            </w:r>
            <w:proofErr w:type="spellEnd"/>
            <w:r>
              <w:rPr>
                <w:lang w:val="ru-RU"/>
              </w:rPr>
              <w:t>-</w:t>
            </w:r>
            <w:proofErr w:type="spellStart"/>
            <w:r>
              <w:rPr>
                <w:lang w:val="ru-RU"/>
              </w:rPr>
              <w:t>корда.•</w:t>
            </w:r>
            <w:r w:rsidRPr="00DF04E0">
              <w:rPr>
                <w:lang w:val="ru-RU"/>
              </w:rPr>
              <w:t>Обеспечить</w:t>
            </w:r>
            <w:proofErr w:type="spellEnd"/>
            <w:r w:rsidRPr="00DF04E0">
              <w:rPr>
                <w:lang w:val="ru-RU"/>
              </w:rPr>
              <w:t xml:space="preserve"> совместимость используемых </w:t>
            </w:r>
            <w:proofErr w:type="spellStart"/>
            <w:r w:rsidRPr="00DF04E0">
              <w:rPr>
                <w:lang w:val="ru-RU"/>
              </w:rPr>
              <w:t>патч</w:t>
            </w:r>
            <w:proofErr w:type="spellEnd"/>
            <w:r w:rsidRPr="00DF04E0">
              <w:rPr>
                <w:lang w:val="ru-RU"/>
              </w:rPr>
              <w:t xml:space="preserve">-кордов и оптических разъёмов с </w:t>
            </w:r>
            <w:r w:rsidRPr="00DF04E0">
              <w:rPr>
                <w:lang w:val="ru-RU"/>
              </w:rPr>
              <w:lastRenderedPageBreak/>
              <w:t>установленными кр</w:t>
            </w:r>
            <w:r>
              <w:rPr>
                <w:lang w:val="ru-RU"/>
              </w:rPr>
              <w:t xml:space="preserve">оссами и сетевым </w:t>
            </w:r>
            <w:proofErr w:type="spellStart"/>
            <w:r>
              <w:rPr>
                <w:lang w:val="ru-RU"/>
              </w:rPr>
              <w:t>оборудованием.•</w:t>
            </w:r>
            <w:r w:rsidRPr="00DF04E0">
              <w:rPr>
                <w:lang w:val="ru-RU"/>
              </w:rPr>
              <w:t>Обеспечить</w:t>
            </w:r>
            <w:proofErr w:type="spellEnd"/>
            <w:r w:rsidRPr="00DF04E0">
              <w:rPr>
                <w:lang w:val="ru-RU"/>
              </w:rPr>
              <w:t xml:space="preserve"> соединение сетевого оборудования обоих зданий посредством существующей ВОЛС и передачу данных между ними для предоставления доступа к </w:t>
            </w:r>
            <w:r>
              <w:rPr>
                <w:lang w:val="ru-RU"/>
              </w:rPr>
              <w:t>сети Интернет во втором здании.</w:t>
            </w:r>
            <w:r w:rsidRPr="00DF04E0">
              <w:rPr>
                <w:lang w:val="ru-RU"/>
              </w:rPr>
              <w:t>2.3. Пров</w:t>
            </w:r>
            <w:r>
              <w:rPr>
                <w:lang w:val="ru-RU"/>
              </w:rPr>
              <w:t xml:space="preserve">ерка и тестирование линии </w:t>
            </w:r>
            <w:proofErr w:type="spellStart"/>
            <w:r>
              <w:rPr>
                <w:lang w:val="ru-RU"/>
              </w:rPr>
              <w:t>связи•</w:t>
            </w:r>
            <w:r w:rsidRPr="00DF04E0">
              <w:rPr>
                <w:lang w:val="ru-RU"/>
              </w:rPr>
              <w:t>Провести</w:t>
            </w:r>
            <w:proofErr w:type="spellEnd"/>
            <w:r w:rsidRPr="00DF04E0">
              <w:rPr>
                <w:lang w:val="ru-RU"/>
              </w:rPr>
              <w:t xml:space="preserve"> проверку всех 8 оптических волокон с использованием оп</w:t>
            </w:r>
            <w:r>
              <w:rPr>
                <w:lang w:val="ru-RU"/>
              </w:rPr>
              <w:t>тического рефлектометра (OTDR).•</w:t>
            </w:r>
            <w:r w:rsidRPr="00DF04E0">
              <w:rPr>
                <w:lang w:val="ru-RU"/>
              </w:rPr>
              <w:t>Выполнить измерение затухания сигнала, проверить целостность волокон</w:t>
            </w:r>
            <w:r>
              <w:rPr>
                <w:lang w:val="ru-RU"/>
              </w:rPr>
              <w:t xml:space="preserve"> и качество сварных </w:t>
            </w:r>
            <w:proofErr w:type="spellStart"/>
            <w:r>
              <w:rPr>
                <w:lang w:val="ru-RU"/>
              </w:rPr>
              <w:t>соединений.•</w:t>
            </w:r>
            <w:r w:rsidRPr="00DF04E0">
              <w:rPr>
                <w:lang w:val="ru-RU"/>
              </w:rPr>
              <w:t>При</w:t>
            </w:r>
            <w:proofErr w:type="spellEnd"/>
            <w:r w:rsidRPr="00DF04E0">
              <w:rPr>
                <w:lang w:val="ru-RU"/>
              </w:rPr>
              <w:t xml:space="preserve"> выявлении дефектов, препятствующих нормальной работе линии, устрани</w:t>
            </w:r>
            <w:r>
              <w:rPr>
                <w:lang w:val="ru-RU"/>
              </w:rPr>
              <w:t xml:space="preserve">ть их в рамках оказания </w:t>
            </w:r>
            <w:proofErr w:type="spellStart"/>
            <w:r>
              <w:rPr>
                <w:lang w:val="ru-RU"/>
              </w:rPr>
              <w:t>услуги.</w:t>
            </w:r>
            <w:r w:rsidRPr="00DF04E0">
              <w:rPr>
                <w:lang w:val="ru-RU"/>
              </w:rPr>
              <w:t>•Провести</w:t>
            </w:r>
            <w:proofErr w:type="spellEnd"/>
            <w:r w:rsidRPr="00DF04E0">
              <w:rPr>
                <w:lang w:val="ru-RU"/>
              </w:rPr>
              <w:t xml:space="preserve"> проверку работоспособности соединения между сете</w:t>
            </w:r>
            <w:r>
              <w:rPr>
                <w:lang w:val="ru-RU"/>
              </w:rPr>
              <w:t xml:space="preserve">вым оборудованием обоих </w:t>
            </w:r>
            <w:proofErr w:type="spellStart"/>
            <w:r>
              <w:rPr>
                <w:lang w:val="ru-RU"/>
              </w:rPr>
              <w:t>зданий.•</w:t>
            </w:r>
            <w:r w:rsidRPr="00DF04E0">
              <w:rPr>
                <w:lang w:val="ru-RU"/>
              </w:rPr>
              <w:t>Выполнить</w:t>
            </w:r>
            <w:proofErr w:type="spellEnd"/>
            <w:r w:rsidRPr="00DF04E0">
              <w:rPr>
                <w:lang w:val="ru-RU"/>
              </w:rPr>
              <w:t xml:space="preserve"> контрольное тестирование передачи данных для подтверждения стабильности соединения и отсутствия </w:t>
            </w:r>
            <w:r>
              <w:rPr>
                <w:lang w:val="ru-RU"/>
              </w:rPr>
              <w:t>потерь пакетов в ходе проверки.</w:t>
            </w:r>
            <w:r w:rsidRPr="00DF04E0">
              <w:rPr>
                <w:lang w:val="ru-RU"/>
              </w:rPr>
              <w:t>3.</w:t>
            </w:r>
            <w:r>
              <w:rPr>
                <w:lang w:val="ru-RU"/>
              </w:rPr>
              <w:t xml:space="preserve"> Требования к исполнению </w:t>
            </w:r>
            <w:proofErr w:type="spellStart"/>
            <w:r>
              <w:rPr>
                <w:lang w:val="ru-RU"/>
              </w:rPr>
              <w:t>услуги</w:t>
            </w:r>
            <w:r w:rsidRPr="00DF04E0">
              <w:rPr>
                <w:lang w:val="ru-RU"/>
              </w:rPr>
              <w:t>•Все</w:t>
            </w:r>
            <w:proofErr w:type="spellEnd"/>
            <w:r w:rsidRPr="00DF04E0">
              <w:rPr>
                <w:lang w:val="ru-RU"/>
              </w:rPr>
              <w:t xml:space="preserve"> работы должны выполняться с использованием оборудования и инструментов, необходимых для сварки и тестирования во</w:t>
            </w:r>
            <w:r>
              <w:rPr>
                <w:lang w:val="ru-RU"/>
              </w:rPr>
              <w:t xml:space="preserve">локонно-оптических линий </w:t>
            </w:r>
            <w:proofErr w:type="spellStart"/>
            <w:r>
              <w:rPr>
                <w:lang w:val="ru-RU"/>
              </w:rPr>
              <w:t>связи.•</w:t>
            </w:r>
            <w:r w:rsidRPr="00DF04E0">
              <w:rPr>
                <w:lang w:val="ru-RU"/>
              </w:rPr>
              <w:t>Исполнитель</w:t>
            </w:r>
            <w:proofErr w:type="spellEnd"/>
            <w:r w:rsidRPr="00DF04E0">
              <w:rPr>
                <w:lang w:val="ru-RU"/>
              </w:rPr>
              <w:t xml:space="preserve"> обеспечивает необходимые для выполнения работ расходные материалы, включая оптические </w:t>
            </w:r>
            <w:proofErr w:type="spellStart"/>
            <w:r w:rsidRPr="00DF04E0">
              <w:rPr>
                <w:lang w:val="ru-RU"/>
              </w:rPr>
              <w:t>пигтейлы</w:t>
            </w:r>
            <w:proofErr w:type="spellEnd"/>
            <w:r w:rsidRPr="00DF04E0">
              <w:rPr>
                <w:lang w:val="ru-RU"/>
              </w:rPr>
              <w:t xml:space="preserve"> и </w:t>
            </w:r>
            <w:proofErr w:type="spellStart"/>
            <w:r w:rsidRPr="00DF04E0">
              <w:rPr>
                <w:lang w:val="ru-RU"/>
              </w:rPr>
              <w:t>патч</w:t>
            </w:r>
            <w:proofErr w:type="spellEnd"/>
            <w:r w:rsidRPr="00DF04E0">
              <w:rPr>
                <w:lang w:val="ru-RU"/>
              </w:rPr>
              <w:t>-корды, совместимые</w:t>
            </w:r>
            <w:r>
              <w:rPr>
                <w:lang w:val="ru-RU"/>
              </w:rPr>
              <w:t xml:space="preserve"> с установленным </w:t>
            </w:r>
            <w:proofErr w:type="spellStart"/>
            <w:r>
              <w:rPr>
                <w:lang w:val="ru-RU"/>
              </w:rPr>
              <w:t>оборудованием.•</w:t>
            </w:r>
            <w:r w:rsidRPr="00DF04E0">
              <w:rPr>
                <w:lang w:val="ru-RU"/>
              </w:rPr>
              <w:t>Работы</w:t>
            </w:r>
            <w:proofErr w:type="spellEnd"/>
            <w:r w:rsidRPr="00DF04E0">
              <w:rPr>
                <w:lang w:val="ru-RU"/>
              </w:rPr>
              <w:t xml:space="preserve"> выполняются с соблюдением технических требований к монтажу и эксплуатации во</w:t>
            </w:r>
            <w:r>
              <w:rPr>
                <w:lang w:val="ru-RU"/>
              </w:rPr>
              <w:t>локонно-оптических линий связи.</w:t>
            </w:r>
            <w:r w:rsidRPr="00DF04E0">
              <w:rPr>
                <w:lang w:val="ru-RU"/>
              </w:rPr>
              <w:t xml:space="preserve">4. Результат оказания </w:t>
            </w:r>
            <w:proofErr w:type="spellStart"/>
            <w:r w:rsidRPr="00DF04E0">
              <w:rPr>
                <w:lang w:val="ru-RU"/>
              </w:rPr>
              <w:t>услугиПо</w:t>
            </w:r>
            <w:proofErr w:type="spellEnd"/>
            <w:r w:rsidRPr="00DF04E0">
              <w:rPr>
                <w:lang w:val="ru-RU"/>
              </w:rPr>
              <w:t xml:space="preserve"> завершении работ</w:t>
            </w:r>
            <w:r>
              <w:rPr>
                <w:lang w:val="ru-RU"/>
              </w:rPr>
              <w:t xml:space="preserve"> исполнитель обязан обеспечить:•</w:t>
            </w:r>
            <w:proofErr w:type="spellStart"/>
            <w:r w:rsidRPr="00DF04E0">
              <w:rPr>
                <w:lang w:val="ru-RU"/>
              </w:rPr>
              <w:t>оконцевание</w:t>
            </w:r>
            <w:proofErr w:type="spellEnd"/>
            <w:r w:rsidRPr="00DF04E0">
              <w:rPr>
                <w:lang w:val="ru-RU"/>
              </w:rPr>
              <w:t xml:space="preserve"> всех 8 оптических волокон в о</w:t>
            </w:r>
            <w:r>
              <w:rPr>
                <w:lang w:val="ru-RU"/>
              </w:rPr>
              <w:t>птических кроссах обоих зданий;•</w:t>
            </w:r>
            <w:r w:rsidRPr="00DF04E0">
              <w:rPr>
                <w:lang w:val="ru-RU"/>
              </w:rPr>
              <w:t>подключение оптических кроссов к существующему сетевом</w:t>
            </w:r>
            <w:r>
              <w:rPr>
                <w:lang w:val="ru-RU"/>
              </w:rPr>
              <w:t>у оборудованию в обоих зданиях;•</w:t>
            </w:r>
            <w:r w:rsidRPr="00DF04E0">
              <w:rPr>
                <w:lang w:val="ru-RU"/>
              </w:rPr>
              <w:t xml:space="preserve">проведение </w:t>
            </w:r>
            <w:proofErr w:type="spellStart"/>
            <w:r w:rsidRPr="00DF04E0">
              <w:rPr>
                <w:lang w:val="ru-RU"/>
              </w:rPr>
              <w:t>рефлектометрических</w:t>
            </w:r>
            <w:proofErr w:type="spellEnd"/>
            <w:r w:rsidRPr="00DF04E0">
              <w:rPr>
                <w:lang w:val="ru-RU"/>
              </w:rPr>
              <w:t xml:space="preserve"> измерени</w:t>
            </w:r>
            <w:r>
              <w:rPr>
                <w:lang w:val="ru-RU"/>
              </w:rPr>
              <w:t>й и проверку затухания сигнала;•</w:t>
            </w:r>
            <w:r w:rsidRPr="00DF04E0">
              <w:rPr>
                <w:lang w:val="ru-RU"/>
              </w:rPr>
              <w:t>работоспособность и стабильнос</w:t>
            </w:r>
            <w:r>
              <w:rPr>
                <w:lang w:val="ru-RU"/>
              </w:rPr>
              <w:t>ть канала связи между зданиями;•</w:t>
            </w:r>
            <w:r w:rsidRPr="00DF04E0">
              <w:rPr>
                <w:lang w:val="ru-RU"/>
              </w:rPr>
              <w:t>возможность использования подключени</w:t>
            </w:r>
            <w:r>
              <w:rPr>
                <w:lang w:val="ru-RU"/>
              </w:rPr>
              <w:t>я к сети Интернет в Здании № 2;•</w:t>
            </w:r>
            <w:r w:rsidRPr="00DF04E0">
              <w:rPr>
                <w:lang w:val="ru-RU"/>
              </w:rPr>
              <w:t>предоставление заказчику результатов измере</w:t>
            </w:r>
            <w:r>
              <w:rPr>
                <w:lang w:val="ru-RU"/>
              </w:rPr>
              <w:t xml:space="preserve">ний параметров оптической линии5. Условия оказания </w:t>
            </w:r>
            <w:proofErr w:type="spellStart"/>
            <w:r>
              <w:rPr>
                <w:lang w:val="ru-RU"/>
              </w:rPr>
              <w:t>услуги</w:t>
            </w:r>
            <w:r w:rsidRPr="00DF04E0">
              <w:rPr>
                <w:lang w:val="ru-RU"/>
              </w:rPr>
              <w:t>Работы</w:t>
            </w:r>
            <w:proofErr w:type="spellEnd"/>
            <w:r w:rsidRPr="00DF04E0">
              <w:rPr>
                <w:lang w:val="ru-RU"/>
              </w:rPr>
              <w:t xml:space="preserve"> выполняются по месту расположения зданий заказчика. Стоимость услуги должна включать все необходимые работы, расходные материалы, использование оборудования для сварки и тестирования, </w:t>
            </w:r>
            <w:r w:rsidRPr="00DF04E0">
              <w:rPr>
                <w:lang w:val="ru-RU"/>
              </w:rPr>
              <w:lastRenderedPageBreak/>
              <w:t>подключение существующего сетевого оборудования и проверку работо</w:t>
            </w:r>
            <w:r>
              <w:rPr>
                <w:lang w:val="ru-RU"/>
              </w:rPr>
              <w:t xml:space="preserve">способности канала </w:t>
            </w:r>
            <w:proofErr w:type="spellStart"/>
            <w:r>
              <w:rPr>
                <w:lang w:val="ru-RU"/>
              </w:rPr>
              <w:t>связи.</w:t>
            </w:r>
            <w:r w:rsidRPr="00DF04E0">
              <w:rPr>
                <w:lang w:val="ru-RU"/>
              </w:rPr>
              <w:t>Прокладка</w:t>
            </w:r>
            <w:proofErr w:type="spellEnd"/>
            <w:r w:rsidRPr="00DF04E0">
              <w:rPr>
                <w:lang w:val="ru-RU"/>
              </w:rPr>
              <w:t xml:space="preserve"> нового оптического кабеля не предусматривается. Работы выполняются с использованием существующего </w:t>
            </w:r>
            <w:proofErr w:type="spellStart"/>
            <w:r w:rsidRPr="00DF04E0">
              <w:rPr>
                <w:lang w:val="ru-RU"/>
              </w:rPr>
              <w:t>неоконеченного</w:t>
            </w:r>
            <w:proofErr w:type="spellEnd"/>
            <w:r w:rsidRPr="00DF04E0">
              <w:rPr>
                <w:lang w:val="ru-RU"/>
              </w:rPr>
              <w:t xml:space="preserve"> кабеля ВОЛС.</w:t>
            </w:r>
          </w:p>
        </w:tc>
      </w:tr>
    </w:tbl>
    <w:p w:rsidR="00534E6D" w:rsidRDefault="00534E6D" w:rsidP="008706C8">
      <w:pPr>
        <w:autoSpaceDE w:val="0"/>
        <w:autoSpaceDN w:val="0"/>
        <w:spacing w:after="0" w:line="240" w:lineRule="auto"/>
        <w:ind w:right="-314"/>
        <w:rPr>
          <w:b/>
          <w:lang w:val="ru-RU"/>
        </w:rPr>
      </w:pPr>
    </w:p>
    <w:p w:rsidR="004076A0" w:rsidRDefault="004076A0" w:rsidP="008706C8">
      <w:pPr>
        <w:autoSpaceDE w:val="0"/>
        <w:autoSpaceDN w:val="0"/>
        <w:spacing w:after="0" w:line="240" w:lineRule="auto"/>
        <w:ind w:right="-314"/>
        <w:rPr>
          <w:b/>
          <w:lang w:val="ru-RU"/>
        </w:rPr>
      </w:pPr>
    </w:p>
    <w:p w:rsidR="004076A0" w:rsidRDefault="004076A0" w:rsidP="008706C8">
      <w:pPr>
        <w:autoSpaceDE w:val="0"/>
        <w:autoSpaceDN w:val="0"/>
        <w:spacing w:after="0" w:line="240" w:lineRule="auto"/>
        <w:ind w:right="-314"/>
        <w:rPr>
          <w:b/>
          <w:lang w:val="ru-RU"/>
        </w:rPr>
      </w:pPr>
    </w:p>
    <w:p w:rsidR="004076A0" w:rsidRDefault="004076A0" w:rsidP="008706C8">
      <w:pPr>
        <w:autoSpaceDE w:val="0"/>
        <w:autoSpaceDN w:val="0"/>
        <w:spacing w:after="0" w:line="240" w:lineRule="auto"/>
        <w:ind w:right="-314"/>
        <w:rPr>
          <w:b/>
          <w:lang w:val="ru-RU"/>
        </w:rPr>
      </w:pPr>
    </w:p>
    <w:p w:rsidR="004076A0" w:rsidRDefault="004076A0" w:rsidP="008706C8">
      <w:pPr>
        <w:autoSpaceDE w:val="0"/>
        <w:autoSpaceDN w:val="0"/>
        <w:spacing w:after="0" w:line="240" w:lineRule="auto"/>
        <w:ind w:right="-314"/>
        <w:rPr>
          <w:b/>
          <w:lang w:val="ru-RU"/>
        </w:rPr>
      </w:pPr>
    </w:p>
    <w:p w:rsidR="008706C8" w:rsidRDefault="008706C8" w:rsidP="008706C8">
      <w:pPr>
        <w:autoSpaceDE w:val="0"/>
        <w:autoSpaceDN w:val="0"/>
        <w:spacing w:after="0" w:line="240" w:lineRule="auto"/>
        <w:ind w:right="-314"/>
        <w:rPr>
          <w:rFonts w:eastAsia="Times New Roman" w:cs="Times New Roman"/>
          <w:b/>
          <w:color w:val="000000"/>
          <w:lang w:val="kk-KZ" w:eastAsia="ru-RU"/>
        </w:rPr>
      </w:pPr>
    </w:p>
    <w:p w:rsidR="00277D19" w:rsidRDefault="00277D19" w:rsidP="008706C8">
      <w:pPr>
        <w:autoSpaceDE w:val="0"/>
        <w:autoSpaceDN w:val="0"/>
        <w:spacing w:after="0" w:line="240" w:lineRule="auto"/>
        <w:ind w:right="-314"/>
        <w:rPr>
          <w:rFonts w:eastAsia="Times New Roman" w:cs="Times New Roman"/>
          <w:b/>
          <w:color w:val="000000"/>
          <w:lang w:val="kk-KZ" w:eastAsia="ru-RU"/>
        </w:rPr>
      </w:pPr>
    </w:p>
    <w:p w:rsidR="00534E6D" w:rsidRPr="00534E6D" w:rsidRDefault="00534E6D" w:rsidP="00534E6D">
      <w:pPr>
        <w:ind w:left="360"/>
        <w:jc w:val="center"/>
        <w:rPr>
          <w:rFonts w:eastAsia="Times New Roman" w:cs="Times New Roman"/>
          <w:b/>
          <w:color w:val="000000"/>
          <w:sz w:val="28"/>
          <w:szCs w:val="28"/>
          <w:lang w:val="kk-KZ" w:eastAsia="ru-RU"/>
        </w:rPr>
      </w:pPr>
      <w:r w:rsidRPr="00903F9D">
        <w:rPr>
          <w:rFonts w:eastAsia="Times New Roman" w:cs="Times New Roman"/>
          <w:b/>
          <w:color w:val="000000"/>
          <w:sz w:val="28"/>
          <w:szCs w:val="28"/>
          <w:lang w:val="kk-KZ" w:eastAsia="ru-RU"/>
        </w:rPr>
        <w:t>Сатып алынатың тауардың Техникалық ерекшелігі</w:t>
      </w: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480"/>
      </w:tblGrid>
      <w:tr w:rsidR="00534E6D" w:rsidRPr="00E2559B" w:rsidTr="008153FF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8153FF">
            <w:proofErr w:type="spellStart"/>
            <w:r w:rsidRPr="00534E6D">
              <w:rPr>
                <w:b/>
                <w:sz w:val="22"/>
              </w:rPr>
              <w:t>Тапсырыс</w:t>
            </w:r>
            <w:proofErr w:type="spellEnd"/>
            <w:r w:rsidRPr="00534E6D">
              <w:rPr>
                <w:b/>
                <w:sz w:val="22"/>
              </w:rPr>
              <w:t xml:space="preserve"> </w:t>
            </w:r>
            <w:proofErr w:type="spellStart"/>
            <w:r w:rsidRPr="00534E6D">
              <w:rPr>
                <w:b/>
                <w:sz w:val="22"/>
              </w:rPr>
              <w:t>берушінің</w:t>
            </w:r>
            <w:proofErr w:type="spellEnd"/>
            <w:r w:rsidRPr="00534E6D">
              <w:rPr>
                <w:b/>
                <w:sz w:val="22"/>
              </w:rPr>
              <w:t xml:space="preserve"> </w:t>
            </w:r>
            <w:proofErr w:type="spellStart"/>
            <w:r w:rsidRPr="00534E6D">
              <w:rPr>
                <w:b/>
                <w:sz w:val="22"/>
              </w:rPr>
              <w:t>атауы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440CCE" w:rsidRDefault="00534E6D" w:rsidP="008153FF">
            <w:pPr>
              <w:rPr>
                <w:lang w:val="ru-RU"/>
              </w:rPr>
            </w:pPr>
            <w:r w:rsidRPr="00534E6D">
              <w:rPr>
                <w:sz w:val="22"/>
                <w:lang w:val="ru-RU"/>
              </w:rPr>
              <w:t>«</w:t>
            </w:r>
            <w:proofErr w:type="spellStart"/>
            <w:r w:rsidRPr="00534E6D">
              <w:rPr>
                <w:sz w:val="22"/>
                <w:lang w:val="ru-RU"/>
              </w:rPr>
              <w:t>Оқжетпес</w:t>
            </w:r>
            <w:proofErr w:type="spellEnd"/>
            <w:r w:rsidRPr="00534E6D">
              <w:rPr>
                <w:sz w:val="22"/>
                <w:lang w:val="ru-RU"/>
              </w:rPr>
              <w:t xml:space="preserve"> Алматы» ЕСК АҚ филиалы</w:t>
            </w:r>
          </w:p>
        </w:tc>
      </w:tr>
      <w:tr w:rsidR="00534E6D" w:rsidRPr="00534E6D" w:rsidTr="00925DCF">
        <w:trPr>
          <w:trHeight w:val="445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DF04E0" w:rsidP="008153FF">
            <w:r>
              <w:rPr>
                <w:b/>
                <w:sz w:val="22"/>
                <w:lang w:val="kk-KZ"/>
              </w:rPr>
              <w:t>Қызметтің</w:t>
            </w:r>
            <w:r w:rsidR="00534E6D" w:rsidRPr="00534E6D">
              <w:rPr>
                <w:b/>
                <w:sz w:val="22"/>
              </w:rPr>
              <w:t xml:space="preserve"> </w:t>
            </w:r>
            <w:proofErr w:type="spellStart"/>
            <w:r w:rsidR="00534E6D" w:rsidRPr="00534E6D">
              <w:rPr>
                <w:b/>
                <w:sz w:val="22"/>
              </w:rPr>
              <w:t>атауы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925DCF" w:rsidP="008153FF">
            <w:r w:rsidRPr="00925DCF">
              <w:rPr>
                <w:sz w:val="22"/>
              </w:rPr>
              <w:t>«</w:t>
            </w:r>
            <w:proofErr w:type="spellStart"/>
            <w:r w:rsidRPr="00925DCF">
              <w:rPr>
                <w:sz w:val="22"/>
              </w:rPr>
              <w:t>ТермоСПА</w:t>
            </w:r>
            <w:proofErr w:type="spellEnd"/>
            <w:r w:rsidRPr="00925DCF">
              <w:rPr>
                <w:sz w:val="22"/>
              </w:rPr>
              <w:t xml:space="preserve">» </w:t>
            </w:r>
            <w:proofErr w:type="spellStart"/>
            <w:r w:rsidRPr="00925DCF">
              <w:rPr>
                <w:sz w:val="22"/>
              </w:rPr>
              <w:t>объектісінің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жергілікті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желісін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қосу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және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баптау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бойынша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монтаждау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және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іске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қосу-баптау</w:t>
            </w:r>
            <w:proofErr w:type="spellEnd"/>
            <w:r w:rsidRPr="00925DCF">
              <w:rPr>
                <w:sz w:val="22"/>
              </w:rPr>
              <w:t xml:space="preserve"> </w:t>
            </w:r>
            <w:proofErr w:type="spellStart"/>
            <w:r w:rsidRPr="00925DCF">
              <w:rPr>
                <w:sz w:val="22"/>
              </w:rPr>
              <w:t>жұмыстары</w:t>
            </w:r>
            <w:proofErr w:type="spellEnd"/>
          </w:p>
        </w:tc>
      </w:tr>
      <w:tr w:rsidR="00534E6D" w:rsidTr="008153FF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8153FF">
            <w:r w:rsidRPr="00534E6D">
              <w:rPr>
                <w:rFonts w:eastAsia="Times New Roman" w:cs="Times New Roman"/>
                <w:b/>
                <w:sz w:val="22"/>
                <w:szCs w:val="28"/>
                <w:lang w:val="kk-KZ" w:eastAsia="ru-RU"/>
              </w:rPr>
              <w:t>Қызмет</w:t>
            </w:r>
            <w:r w:rsidRPr="00534E6D">
              <w:rPr>
                <w:rFonts w:eastAsia="Times New Roman" w:cs="Times New Roman"/>
                <w:b/>
                <w:sz w:val="22"/>
                <w:szCs w:val="28"/>
                <w:lang w:eastAsia="ru-RU"/>
              </w:rPr>
              <w:t xml:space="preserve"> </w:t>
            </w:r>
            <w:r w:rsidRPr="00534E6D">
              <w:rPr>
                <w:rFonts w:eastAsia="Times New Roman" w:cs="Times New Roman"/>
                <w:b/>
                <w:sz w:val="22"/>
                <w:szCs w:val="28"/>
                <w:lang w:val="kk-KZ" w:eastAsia="ru-RU"/>
              </w:rPr>
              <w:t>жеткізу орны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8153FF">
            <w:r w:rsidRPr="00440CCE">
              <w:rPr>
                <w:sz w:val="22"/>
                <w:lang w:val="ru-RU"/>
              </w:rPr>
              <w:t>АО ЛОК «Ок-</w:t>
            </w:r>
            <w:proofErr w:type="spellStart"/>
            <w:r w:rsidRPr="00440CCE">
              <w:rPr>
                <w:sz w:val="22"/>
                <w:lang w:val="ru-RU"/>
              </w:rPr>
              <w:t>Жетпес</w:t>
            </w:r>
            <w:proofErr w:type="spellEnd"/>
            <w:r w:rsidRPr="00440CCE">
              <w:rPr>
                <w:sz w:val="22"/>
                <w:lang w:val="ru-RU"/>
              </w:rPr>
              <w:t>» «Алматы» г. Алматы</w:t>
            </w:r>
            <w:r w:rsidRPr="00440CCE">
              <w:rPr>
                <w:sz w:val="22"/>
                <w:lang w:val="ru-RU"/>
              </w:rPr>
              <w:br/>
            </w:r>
            <w:proofErr w:type="spellStart"/>
            <w:r w:rsidRPr="00440CCE">
              <w:rPr>
                <w:sz w:val="22"/>
                <w:lang w:val="ru-RU"/>
              </w:rPr>
              <w:t>Бостандыкский</w:t>
            </w:r>
            <w:proofErr w:type="spellEnd"/>
            <w:r w:rsidRPr="00440CCE">
              <w:rPr>
                <w:sz w:val="22"/>
                <w:lang w:val="ru-RU"/>
              </w:rPr>
              <w:t xml:space="preserve"> район, ул. </w:t>
            </w:r>
            <w:proofErr w:type="spellStart"/>
            <w:r>
              <w:rPr>
                <w:sz w:val="22"/>
              </w:rPr>
              <w:t>Алмерек</w:t>
            </w:r>
            <w:proofErr w:type="spellEnd"/>
            <w:r>
              <w:rPr>
                <w:sz w:val="22"/>
              </w:rPr>
              <w:t xml:space="preserve"> 1/1</w:t>
            </w:r>
          </w:p>
        </w:tc>
      </w:tr>
      <w:tr w:rsidR="00534E6D" w:rsidRPr="00534E6D" w:rsidTr="00925DCF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DF04E0" w:rsidP="008153FF">
            <w:r>
              <w:rPr>
                <w:b/>
                <w:sz w:val="22"/>
                <w:lang w:val="kk-KZ"/>
              </w:rPr>
              <w:t>Қызмет</w:t>
            </w:r>
            <w:r w:rsidR="00534E6D" w:rsidRPr="00534E6D">
              <w:rPr>
                <w:b/>
                <w:sz w:val="22"/>
              </w:rPr>
              <w:t xml:space="preserve"> </w:t>
            </w:r>
            <w:proofErr w:type="spellStart"/>
            <w:r w:rsidR="00534E6D" w:rsidRPr="00534E6D">
              <w:rPr>
                <w:b/>
                <w:sz w:val="22"/>
              </w:rPr>
              <w:t>жеткізуді</w:t>
            </w:r>
            <w:proofErr w:type="spellEnd"/>
            <w:r w:rsidR="00534E6D" w:rsidRPr="00534E6D">
              <w:rPr>
                <w:b/>
                <w:sz w:val="22"/>
              </w:rPr>
              <w:t xml:space="preserve"> </w:t>
            </w:r>
            <w:proofErr w:type="spellStart"/>
            <w:r w:rsidR="00534E6D" w:rsidRPr="00534E6D">
              <w:rPr>
                <w:b/>
                <w:sz w:val="22"/>
              </w:rPr>
              <w:t>орындау</w:t>
            </w:r>
            <w:proofErr w:type="spellEnd"/>
            <w:r w:rsidR="00534E6D" w:rsidRPr="00534E6D">
              <w:rPr>
                <w:b/>
                <w:sz w:val="22"/>
              </w:rPr>
              <w:t xml:space="preserve"> </w:t>
            </w:r>
            <w:proofErr w:type="spellStart"/>
            <w:r w:rsidR="00534E6D" w:rsidRPr="00534E6D">
              <w:rPr>
                <w:b/>
                <w:sz w:val="22"/>
              </w:rPr>
              <w:t>мерзімі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534E6D" w:rsidP="00925DCF">
            <w:r w:rsidRPr="00534E6D">
              <w:rPr>
                <w:sz w:val="22"/>
              </w:rPr>
              <w:t xml:space="preserve">2026 </w:t>
            </w:r>
            <w:proofErr w:type="spellStart"/>
            <w:r w:rsidRPr="00534E6D">
              <w:rPr>
                <w:sz w:val="22"/>
                <w:lang w:val="ru-RU"/>
              </w:rPr>
              <w:t>жылы</w:t>
            </w:r>
            <w:proofErr w:type="spellEnd"/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шартқа</w:t>
            </w:r>
            <w:proofErr w:type="spellEnd"/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қол</w:t>
            </w:r>
            <w:proofErr w:type="spellEnd"/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қойылған</w:t>
            </w:r>
            <w:proofErr w:type="spellEnd"/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күннен</w:t>
            </w:r>
            <w:proofErr w:type="spellEnd"/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бастап</w:t>
            </w:r>
            <w:proofErr w:type="spellEnd"/>
            <w:r w:rsidRPr="00534E6D">
              <w:rPr>
                <w:sz w:val="22"/>
              </w:rPr>
              <w:t xml:space="preserve"> </w:t>
            </w:r>
            <w:r w:rsidR="00925DCF">
              <w:rPr>
                <w:sz w:val="22"/>
                <w:lang w:val="kk-KZ"/>
              </w:rPr>
              <w:t>16</w:t>
            </w:r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күн</w:t>
            </w:r>
            <w:proofErr w:type="spellEnd"/>
            <w:r w:rsidRPr="00534E6D">
              <w:rPr>
                <w:sz w:val="22"/>
              </w:rPr>
              <w:t xml:space="preserve"> </w:t>
            </w:r>
            <w:proofErr w:type="spellStart"/>
            <w:r w:rsidRPr="00534E6D">
              <w:rPr>
                <w:sz w:val="22"/>
                <w:lang w:val="ru-RU"/>
              </w:rPr>
              <w:t>ішінде</w:t>
            </w:r>
            <w:proofErr w:type="spellEnd"/>
            <w:r w:rsidRPr="00534E6D">
              <w:rPr>
                <w:sz w:val="22"/>
              </w:rPr>
              <w:t>.</w:t>
            </w:r>
          </w:p>
        </w:tc>
      </w:tr>
      <w:tr w:rsidR="00534E6D" w:rsidRPr="00534E6D" w:rsidTr="00925DCF">
        <w:trPr>
          <w:trHeight w:val="333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DF04E0" w:rsidP="008153FF">
            <w:pPr>
              <w:rPr>
                <w:b/>
                <w:sz w:val="22"/>
              </w:rPr>
            </w:pPr>
            <w:r>
              <w:rPr>
                <w:b/>
                <w:sz w:val="22"/>
                <w:lang w:val="kk-KZ"/>
              </w:rPr>
              <w:t>Қызметтің</w:t>
            </w:r>
            <w:r w:rsidR="00534E6D" w:rsidRPr="00534E6D">
              <w:rPr>
                <w:b/>
                <w:sz w:val="22"/>
              </w:rPr>
              <w:t xml:space="preserve"> </w:t>
            </w:r>
            <w:proofErr w:type="spellStart"/>
            <w:r w:rsidR="00534E6D" w:rsidRPr="00534E6D">
              <w:rPr>
                <w:b/>
                <w:sz w:val="22"/>
              </w:rPr>
              <w:t>саны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440CCE" w:rsidRDefault="00DF04E0" w:rsidP="008153FF">
            <w:pPr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1</w:t>
            </w:r>
            <w:r w:rsidR="00534E6D" w:rsidRPr="00534E6D">
              <w:rPr>
                <w:sz w:val="22"/>
                <w:lang w:val="ru-RU"/>
              </w:rPr>
              <w:t xml:space="preserve"> </w:t>
            </w:r>
            <w:r w:rsidR="008E4A92">
              <w:rPr>
                <w:sz w:val="22"/>
                <w:lang w:val="ru-RU"/>
              </w:rPr>
              <w:t>дана</w:t>
            </w:r>
            <w:r w:rsidR="00534E6D" w:rsidRPr="00534E6D">
              <w:rPr>
                <w:sz w:val="22"/>
                <w:lang w:val="ru-RU"/>
              </w:rPr>
              <w:t>.</w:t>
            </w:r>
          </w:p>
        </w:tc>
      </w:tr>
      <w:tr w:rsidR="00534E6D" w:rsidRPr="00DF04E0" w:rsidTr="008153FF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8706C8" w:rsidRDefault="001B76B2" w:rsidP="008153FF">
            <w:proofErr w:type="spellStart"/>
            <w:r w:rsidRPr="001B76B2">
              <w:rPr>
                <w:b/>
                <w:sz w:val="22"/>
                <w:lang w:val="ru-RU"/>
              </w:rPr>
              <w:t>Талап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етілетін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сипаттамалардың</w:t>
            </w:r>
            <w:proofErr w:type="spellEnd"/>
            <w:r w:rsidRPr="008706C8">
              <w:rPr>
                <w:b/>
                <w:sz w:val="22"/>
              </w:rPr>
              <w:t xml:space="preserve">, </w:t>
            </w:r>
            <w:proofErr w:type="spellStart"/>
            <w:r w:rsidRPr="001B76B2">
              <w:rPr>
                <w:b/>
                <w:sz w:val="22"/>
                <w:lang w:val="ru-RU"/>
              </w:rPr>
              <w:t>параметрлердің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және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өзге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де</w:t>
            </w:r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бастапқы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деректердің</w:t>
            </w:r>
            <w:proofErr w:type="spellEnd"/>
            <w:r w:rsidRPr="008706C8">
              <w:rPr>
                <w:b/>
                <w:sz w:val="22"/>
              </w:rPr>
              <w:t xml:space="preserve"> </w:t>
            </w:r>
            <w:proofErr w:type="spellStart"/>
            <w:r w:rsidRPr="001B76B2">
              <w:rPr>
                <w:b/>
                <w:sz w:val="22"/>
                <w:lang w:val="ru-RU"/>
              </w:rPr>
              <w:t>сипаттамасы</w:t>
            </w:r>
            <w:proofErr w:type="spellEnd"/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DF04E0" w:rsidRDefault="00DF04E0" w:rsidP="00DF04E0">
            <w:pPr>
              <w:spacing w:after="0" w:line="240" w:lineRule="auto"/>
            </w:pPr>
            <w:r w:rsidRPr="00DF04E0">
              <w:t xml:space="preserve">1. </w:t>
            </w:r>
            <w:proofErr w:type="spellStart"/>
            <w:r w:rsidRPr="00DF04E0">
              <w:rPr>
                <w:lang w:val="ru-RU"/>
              </w:rPr>
              <w:t>Қызметтің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мақсаты</w:t>
            </w:r>
            <w:proofErr w:type="spellEnd"/>
            <w:r w:rsidR="00925DCF">
              <w:rPr>
                <w:lang w:val="kk-KZ"/>
              </w:rPr>
              <w:t xml:space="preserve"> </w:t>
            </w:r>
            <w:r w:rsidRPr="00DF04E0">
              <w:rPr>
                <w:lang w:val="ru-RU"/>
              </w:rPr>
              <w:t>Интернет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желісіне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қосылымы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бар</w:t>
            </w:r>
            <w:r w:rsidRPr="00DF04E0">
              <w:t xml:space="preserve"> № 1 </w:t>
            </w:r>
            <w:proofErr w:type="spellStart"/>
            <w:r w:rsidRPr="00DF04E0">
              <w:rPr>
                <w:lang w:val="ru-RU"/>
              </w:rPr>
              <w:t>ғимарат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пен</w:t>
            </w:r>
            <w:r w:rsidRPr="00DF04E0">
              <w:t xml:space="preserve"> № 2 </w:t>
            </w:r>
            <w:proofErr w:type="spellStart"/>
            <w:r w:rsidRPr="00DF04E0">
              <w:rPr>
                <w:lang w:val="ru-RU"/>
              </w:rPr>
              <w:t>ғимарат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арасында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ұштары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жалғанбаған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DF04E0">
              <w:t>-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кабель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арқылы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жоғары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жылдамдықты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арнасын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ұйымдастыру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екінші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Интернет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желісіне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толыққанды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қолжетімділікті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ету</w:t>
            </w:r>
            <w:proofErr w:type="spellEnd"/>
            <w:r w:rsidR="00925DCF">
              <w:t>.2.</w:t>
            </w:r>
            <w:proofErr w:type="spellStart"/>
            <w:r w:rsidRPr="00DF04E0">
              <w:rPr>
                <w:lang w:val="ru-RU"/>
              </w:rPr>
              <w:t>Жұмыстарды</w:t>
            </w:r>
            <w:proofErr w:type="spellEnd"/>
            <w:r w:rsidRPr="00925DCF">
              <w:t xml:space="preserve"> </w:t>
            </w:r>
            <w:proofErr w:type="spellStart"/>
            <w:r w:rsidRPr="00DF04E0">
              <w:rPr>
                <w:lang w:val="ru-RU"/>
              </w:rPr>
              <w:t>орындауға</w:t>
            </w:r>
            <w:proofErr w:type="spellEnd"/>
            <w:r w:rsidRPr="00925DCF">
              <w:t xml:space="preserve"> </w:t>
            </w:r>
            <w:proofErr w:type="spellStart"/>
            <w:r w:rsidRPr="00DF04E0">
              <w:rPr>
                <w:lang w:val="ru-RU"/>
              </w:rPr>
              <w:t>қойылатын</w:t>
            </w:r>
            <w:proofErr w:type="spellEnd"/>
            <w:r w:rsidRPr="00925DCF">
              <w:t xml:space="preserve"> </w:t>
            </w:r>
            <w:proofErr w:type="spellStart"/>
            <w:r w:rsidRPr="00DF04E0">
              <w:rPr>
                <w:lang w:val="ru-RU"/>
              </w:rPr>
              <w:t>техникалық</w:t>
            </w:r>
            <w:proofErr w:type="spellEnd"/>
            <w:r w:rsidRPr="00925DCF">
              <w:t xml:space="preserve"> </w:t>
            </w:r>
            <w:proofErr w:type="spellStart"/>
            <w:r w:rsidRPr="00DF04E0">
              <w:rPr>
                <w:lang w:val="ru-RU"/>
              </w:rPr>
              <w:t>талаптар</w:t>
            </w:r>
            <w:proofErr w:type="spellEnd"/>
            <w:r w:rsidRPr="00925DCF">
              <w:t xml:space="preserve">2.1.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E2559B">
              <w:t>-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кабельдің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ұштарын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жалғау</w:t>
            </w:r>
            <w:proofErr w:type="spellEnd"/>
            <w:r w:rsidR="00925DCF">
              <w:rPr>
                <w:lang w:val="kk-KZ"/>
              </w:rPr>
              <w:t xml:space="preserve"> </w:t>
            </w:r>
            <w:proofErr w:type="spellStart"/>
            <w:r w:rsidRPr="00DF04E0">
              <w:rPr>
                <w:lang w:val="ru-RU"/>
              </w:rPr>
              <w:t>Екі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E2559B">
              <w:t xml:space="preserve"> </w:t>
            </w:r>
            <w:r w:rsidRPr="00DF04E0">
              <w:rPr>
                <w:lang w:val="ru-RU"/>
              </w:rPr>
              <w:t>да</w:t>
            </w:r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кабельдің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ұштарын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дайындау</w:t>
            </w:r>
            <w:proofErr w:type="spellEnd"/>
            <w:proofErr w:type="gramStart"/>
            <w:r w:rsidR="00925DCF" w:rsidRPr="00E2559B">
              <w:t>.</w:t>
            </w:r>
            <w:r w:rsidRPr="00DF04E0">
              <w:rPr>
                <w:lang w:val="ru-RU"/>
              </w:rPr>
              <w:t>К</w:t>
            </w:r>
            <w:proofErr w:type="gramEnd"/>
            <w:r w:rsidRPr="00DF04E0">
              <w:rPr>
                <w:lang w:val="ru-RU"/>
              </w:rPr>
              <w:t>абель</w:t>
            </w:r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ұштарын</w:t>
            </w:r>
            <w:proofErr w:type="spellEnd"/>
            <w:r w:rsidRPr="00E2559B">
              <w:t xml:space="preserve"> № 1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E2559B">
              <w:t xml:space="preserve"> № 2 </w:t>
            </w:r>
            <w:proofErr w:type="spellStart"/>
            <w:r w:rsidRPr="00DF04E0">
              <w:rPr>
                <w:lang w:val="ru-RU"/>
              </w:rPr>
              <w:t>ғимараттарда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орнатылған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кросстарға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енгізу</w:t>
            </w:r>
            <w:proofErr w:type="spellEnd"/>
            <w:r w:rsidRPr="00E2559B">
              <w:t>.</w:t>
            </w:r>
            <w:proofErr w:type="spellStart"/>
            <w:r w:rsidRPr="00DF04E0">
              <w:rPr>
                <w:lang w:val="ru-RU"/>
              </w:rPr>
              <w:t>Екі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E2559B">
              <w:t xml:space="preserve"> </w:t>
            </w:r>
            <w:r w:rsidRPr="00DF04E0">
              <w:rPr>
                <w:lang w:val="ru-RU"/>
              </w:rPr>
              <w:t>да</w:t>
            </w:r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кабельдің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барлық</w:t>
            </w:r>
            <w:proofErr w:type="spellEnd"/>
            <w:r w:rsidRPr="00E2559B">
              <w:t xml:space="preserve"> 8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талшығын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тиісті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қосқыштармен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жабдықталған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пигтейлдермен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дәнекерлеу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арқылы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жалғау</w:t>
            </w:r>
            <w:proofErr w:type="spellEnd"/>
            <w:r w:rsidR="00925DCF" w:rsidRPr="00E2559B">
              <w:t>.</w:t>
            </w:r>
            <w:proofErr w:type="spellStart"/>
            <w:r w:rsidRPr="00DF04E0">
              <w:rPr>
                <w:lang w:val="ru-RU"/>
              </w:rPr>
              <w:t>Дәнекерленген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қосылыстардың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қорғалуын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талшықтардың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lastRenderedPageBreak/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кросстардың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ішінде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дұрыс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орналастырылуын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ету</w:t>
            </w:r>
            <w:proofErr w:type="spellEnd"/>
            <w:r w:rsidR="00925DCF" w:rsidRPr="00E2559B">
              <w:t>.</w:t>
            </w:r>
            <w:r w:rsidRPr="00E2559B">
              <w:t xml:space="preserve">2.2. </w:t>
            </w:r>
            <w:proofErr w:type="spellStart"/>
            <w:r w:rsidRPr="00DF04E0">
              <w:rPr>
                <w:lang w:val="ru-RU"/>
              </w:rPr>
              <w:t>Желілік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қосу</w:t>
            </w:r>
            <w:proofErr w:type="spellEnd"/>
            <w:r w:rsidRPr="00DF04E0">
              <w:t xml:space="preserve">№ 1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кроссты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патч</w:t>
            </w:r>
            <w:proofErr w:type="spellEnd"/>
            <w:r w:rsidRPr="00DF04E0">
              <w:t>-</w:t>
            </w:r>
            <w:r w:rsidRPr="00DF04E0">
              <w:rPr>
                <w:lang w:val="ru-RU"/>
              </w:rPr>
              <w:t>корд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арқылы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медиаконвертерге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немесе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интерфейсі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бар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коммутаторға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қосу</w:t>
            </w:r>
            <w:proofErr w:type="spellEnd"/>
            <w:r w:rsidR="00925DCF">
              <w:t>.</w:t>
            </w:r>
            <w:r w:rsidRPr="00DF04E0">
              <w:t xml:space="preserve">№ 2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кроссты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патч</w:t>
            </w:r>
            <w:proofErr w:type="spellEnd"/>
            <w:r w:rsidRPr="00DF04E0">
              <w:t>-</w:t>
            </w:r>
            <w:r w:rsidRPr="00DF04E0">
              <w:rPr>
                <w:lang w:val="ru-RU"/>
              </w:rPr>
              <w:t>корд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арқылы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медиаконвертерге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немесе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интерфейсі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бар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коммутаторға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қосу</w:t>
            </w:r>
            <w:proofErr w:type="spellEnd"/>
            <w:r w:rsidR="00925DCF">
              <w:t>.</w:t>
            </w:r>
            <w:proofErr w:type="spellStart"/>
            <w:r w:rsidRPr="00DF04E0">
              <w:rPr>
                <w:lang w:val="ru-RU"/>
              </w:rPr>
              <w:t>Пайдаланылатын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патч</w:t>
            </w:r>
            <w:proofErr w:type="spellEnd"/>
            <w:r w:rsidRPr="00DF04E0">
              <w:t>-</w:t>
            </w:r>
            <w:proofErr w:type="spellStart"/>
            <w:r w:rsidRPr="00DF04E0">
              <w:rPr>
                <w:lang w:val="ru-RU"/>
              </w:rPr>
              <w:t>кордтар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мен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қосқыштардың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орнатылған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кросстармен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желілік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жабдықпен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үйлесімділігін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ету</w:t>
            </w:r>
            <w:proofErr w:type="spellEnd"/>
            <w:r w:rsidR="00925DCF">
              <w:t>.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DF04E0">
              <w:t>-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желісі</w:t>
            </w:r>
            <w:proofErr w:type="spellEnd"/>
            <w:r w:rsidRPr="00DF04E0">
              <w:t xml:space="preserve"> (</w:t>
            </w:r>
            <w:r w:rsidRPr="00DF04E0">
              <w:rPr>
                <w:lang w:val="ru-RU"/>
              </w:rPr>
              <w:t>ТОБЖ</w:t>
            </w:r>
            <w:r w:rsidRPr="00DF04E0">
              <w:t xml:space="preserve">) </w:t>
            </w:r>
            <w:proofErr w:type="spellStart"/>
            <w:r w:rsidRPr="00DF04E0">
              <w:rPr>
                <w:lang w:val="ru-RU"/>
              </w:rPr>
              <w:t>арқылы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екі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ғимараттың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желілік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жабдықтары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арасында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қосылым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орнату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№ 2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Интернет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желісіне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қолжетімділікті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үшін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деректерді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беруді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ұйымдастыру</w:t>
            </w:r>
            <w:proofErr w:type="spellEnd"/>
            <w:r>
              <w:t>.</w:t>
            </w:r>
            <w:r w:rsidRPr="00DF04E0">
              <w:t xml:space="preserve">2.3.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желісін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тестілеу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рефлектометрді</w:t>
            </w:r>
            <w:proofErr w:type="spellEnd"/>
            <w:r w:rsidRPr="00DF04E0">
              <w:t xml:space="preserve"> (OTDR) </w:t>
            </w:r>
            <w:proofErr w:type="spellStart"/>
            <w:r w:rsidRPr="00DF04E0">
              <w:rPr>
                <w:lang w:val="ru-RU"/>
              </w:rPr>
              <w:t>пайдалана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отырып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барлық</w:t>
            </w:r>
            <w:proofErr w:type="spellEnd"/>
            <w:r w:rsidRPr="00DF04E0">
              <w:t xml:space="preserve"> 8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Сигналдың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әлсіреуін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өлшеу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талшықтардың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бүтіндігін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дәнекерленген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қосылыстардың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сапасын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Желінің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қалыпты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жұмысына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кедергі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келтіретін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ақаулар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анықталған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жағдайда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қызмет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көрсету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шеңберінде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оларды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жою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Екі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ғимараттың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желілік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жабдықтары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арасындағы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қосылымның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жұмысқа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қабілеттілігін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Қосылымның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тұрақтылығын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барысында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пакеттердің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жоғалуының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жоқтығын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растау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үшін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деректерді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беру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арнасына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бақылау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тестілеуін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жүргізу</w:t>
            </w:r>
            <w:proofErr w:type="spellEnd"/>
            <w:r>
              <w:t>.</w:t>
            </w:r>
            <w:r w:rsidRPr="00DF04E0">
              <w:t xml:space="preserve">3. </w:t>
            </w:r>
            <w:proofErr w:type="spellStart"/>
            <w:r w:rsidRPr="00DF04E0">
              <w:rPr>
                <w:lang w:val="ru-RU"/>
              </w:rPr>
              <w:t>Қызметті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орындауға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қойылатын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талаптарБарлық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жұмыстар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DF04E0">
              <w:t>-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желілерін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дәнекерлеуге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тестілеуге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қажетті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жабдықтар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мен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құралдарды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пайдалана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отырып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орындалуы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тиіс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Орындаушы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жұмыстарды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орындауға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қажетті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шығыс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материалдарымен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оның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ішінде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орнатылған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жабдықпен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үйлесімді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пигтейлдермен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патч</w:t>
            </w:r>
            <w:proofErr w:type="spellEnd"/>
            <w:r w:rsidRPr="00DF04E0">
              <w:t>-</w:t>
            </w:r>
            <w:proofErr w:type="spellStart"/>
            <w:r w:rsidRPr="00DF04E0">
              <w:rPr>
                <w:lang w:val="ru-RU"/>
              </w:rPr>
              <w:t>кордтармен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етеді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Жұмыстар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DF04E0">
              <w:t>-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желілерін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монтаждау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мен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пайдалануға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қойылатын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техникалық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талаптарды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сақтай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отырып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орындалуы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тиіс</w:t>
            </w:r>
            <w:proofErr w:type="spellEnd"/>
            <w:r>
              <w:t>.</w:t>
            </w:r>
            <w:r w:rsidRPr="00DF04E0">
              <w:t xml:space="preserve">4. </w:t>
            </w:r>
            <w:proofErr w:type="spellStart"/>
            <w:r w:rsidRPr="00DF04E0">
              <w:rPr>
                <w:lang w:val="ru-RU"/>
              </w:rPr>
              <w:t>Қызмет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көрсету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нәтижесіЖұмыстар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аяқталғаннан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кейін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орындаушы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мыналарды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етуге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міндетті</w:t>
            </w:r>
            <w:proofErr w:type="spellEnd"/>
            <w:r>
              <w:t>:</w:t>
            </w:r>
            <w:proofErr w:type="spellStart"/>
            <w:r w:rsidRPr="00DF04E0">
              <w:rPr>
                <w:lang w:val="ru-RU"/>
              </w:rPr>
              <w:t>Екі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ғимараттағы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кросстарда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барлық</w:t>
            </w:r>
            <w:proofErr w:type="spellEnd"/>
            <w:r w:rsidRPr="00DF04E0">
              <w:t xml:space="preserve"> 8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талшықтың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ұштарын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жалғауды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аяқтау</w:t>
            </w:r>
            <w:proofErr w:type="spellEnd"/>
            <w:r>
              <w:t>;</w:t>
            </w:r>
            <w:proofErr w:type="spellStart"/>
            <w:r w:rsidRPr="00DF04E0">
              <w:rPr>
                <w:lang w:val="ru-RU"/>
              </w:rPr>
              <w:t>Екі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ғимараттағы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кросстарды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желілік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жабдыққа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қосу</w:t>
            </w:r>
            <w:proofErr w:type="spellEnd"/>
            <w:r>
              <w:t>;</w:t>
            </w:r>
            <w:proofErr w:type="spellStart"/>
            <w:r w:rsidRPr="00DF04E0">
              <w:rPr>
                <w:lang w:val="ru-RU"/>
              </w:rPr>
              <w:t>Рефлектометриялық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өлшеулер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жүргізу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сигналдың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әлсіреуін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</w:t>
            </w:r>
            <w:proofErr w:type="spellEnd"/>
            <w:r>
              <w:t>;</w:t>
            </w:r>
            <w:proofErr w:type="spellStart"/>
            <w:r w:rsidRPr="00DF04E0">
              <w:rPr>
                <w:lang w:val="ru-RU"/>
              </w:rPr>
              <w:t>Ғимараттар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арасындағы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арнасының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жұмысқа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қабілеттілігі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мен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тұрақтылығын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ету</w:t>
            </w:r>
            <w:proofErr w:type="spellEnd"/>
            <w:r>
              <w:t>;</w:t>
            </w:r>
            <w:r w:rsidRPr="00DF04E0">
              <w:t xml:space="preserve">№ 2 </w:t>
            </w:r>
            <w:proofErr w:type="spellStart"/>
            <w:r w:rsidRPr="00DF04E0">
              <w:rPr>
                <w:lang w:val="ru-RU"/>
              </w:rPr>
              <w:t>ғимаратта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Интернет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желісіне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қосылымды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пайдалану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мүмкіндігін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қамтамасыз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ету</w:t>
            </w:r>
            <w:proofErr w:type="spellEnd"/>
            <w:r>
              <w:t>;</w:t>
            </w:r>
            <w:proofErr w:type="spellStart"/>
            <w:r w:rsidRPr="00DF04E0">
              <w:rPr>
                <w:lang w:val="ru-RU"/>
              </w:rPr>
              <w:t>Тапсырыс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берушіге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параметрлерін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өлшеу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нәтижелерін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ұсыну</w:t>
            </w:r>
            <w:proofErr w:type="spellEnd"/>
            <w:r>
              <w:t>.</w:t>
            </w:r>
            <w:r w:rsidRPr="00DF04E0">
              <w:t xml:space="preserve">5. </w:t>
            </w:r>
            <w:proofErr w:type="spellStart"/>
            <w:r w:rsidRPr="00DF04E0">
              <w:rPr>
                <w:lang w:val="ru-RU"/>
              </w:rPr>
              <w:t>Қызмет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көрсету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lastRenderedPageBreak/>
              <w:t>шарттарыЖұмыстар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тапсырыс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беруші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ғимараттарының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орналасқан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жерінде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орындалады</w:t>
            </w:r>
            <w:proofErr w:type="spellEnd"/>
            <w:r w:rsidRPr="00DF04E0">
              <w:t xml:space="preserve">. </w:t>
            </w:r>
            <w:proofErr w:type="spellStart"/>
            <w:r w:rsidRPr="00DF04E0">
              <w:rPr>
                <w:lang w:val="ru-RU"/>
              </w:rPr>
              <w:t>Қызмет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құны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барлық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қажетті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жұмыстарды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шығыс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материалдарын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дәнекерлеу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тестілеу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жабдықтарын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пайдалануды</w:t>
            </w:r>
            <w:proofErr w:type="spellEnd"/>
            <w:r w:rsidRPr="00DF04E0">
              <w:t xml:space="preserve">,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желілік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жабдықты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қосуды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және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арнасының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жұмысқа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қабілеттілігін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тексеруді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қамтуы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тиіс</w:t>
            </w:r>
            <w:proofErr w:type="spellEnd"/>
            <w:r>
              <w:t>.</w:t>
            </w:r>
            <w:proofErr w:type="spellStart"/>
            <w:r w:rsidRPr="00DF04E0">
              <w:rPr>
                <w:lang w:val="ru-RU"/>
              </w:rPr>
              <w:t>Жаңа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DF04E0">
              <w:t xml:space="preserve"> </w:t>
            </w:r>
            <w:r w:rsidRPr="00DF04E0">
              <w:rPr>
                <w:lang w:val="ru-RU"/>
              </w:rPr>
              <w:t>кабель</w:t>
            </w:r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төсеу</w:t>
            </w:r>
            <w:proofErr w:type="spellEnd"/>
            <w:r w:rsidRPr="00DF04E0">
              <w:t xml:space="preserve"> </w:t>
            </w:r>
            <w:proofErr w:type="spellStart"/>
            <w:r w:rsidRPr="00DF04E0">
              <w:rPr>
                <w:lang w:val="ru-RU"/>
              </w:rPr>
              <w:t>көзделмейді</w:t>
            </w:r>
            <w:proofErr w:type="spellEnd"/>
            <w:r w:rsidRPr="00DF04E0">
              <w:t xml:space="preserve">. </w:t>
            </w:r>
            <w:proofErr w:type="spellStart"/>
            <w:r w:rsidRPr="00DF04E0">
              <w:rPr>
                <w:lang w:val="ru-RU"/>
              </w:rPr>
              <w:t>Жұмыстар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қолданыстағы</w:t>
            </w:r>
            <w:proofErr w:type="spellEnd"/>
            <w:r w:rsidRPr="00E2559B">
              <w:t xml:space="preserve">, </w:t>
            </w:r>
            <w:proofErr w:type="spellStart"/>
            <w:r w:rsidRPr="00DF04E0">
              <w:rPr>
                <w:lang w:val="ru-RU"/>
              </w:rPr>
              <w:t>ұштары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жалғанбаған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талшықты</w:t>
            </w:r>
            <w:proofErr w:type="spellEnd"/>
            <w:r w:rsidRPr="00E2559B">
              <w:t>-</w:t>
            </w:r>
            <w:proofErr w:type="spellStart"/>
            <w:r w:rsidRPr="00DF04E0">
              <w:rPr>
                <w:lang w:val="ru-RU"/>
              </w:rPr>
              <w:t>оптикалық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байланыс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кабелін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пайдалана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отырып</w:t>
            </w:r>
            <w:proofErr w:type="spellEnd"/>
            <w:r w:rsidRPr="00E2559B">
              <w:t xml:space="preserve"> </w:t>
            </w:r>
            <w:proofErr w:type="spellStart"/>
            <w:r w:rsidRPr="00DF04E0">
              <w:rPr>
                <w:lang w:val="ru-RU"/>
              </w:rPr>
              <w:t>орындалады</w:t>
            </w:r>
            <w:proofErr w:type="spellEnd"/>
            <w:r w:rsidRPr="00E2559B">
              <w:t>.</w:t>
            </w:r>
          </w:p>
        </w:tc>
      </w:tr>
    </w:tbl>
    <w:p w:rsidR="00534E6D" w:rsidRPr="00534E6D" w:rsidRDefault="00534E6D" w:rsidP="00E2559B">
      <w:pPr>
        <w:spacing w:before="720"/>
        <w:ind w:firstLine="720"/>
        <w:rPr>
          <w:lang w:val="kk-KZ"/>
        </w:rPr>
      </w:pPr>
      <w:bookmarkStart w:id="0" w:name="_GoBack"/>
      <w:bookmarkEnd w:id="0"/>
    </w:p>
    <w:sectPr w:rsidR="00534E6D" w:rsidRPr="00534E6D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B76B2"/>
    <w:rsid w:val="00277D19"/>
    <w:rsid w:val="0029639D"/>
    <w:rsid w:val="00326F90"/>
    <w:rsid w:val="004076A0"/>
    <w:rsid w:val="00440CCE"/>
    <w:rsid w:val="00534E6D"/>
    <w:rsid w:val="00594386"/>
    <w:rsid w:val="008706C8"/>
    <w:rsid w:val="008E4A92"/>
    <w:rsid w:val="00925DCF"/>
    <w:rsid w:val="009A56F8"/>
    <w:rsid w:val="00AA1D8D"/>
    <w:rsid w:val="00B47730"/>
    <w:rsid w:val="00CB0664"/>
    <w:rsid w:val="00DB222C"/>
    <w:rsid w:val="00DF04E0"/>
    <w:rsid w:val="00E255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34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3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49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05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3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497391-11F8-4317-B133-BF09F368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1198</Words>
  <Characters>6832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HP</cp:lastModifiedBy>
  <cp:revision>2</cp:revision>
  <dcterms:created xsi:type="dcterms:W3CDTF">2026-10-15T15:25:00Z</dcterms:created>
  <dcterms:modified xsi:type="dcterms:W3CDTF">2026-10-15T15:25:00Z</dcterms:modified>
</cp:coreProperties>
</file>