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47D50" w14:textId="77777777" w:rsidR="00E63230" w:rsidRPr="00804668" w:rsidRDefault="002F3128">
      <w:pPr>
        <w:jc w:val="center"/>
        <w:rPr>
          <w:lang w:val="ru-RU"/>
        </w:rPr>
      </w:pPr>
      <w:r w:rsidRPr="00804668">
        <w:rPr>
          <w:b/>
          <w:lang w:val="ru-RU"/>
        </w:rPr>
        <w:t>ТЕХНИЧЕСКАЯ СПЕЦИФИКАЦИЯ</w:t>
      </w:r>
    </w:p>
    <w:p w14:paraId="51A8381C" w14:textId="77777777" w:rsidR="00E63230" w:rsidRPr="00804668" w:rsidRDefault="002F3128">
      <w:pPr>
        <w:jc w:val="center"/>
        <w:rPr>
          <w:lang w:val="ru-RU"/>
        </w:rPr>
      </w:pPr>
      <w:r w:rsidRPr="00804668">
        <w:rPr>
          <w:b/>
          <w:lang w:val="ru-RU"/>
        </w:rPr>
        <w:t>на изготовление (пошив) казахских национальных сценических костюмов по индивидуальным меркам</w:t>
      </w:r>
    </w:p>
    <w:p w14:paraId="3D7D600A" w14:textId="77777777" w:rsidR="00E63230" w:rsidRPr="00804668" w:rsidRDefault="002F3128">
      <w:pPr>
        <w:rPr>
          <w:lang w:val="ru-RU"/>
        </w:rPr>
      </w:pPr>
      <w:r w:rsidRPr="00804668">
        <w:rPr>
          <w:lang w:val="ru-RU"/>
        </w:rPr>
        <w:t>Заказчик: КГУ «Специальная школа-интернат № 4» управления образования Павлодарской области акимата Павлодарской области.</w:t>
      </w:r>
    </w:p>
    <w:p w14:paraId="0DDA3F9F" w14:textId="77777777" w:rsidR="00E63230" w:rsidRPr="00804668" w:rsidRDefault="002F3128">
      <w:pPr>
        <w:rPr>
          <w:lang w:val="ru-RU"/>
        </w:rPr>
      </w:pPr>
      <w:r w:rsidRPr="00804668">
        <w:rPr>
          <w:lang w:val="ru-RU"/>
        </w:rPr>
        <w:t>Предмет закупки: работы по индивидуальному изготовлению (пошиву) национальных сценических костюмов с использованием материалов, фурнитуры и оборудования подрядчика.</w:t>
      </w:r>
    </w:p>
    <w:p w14:paraId="08C75E07" w14:textId="77777777" w:rsidR="00E63230" w:rsidRPr="00804668" w:rsidRDefault="002F3128">
      <w:pPr>
        <w:rPr>
          <w:lang w:val="ru-RU"/>
        </w:rPr>
      </w:pPr>
      <w:r w:rsidRPr="00804668">
        <w:rPr>
          <w:lang w:val="ru-RU"/>
        </w:rPr>
        <w:t>Количество: 7 комплектов, в том числе 5 женских (ориентировочный размер 42–44) и 2 мужских (ориентировочный размер 46). Фактические размеры устанавливаются исключительно по индивидуальным меркам.</w:t>
      </w:r>
    </w:p>
    <w:p w14:paraId="636EECE9" w14:textId="77777777" w:rsidR="00E63230" w:rsidRPr="00804668" w:rsidRDefault="002F3128">
      <w:pPr>
        <w:pStyle w:val="21"/>
        <w:rPr>
          <w:lang w:val="ru-RU"/>
        </w:rPr>
      </w:pPr>
      <w:r w:rsidRPr="00804668">
        <w:rPr>
          <w:lang w:val="ru-RU"/>
        </w:rPr>
        <w:t>1. Общие условия и соответствие образцам</w:t>
      </w:r>
    </w:p>
    <w:p w14:paraId="31839397" w14:textId="77777777" w:rsidR="00E63230" w:rsidRPr="00804668" w:rsidRDefault="002F3128">
      <w:pPr>
        <w:rPr>
          <w:lang w:val="ru-RU"/>
        </w:rPr>
      </w:pPr>
      <w:r w:rsidRPr="00804668">
        <w:rPr>
          <w:lang w:val="ru-RU"/>
        </w:rPr>
        <w:t>• Костюмы предназначены для сценических, концертных и культурно-массовых мероприятий. Все 7 комплектов должны образовывать единую коллекцию.</w:t>
      </w:r>
    </w:p>
    <w:p w14:paraId="1FC1E5BE" w14:textId="77777777" w:rsidR="00E63230" w:rsidRPr="00804668" w:rsidRDefault="002F3128">
      <w:pPr>
        <w:rPr>
          <w:lang w:val="ru-RU"/>
        </w:rPr>
      </w:pPr>
      <w:r w:rsidRPr="00804668">
        <w:rPr>
          <w:lang w:val="ru-RU"/>
        </w:rPr>
        <w:t xml:space="preserve">• Обязательные </w:t>
      </w:r>
      <w:proofErr w:type="spellStart"/>
      <w:r w:rsidRPr="00804668">
        <w:rPr>
          <w:lang w:val="ru-RU"/>
        </w:rPr>
        <w:t>фотообразцы</w:t>
      </w:r>
      <w:proofErr w:type="spellEnd"/>
      <w:r w:rsidRPr="00804668">
        <w:rPr>
          <w:lang w:val="ru-RU"/>
        </w:rPr>
        <w:t>: Приложение 1 — женский костюм, Приложение 2 — мужской костюм. Используются именно приложенные фотографии заказчика; замена образцов аналогами не допускается.</w:t>
      </w:r>
    </w:p>
    <w:p w14:paraId="6C97745A" w14:textId="77777777" w:rsidR="00E63230" w:rsidRPr="00804668" w:rsidRDefault="002F3128">
      <w:pPr>
        <w:rPr>
          <w:lang w:val="ru-RU"/>
        </w:rPr>
      </w:pPr>
      <w:r w:rsidRPr="00804668">
        <w:rPr>
          <w:lang w:val="ru-RU"/>
        </w:rPr>
        <w:t>• Фасон, силуэт, сочетание насыщенного синего и ярко-оранжевого цветов, характер и размещение казахских национальных орнаментов, декоративные детали и пропорции должны соответствовать фотографиям. Допустимы только изменения, прямо предусмотренные настоящей спецификацией или письменно согласованные заказчиком.</w:t>
      </w:r>
    </w:p>
    <w:p w14:paraId="095781BB" w14:textId="77777777" w:rsidR="00E63230" w:rsidRPr="00804668" w:rsidRDefault="002F3128">
      <w:pPr>
        <w:rPr>
          <w:lang w:val="ru-RU"/>
        </w:rPr>
      </w:pPr>
      <w:r w:rsidRPr="00804668">
        <w:rPr>
          <w:lang w:val="ru-RU"/>
        </w:rPr>
        <w:t xml:space="preserve">• Единственное предусмотренное изменение женского костюма: юбка без горизонтальных ярусов, оборок и воланов; при этом сохраняются её длина до пола, сценическая пышность, оранжевый цвет и национальный орнамент по низу. Воланы и сборки на рукавах сохраняются в соответствии с </w:t>
      </w:r>
      <w:proofErr w:type="spellStart"/>
      <w:r w:rsidRPr="00804668">
        <w:rPr>
          <w:lang w:val="ru-RU"/>
        </w:rPr>
        <w:t>фотообразцом</w:t>
      </w:r>
      <w:proofErr w:type="spellEnd"/>
      <w:r w:rsidRPr="00804668">
        <w:rPr>
          <w:lang w:val="ru-RU"/>
        </w:rPr>
        <w:t>.</w:t>
      </w:r>
    </w:p>
    <w:p w14:paraId="7D189F19" w14:textId="77777777" w:rsidR="00E63230" w:rsidRPr="00804668" w:rsidRDefault="002F3128">
      <w:pPr>
        <w:rPr>
          <w:lang w:val="ru-RU"/>
        </w:rPr>
      </w:pPr>
      <w:r w:rsidRPr="00804668">
        <w:rPr>
          <w:lang w:val="ru-RU"/>
        </w:rPr>
        <w:t xml:space="preserve">• Мужской костюм изготавливается без изменений относительно </w:t>
      </w:r>
      <w:proofErr w:type="spellStart"/>
      <w:r w:rsidRPr="00804668">
        <w:rPr>
          <w:lang w:val="ru-RU"/>
        </w:rPr>
        <w:t>фотообразца</w:t>
      </w:r>
      <w:proofErr w:type="spellEnd"/>
      <w:r w:rsidRPr="00804668">
        <w:rPr>
          <w:lang w:val="ru-RU"/>
        </w:rPr>
        <w:t>. Обувь, музыкальный инструмент и гарнитура-микрофон, показанные на фотографии, в комплект поставки не входят.</w:t>
      </w:r>
    </w:p>
    <w:p w14:paraId="349C7CD1" w14:textId="77777777" w:rsidR="00E63230" w:rsidRPr="00804668" w:rsidRDefault="002F3128">
      <w:pPr>
        <w:pStyle w:val="21"/>
        <w:rPr>
          <w:lang w:val="ru-RU"/>
        </w:rPr>
      </w:pPr>
      <w:r w:rsidRPr="00804668">
        <w:rPr>
          <w:lang w:val="ru-RU"/>
        </w:rPr>
        <w:t>2. Комплектация женского костюма (5 комплектов)</w:t>
      </w:r>
    </w:p>
    <w:p w14:paraId="726D25C7" w14:textId="77777777" w:rsidR="00E63230" w:rsidRPr="00804668" w:rsidRDefault="002F3128">
      <w:pPr>
        <w:rPr>
          <w:lang w:val="ru-RU"/>
        </w:rPr>
      </w:pPr>
      <w:r w:rsidRPr="00804668">
        <w:rPr>
          <w:lang w:val="ru-RU"/>
        </w:rPr>
        <w:t>Каждый комплект включает: (1) длинное оранжевое платье; (2) синий приталенный декоративный камзол с асимметричной передней деталью и фигурной баской; (3) национальный головной убор с высоким перьевым украшением и боковыми подвесками; (4) декоративный пояс или конструктивно объединённый с камзолом пояс, как на образце.</w:t>
      </w:r>
    </w:p>
    <w:p w14:paraId="604F4AE9" w14:textId="77777777" w:rsidR="00E63230" w:rsidRPr="00804668" w:rsidRDefault="002F3128">
      <w:pPr>
        <w:rPr>
          <w:lang w:val="ru-RU"/>
        </w:rPr>
      </w:pPr>
      <w:r w:rsidRPr="00804668">
        <w:rPr>
          <w:lang w:val="ru-RU"/>
        </w:rPr>
        <w:t>• Платье: приталенный лиф, высокий воротник с рюшей, длинные объёмные рукава с многоярусной отделкой по низу; длинная расклешённая юбка без горизонтальных воланов, с орнаментальной отделкой нижнего края. Подкладка при необходимости для непрозрачности и комфорта.</w:t>
      </w:r>
    </w:p>
    <w:p w14:paraId="5CF9C427" w14:textId="77777777" w:rsidR="00E63230" w:rsidRPr="00804668" w:rsidRDefault="002F3128">
      <w:pPr>
        <w:rPr>
          <w:lang w:val="ru-RU"/>
        </w:rPr>
      </w:pPr>
      <w:r w:rsidRPr="00804668">
        <w:rPr>
          <w:lang w:val="ru-RU"/>
        </w:rPr>
        <w:t>• Камзол: насыщенно-синий, прилегающего силуэта, с асимметричным запахом, фигурной баской и декоративным поясом; с золотистыми, белыми и голубыми орнаментами в расположении по образцу; на подкладке, с прокладочными материалами для устойчивости формы.</w:t>
      </w:r>
    </w:p>
    <w:p w14:paraId="74E70181" w14:textId="77777777" w:rsidR="00E63230" w:rsidRPr="00804668" w:rsidRDefault="002F3128">
      <w:pPr>
        <w:rPr>
          <w:lang w:val="ru-RU"/>
        </w:rPr>
      </w:pPr>
      <w:r w:rsidRPr="00804668">
        <w:rPr>
          <w:lang w:val="ru-RU"/>
        </w:rPr>
        <w:t>• Головной убор: синий, с жёсткой лёгкой основой, национальной золотистой отделкой, декоративными подвесками, высоким светло-золотистым плюмажем из искусственных перьев; с удобной внутренней фиксацией.</w:t>
      </w:r>
    </w:p>
    <w:p w14:paraId="5D319CEF" w14:textId="77777777" w:rsidR="00E63230" w:rsidRPr="00804668" w:rsidRDefault="002F3128">
      <w:pPr>
        <w:rPr>
          <w:lang w:val="ru-RU"/>
        </w:rPr>
      </w:pPr>
      <w:r w:rsidRPr="00804668">
        <w:rPr>
          <w:lang w:val="ru-RU"/>
        </w:rPr>
        <w:t>• Все детали, не оговорённые отдельно, повторяются по фотографии заказчика; самостоятельное упрощение отделки или исключение элементов запрещено.</w:t>
      </w:r>
    </w:p>
    <w:p w14:paraId="535E6C64" w14:textId="77777777" w:rsidR="00E63230" w:rsidRPr="00804668" w:rsidRDefault="002F3128">
      <w:pPr>
        <w:pStyle w:val="21"/>
        <w:rPr>
          <w:lang w:val="ru-RU"/>
        </w:rPr>
      </w:pPr>
      <w:r w:rsidRPr="00804668">
        <w:rPr>
          <w:lang w:val="ru-RU"/>
        </w:rPr>
        <w:lastRenderedPageBreak/>
        <w:t>3. Комплектация мужского костюма (2 комплекта)</w:t>
      </w:r>
    </w:p>
    <w:p w14:paraId="687123EC" w14:textId="77777777" w:rsidR="00E63230" w:rsidRPr="00804668" w:rsidRDefault="002F3128">
      <w:pPr>
        <w:rPr>
          <w:lang w:val="ru-RU"/>
        </w:rPr>
      </w:pPr>
      <w:r w:rsidRPr="00804668">
        <w:rPr>
          <w:lang w:val="ru-RU"/>
        </w:rPr>
        <w:t xml:space="preserve">Каждый комплект включает: (1) удлинённый синий безрукавный </w:t>
      </w:r>
      <w:proofErr w:type="spellStart"/>
      <w:r w:rsidRPr="00804668">
        <w:rPr>
          <w:lang w:val="ru-RU"/>
        </w:rPr>
        <w:t>шапан</w:t>
      </w:r>
      <w:proofErr w:type="spellEnd"/>
      <w:r w:rsidRPr="00804668">
        <w:rPr>
          <w:lang w:val="ru-RU"/>
        </w:rPr>
        <w:t xml:space="preserve"> (жилет); (2) оранжевую рубашку-тунику; (3) тёмные свободные брюки; (4) широкий синий пояс с центральным золотистым орнаментом.</w:t>
      </w:r>
    </w:p>
    <w:p w14:paraId="577C0EA4" w14:textId="77777777" w:rsidR="00E63230" w:rsidRPr="00804668" w:rsidRDefault="002F3128">
      <w:pPr>
        <w:rPr>
          <w:lang w:val="ru-RU"/>
        </w:rPr>
      </w:pPr>
      <w:r w:rsidRPr="00804668">
        <w:rPr>
          <w:lang w:val="ru-RU"/>
        </w:rPr>
        <w:t xml:space="preserve">• </w:t>
      </w:r>
      <w:proofErr w:type="spellStart"/>
      <w:r w:rsidRPr="00804668">
        <w:rPr>
          <w:lang w:val="ru-RU"/>
        </w:rPr>
        <w:t>Шапан</w:t>
      </w:r>
      <w:proofErr w:type="spellEnd"/>
      <w:r w:rsidRPr="00804668">
        <w:rPr>
          <w:lang w:val="ru-RU"/>
        </w:rPr>
        <w:t>: длина ниже колен ориентировочно до середины голени по индивидуальной посадке, открытые передние полы, оформленные золотистым орнаментом по всей длине, расширенные декоративные плечевые накладки, орнамент по низу, крупный орнамент в верхней части спинки; подкладка и формообразующие прокладки.</w:t>
      </w:r>
    </w:p>
    <w:p w14:paraId="4D4A97B9" w14:textId="77777777" w:rsidR="00E63230" w:rsidRPr="00804668" w:rsidRDefault="002F3128">
      <w:pPr>
        <w:rPr>
          <w:lang w:val="ru-RU"/>
        </w:rPr>
      </w:pPr>
      <w:r w:rsidRPr="00804668">
        <w:rPr>
          <w:lang w:val="ru-RU"/>
        </w:rPr>
        <w:t>• Рубашка: ярко-оранжевая, прямого кроя, с длинными рукавами, воротником-стойкой и вертикальной орнаментальной планкой, широкими синими манжетами с золотистым орнаментом.</w:t>
      </w:r>
    </w:p>
    <w:p w14:paraId="41AB6E7F" w14:textId="77777777" w:rsidR="00E63230" w:rsidRPr="00804668" w:rsidRDefault="002F3128">
      <w:pPr>
        <w:rPr>
          <w:lang w:val="ru-RU"/>
        </w:rPr>
      </w:pPr>
      <w:r w:rsidRPr="00804668">
        <w:rPr>
          <w:lang w:val="ru-RU"/>
        </w:rPr>
        <w:t xml:space="preserve">• Брюки: тёмные, свободные, со сужением в нижней части в соответствии с </w:t>
      </w:r>
      <w:proofErr w:type="spellStart"/>
      <w:r w:rsidRPr="00804668">
        <w:rPr>
          <w:lang w:val="ru-RU"/>
        </w:rPr>
        <w:t>фотообразцом</w:t>
      </w:r>
      <w:proofErr w:type="spellEnd"/>
      <w:r w:rsidRPr="00804668">
        <w:rPr>
          <w:lang w:val="ru-RU"/>
        </w:rPr>
        <w:t>, с удобным поясом и прочными швами.</w:t>
      </w:r>
    </w:p>
    <w:p w14:paraId="68BAD341" w14:textId="77777777" w:rsidR="00E63230" w:rsidRPr="00804668" w:rsidRDefault="002F3128">
      <w:pPr>
        <w:rPr>
          <w:lang w:val="ru-RU"/>
        </w:rPr>
      </w:pPr>
      <w:r w:rsidRPr="00804668">
        <w:rPr>
          <w:lang w:val="ru-RU"/>
        </w:rPr>
        <w:t>• Пояс: широкий синий, с формоустойчивой основой, центральным золотистым орнаментом и надёжным регулируемым креплением.</w:t>
      </w:r>
    </w:p>
    <w:p w14:paraId="62474BA3" w14:textId="77777777" w:rsidR="00E63230" w:rsidRPr="00804668" w:rsidRDefault="002F3128">
      <w:pPr>
        <w:pStyle w:val="21"/>
        <w:rPr>
          <w:lang w:val="ru-RU"/>
        </w:rPr>
      </w:pPr>
      <w:r w:rsidRPr="00804668">
        <w:rPr>
          <w:lang w:val="ru-RU"/>
        </w:rPr>
        <w:t>4. Ткани, фурнитура и право выбора заказчика</w:t>
      </w:r>
    </w:p>
    <w:p w14:paraId="642DA30D" w14:textId="77777777" w:rsidR="00E63230" w:rsidRPr="00804668" w:rsidRDefault="002F3128">
      <w:pPr>
        <w:rPr>
          <w:lang w:val="ru-RU"/>
        </w:rPr>
      </w:pPr>
      <w:r w:rsidRPr="00804668">
        <w:rPr>
          <w:lang w:val="ru-RU"/>
        </w:rPr>
        <w:t>• Все материалы новые, без повреждений, дефектов окраски и посторонних запахов; достаточной прочности, износостойкости и устойчивости к выцветанию при рекомендованном уходе.</w:t>
      </w:r>
    </w:p>
    <w:p w14:paraId="45D506B5" w14:textId="77777777" w:rsidR="00E63230" w:rsidRPr="00804668" w:rsidRDefault="002F3128">
      <w:pPr>
        <w:rPr>
          <w:lang w:val="ru-RU"/>
        </w:rPr>
      </w:pPr>
      <w:r w:rsidRPr="00804668">
        <w:rPr>
          <w:lang w:val="ru-RU"/>
        </w:rPr>
        <w:t>• Для оранжевого платья — качественный плательный креп, креп-сатин или атласная ткань, обеспечивающая необходимую пластичность и непрозрачность; для рукавов допускается согласованный более лёгкий материал аналогичного оттенка.</w:t>
      </w:r>
    </w:p>
    <w:p w14:paraId="186F378E" w14:textId="77777777" w:rsidR="00E63230" w:rsidRPr="00804668" w:rsidRDefault="002F3128">
      <w:pPr>
        <w:rPr>
          <w:lang w:val="ru-RU"/>
        </w:rPr>
      </w:pPr>
      <w:r w:rsidRPr="00804668">
        <w:rPr>
          <w:lang w:val="ru-RU"/>
        </w:rPr>
        <w:t xml:space="preserve">• Для синего камзола и мужского </w:t>
      </w:r>
      <w:proofErr w:type="spellStart"/>
      <w:r w:rsidRPr="00804668">
        <w:rPr>
          <w:lang w:val="ru-RU"/>
        </w:rPr>
        <w:t>шапана</w:t>
      </w:r>
      <w:proofErr w:type="spellEnd"/>
      <w:r w:rsidRPr="00804668">
        <w:rPr>
          <w:lang w:val="ru-RU"/>
        </w:rPr>
        <w:t xml:space="preserve"> — плотный бархат, велюр или декоративная костюмная ткань, обеспечивающая внешний вид и формоустойчивость по образцу.</w:t>
      </w:r>
    </w:p>
    <w:p w14:paraId="7DB30857" w14:textId="77777777" w:rsidR="00E63230" w:rsidRPr="00804668" w:rsidRDefault="002F3128">
      <w:pPr>
        <w:rPr>
          <w:lang w:val="ru-RU"/>
        </w:rPr>
      </w:pPr>
      <w:r w:rsidRPr="00804668">
        <w:rPr>
          <w:lang w:val="ru-RU"/>
        </w:rPr>
        <w:t xml:space="preserve">• Для мужской рубашки — качественная гладкая </w:t>
      </w:r>
      <w:proofErr w:type="spellStart"/>
      <w:r w:rsidRPr="00804668">
        <w:rPr>
          <w:lang w:val="ru-RU"/>
        </w:rPr>
        <w:t>рубашечно</w:t>
      </w:r>
      <w:proofErr w:type="spellEnd"/>
      <w:r w:rsidRPr="00804668">
        <w:rPr>
          <w:lang w:val="ru-RU"/>
        </w:rPr>
        <w:t>-плательная ткань с комфортными тактильными свойствами; для брюк — костюмная ткань; для подкладки — гладкая износостойкая подкладочная ткань.</w:t>
      </w:r>
    </w:p>
    <w:p w14:paraId="5853F5ED" w14:textId="77777777" w:rsidR="00E63230" w:rsidRPr="00804668" w:rsidRDefault="002F3128">
      <w:pPr>
        <w:rPr>
          <w:lang w:val="ru-RU"/>
        </w:rPr>
      </w:pPr>
      <w:r w:rsidRPr="00804668">
        <w:rPr>
          <w:lang w:val="ru-RU"/>
        </w:rPr>
        <w:t xml:space="preserve">• Орнаменты — качественная машинная вышивка либо прочно закреплённая декоративная аппликация, максимально соответствующая </w:t>
      </w:r>
      <w:proofErr w:type="spellStart"/>
      <w:r w:rsidRPr="00804668">
        <w:rPr>
          <w:lang w:val="ru-RU"/>
        </w:rPr>
        <w:t>фотообразцам</w:t>
      </w:r>
      <w:proofErr w:type="spellEnd"/>
      <w:r w:rsidRPr="00804668">
        <w:rPr>
          <w:lang w:val="ru-RU"/>
        </w:rPr>
        <w:t xml:space="preserve">. Замена печатью, </w:t>
      </w:r>
      <w:proofErr w:type="spellStart"/>
      <w:r w:rsidRPr="00804668">
        <w:rPr>
          <w:lang w:val="ru-RU"/>
        </w:rPr>
        <w:t>термоплёнкой</w:t>
      </w:r>
      <w:proofErr w:type="spellEnd"/>
      <w:r w:rsidRPr="00804668">
        <w:rPr>
          <w:lang w:val="ru-RU"/>
        </w:rPr>
        <w:t xml:space="preserve"> или простой тесьмой без письменного согласования заказчика не допускается.</w:t>
      </w:r>
    </w:p>
    <w:p w14:paraId="280E7CE9" w14:textId="77777777" w:rsidR="00E63230" w:rsidRPr="00804668" w:rsidRDefault="002F3128">
      <w:pPr>
        <w:rPr>
          <w:lang w:val="ru-RU"/>
        </w:rPr>
      </w:pPr>
      <w:r w:rsidRPr="00804668">
        <w:rPr>
          <w:lang w:val="ru-RU"/>
        </w:rPr>
        <w:t>• До закупки и раскроя подрядчик предоставляет по месту заказчика реальные физические образцы основных тканей, подкладки, декоративной отделки, вышивки и фурнитуры. Окончательный выбор из соответствующих спецификации вариантов осуществляет заказчик, а не подрядчик.</w:t>
      </w:r>
    </w:p>
    <w:p w14:paraId="4EDABB21" w14:textId="77777777" w:rsidR="00E63230" w:rsidRPr="00A36266" w:rsidRDefault="002F3128">
      <w:pPr>
        <w:rPr>
          <w:lang w:val="ru-RU"/>
        </w:rPr>
      </w:pPr>
      <w:r w:rsidRPr="00804668">
        <w:rPr>
          <w:lang w:val="ru-RU"/>
        </w:rPr>
        <w:t>• Представление исключительно случайных складских остатков или одного безальтернативного варианта не считается надлежащим согласованием. Если представленные материалы не соответствуют спецификации или образцам, подрядчик подбирает и представляет другие подходящие варианты</w:t>
      </w:r>
      <w:r w:rsidR="00A36266">
        <w:rPr>
          <w:lang w:val="ru-RU"/>
        </w:rPr>
        <w:t>.</w:t>
      </w:r>
    </w:p>
    <w:p w14:paraId="3849BB94" w14:textId="77777777" w:rsidR="00E63230" w:rsidRPr="00804668" w:rsidRDefault="002F3128">
      <w:pPr>
        <w:rPr>
          <w:lang w:val="ru-RU"/>
        </w:rPr>
      </w:pPr>
      <w:r w:rsidRPr="00804668">
        <w:rPr>
          <w:lang w:val="ru-RU"/>
        </w:rPr>
        <w:t>• Согласование фиксируется двусторонним листом с указанием ткани, цвета, состава (по маркировке изготовителя), фактуры и образца отделки. Без письменного согласования замена материалов и раскрой не допускаются.</w:t>
      </w:r>
    </w:p>
    <w:p w14:paraId="7FADE764" w14:textId="77777777" w:rsidR="00E63230" w:rsidRPr="00804668" w:rsidRDefault="002F3128">
      <w:pPr>
        <w:pStyle w:val="21"/>
        <w:rPr>
          <w:lang w:val="ru-RU"/>
        </w:rPr>
      </w:pPr>
      <w:r w:rsidRPr="00804668">
        <w:rPr>
          <w:lang w:val="ru-RU"/>
        </w:rPr>
        <w:t>5. Индивидуальные мерки, лекала и примерки</w:t>
      </w:r>
    </w:p>
    <w:p w14:paraId="4D92E43C" w14:textId="77777777" w:rsidR="00E63230" w:rsidRPr="00804668" w:rsidRDefault="002F3128">
      <w:pPr>
        <w:rPr>
          <w:lang w:val="ru-RU"/>
        </w:rPr>
      </w:pPr>
      <w:r w:rsidRPr="00804668">
        <w:rPr>
          <w:lang w:val="ru-RU"/>
        </w:rPr>
        <w:t xml:space="preserve">• Подрядчик обеспечивает личное снятие мерок каждого из семи исполнителей на территории заказчика специалистом, непосредственно выполняющим конструирование индивидуальных лекал и </w:t>
      </w:r>
      <w:r w:rsidRPr="00804668">
        <w:rPr>
          <w:lang w:val="ru-RU"/>
        </w:rPr>
        <w:lastRenderedPageBreak/>
        <w:t>ответственным за посадку соответствующего изделия. Мерки не передаются на самостоятельное снятие заказчику или лицу, не участвующему в конструировании, без письменного согласования.</w:t>
      </w:r>
    </w:p>
    <w:p w14:paraId="174AA3D9" w14:textId="77777777" w:rsidR="00E63230" w:rsidRPr="00804668" w:rsidRDefault="002F3128">
      <w:pPr>
        <w:rPr>
          <w:lang w:val="ru-RU"/>
        </w:rPr>
      </w:pPr>
      <w:r w:rsidRPr="00804668">
        <w:rPr>
          <w:lang w:val="ru-RU"/>
        </w:rPr>
        <w:t>• Снимаются необходимые параметры фигуры, включая рост, обхваты, длины, ширину плеч, особенности осанки, длину платья с учётом сценической обуви. Для каждого исполнителя оформляется индивидуальная карта мерок.</w:t>
      </w:r>
    </w:p>
    <w:p w14:paraId="257C6B57" w14:textId="77777777" w:rsidR="00E63230" w:rsidRPr="00804668" w:rsidRDefault="002F3128">
      <w:pPr>
        <w:rPr>
          <w:lang w:val="ru-RU"/>
        </w:rPr>
      </w:pPr>
      <w:r w:rsidRPr="00804668">
        <w:rPr>
          <w:lang w:val="ru-RU"/>
        </w:rPr>
        <w:t>• Предусматриваются обязательные очные этапы на территории заказчика: 1) снятие мерок до раскроя; 2) промежуточная примерка изделия на стадии, допускающей корректировку конструктивных швов и длины; 3) заключительная примерка полного готового комплекта, включая пояс и головной убор.</w:t>
      </w:r>
    </w:p>
    <w:p w14:paraId="312EA23A" w14:textId="77777777" w:rsidR="00E63230" w:rsidRPr="00804668" w:rsidRDefault="002F3128">
      <w:pPr>
        <w:rPr>
          <w:lang w:val="ru-RU"/>
        </w:rPr>
      </w:pPr>
      <w:r w:rsidRPr="00804668">
        <w:rPr>
          <w:lang w:val="ru-RU"/>
        </w:rPr>
        <w:t xml:space="preserve">• По каждой промежуточной и заключительной примерке фиксируются замечания </w:t>
      </w:r>
      <w:r w:rsidR="00A36266">
        <w:rPr>
          <w:lang w:val="ru-RU"/>
        </w:rPr>
        <w:t xml:space="preserve">(если имеются) </w:t>
      </w:r>
      <w:r w:rsidRPr="00804668">
        <w:rPr>
          <w:lang w:val="ru-RU"/>
        </w:rPr>
        <w:t>и корректировки в листе примерки. Недостатки посадки по вине подрядчика устраняются им за собственный счёт без дополнительной оплаты.</w:t>
      </w:r>
    </w:p>
    <w:p w14:paraId="651258B2" w14:textId="77777777" w:rsidR="00E63230" w:rsidRPr="00804668" w:rsidRDefault="002F3128">
      <w:pPr>
        <w:rPr>
          <w:lang w:val="ru-RU"/>
        </w:rPr>
      </w:pPr>
      <w:r w:rsidRPr="00804668">
        <w:rPr>
          <w:lang w:val="ru-RU"/>
        </w:rPr>
        <w:t>• Примерка по фотографии, видеосвязи либо дистанционная передача мерок не заменяет обязательные очные этапы. График посещений предварительно согласуется с заказчиком.</w:t>
      </w:r>
    </w:p>
    <w:p w14:paraId="0BE18566" w14:textId="77777777" w:rsidR="00E63230" w:rsidRPr="00804668" w:rsidRDefault="002F3128">
      <w:pPr>
        <w:pStyle w:val="21"/>
        <w:rPr>
          <w:lang w:val="ru-RU"/>
        </w:rPr>
      </w:pPr>
      <w:r w:rsidRPr="00804668">
        <w:rPr>
          <w:lang w:val="ru-RU"/>
        </w:rPr>
        <w:t>6. Качество изготовления</w:t>
      </w:r>
    </w:p>
    <w:p w14:paraId="65C760A3" w14:textId="77777777" w:rsidR="00E63230" w:rsidRPr="00804668" w:rsidRDefault="002F3128">
      <w:pPr>
        <w:rPr>
          <w:lang w:val="ru-RU"/>
        </w:rPr>
      </w:pPr>
      <w:r w:rsidRPr="00804668">
        <w:rPr>
          <w:lang w:val="ru-RU"/>
        </w:rPr>
        <w:t>• Ровные строчки без пропусков и стягивания; обработанные срезы; прочные крепления декора, орнаментов и фурнитуры; отсутствие перекосов, затяжек, клеевых следов и выступающих нитей.</w:t>
      </w:r>
    </w:p>
    <w:p w14:paraId="2CD32B1A" w14:textId="77777777" w:rsidR="00E63230" w:rsidRPr="00804668" w:rsidRDefault="002F3128">
      <w:pPr>
        <w:rPr>
          <w:lang w:val="ru-RU"/>
        </w:rPr>
      </w:pPr>
      <w:r w:rsidRPr="00804668">
        <w:rPr>
          <w:lang w:val="ru-RU"/>
        </w:rPr>
        <w:t>• Изделия должны обеспечивать свободные сценические движения; длина подола должна исключать наступание на него при ходьбе. Головной убор должен надёжно фиксироваться и не создавать чрезмерной нагрузки.</w:t>
      </w:r>
    </w:p>
    <w:p w14:paraId="3C294EC6" w14:textId="77777777" w:rsidR="00E63230" w:rsidRPr="00804668" w:rsidRDefault="002F3128">
      <w:pPr>
        <w:rPr>
          <w:lang w:val="ru-RU"/>
        </w:rPr>
      </w:pPr>
      <w:r w:rsidRPr="00804668">
        <w:rPr>
          <w:lang w:val="ru-RU"/>
        </w:rPr>
        <w:t>• Каждый комплект передаётся после окончательной влажно-тепловой обработки, чистым, в отдельном защитном чехле или упаковке с обозначением комплекта.</w:t>
      </w:r>
    </w:p>
    <w:p w14:paraId="17BFE2F7" w14:textId="77777777" w:rsidR="00E63230" w:rsidRPr="00804668" w:rsidRDefault="002F3128">
      <w:pPr>
        <w:pStyle w:val="21"/>
        <w:rPr>
          <w:lang w:val="ru-RU"/>
        </w:rPr>
      </w:pPr>
      <w:r w:rsidRPr="00804668">
        <w:rPr>
          <w:lang w:val="ru-RU"/>
        </w:rPr>
        <w:t>7. Контроль, сдача и приёмка</w:t>
      </w:r>
    </w:p>
    <w:p w14:paraId="3772D9D3" w14:textId="77777777" w:rsidR="00E63230" w:rsidRPr="00804668" w:rsidRDefault="002F3128">
      <w:pPr>
        <w:rPr>
          <w:lang w:val="ru-RU"/>
        </w:rPr>
      </w:pPr>
      <w:r w:rsidRPr="00804668">
        <w:rPr>
          <w:lang w:val="ru-RU"/>
        </w:rPr>
        <w:t>• Подрядчик предварительно согласовывает материалы, цветовые оттенки, образец орнамента, индивидуальные мерки и конструктивные решения. Существенные изменения допускаются только после письменного согласования заказчика.</w:t>
      </w:r>
    </w:p>
    <w:p w14:paraId="4C1B410E" w14:textId="77777777" w:rsidR="00E63230" w:rsidRPr="00804668" w:rsidRDefault="002F3128">
      <w:pPr>
        <w:rPr>
          <w:lang w:val="ru-RU"/>
        </w:rPr>
      </w:pPr>
      <w:r w:rsidRPr="00804668">
        <w:rPr>
          <w:lang w:val="ru-RU"/>
        </w:rPr>
        <w:t>• Приёмка производится по всем 7 комплектам с проверкой комплектности, соответствия фотографиям и согласованным материалам, качества пошива, орнаментов и индивидуальной посадки по результатам заключительной примерки.</w:t>
      </w:r>
    </w:p>
    <w:p w14:paraId="4C9B81EA" w14:textId="77777777" w:rsidR="00E63230" w:rsidRPr="00804668" w:rsidRDefault="002F3128">
      <w:pPr>
        <w:rPr>
          <w:lang w:val="ru-RU"/>
        </w:rPr>
      </w:pPr>
      <w:r w:rsidRPr="00804668">
        <w:rPr>
          <w:lang w:val="ru-RU"/>
        </w:rPr>
        <w:t>• Замечания оформляются документально; недостатки, относящиеся к обязательствам подрядчика, устраняются за его счёт в согласованный срок в пределах условий договора. Окончательная приёмка и оплата — в порядке, предусмотренном договором и законодательством Республики Казахстан.</w:t>
      </w:r>
    </w:p>
    <w:p w14:paraId="04D3C0F5" w14:textId="77777777" w:rsidR="00E63230" w:rsidRPr="00804668" w:rsidRDefault="002F3128">
      <w:pPr>
        <w:rPr>
          <w:lang w:val="ru-RU"/>
        </w:rPr>
      </w:pPr>
      <w:r w:rsidRPr="00804668">
        <w:rPr>
          <w:lang w:val="ru-RU"/>
        </w:rPr>
        <w:t>• Стоимость договора включает все материалы, фурнитуру, конструирование лекал, раскрой, пошив, вышивку, головные уборы, выезды, замеры, примерки, корректировки, упаковку и доставку. Дополнительная оплата за эти действия не допускается.</w:t>
      </w:r>
    </w:p>
    <w:p w14:paraId="4A9E2D67" w14:textId="77777777" w:rsidR="00E63230" w:rsidRPr="00804668" w:rsidRDefault="002F3128">
      <w:pPr>
        <w:rPr>
          <w:lang w:val="ru-RU"/>
        </w:rPr>
      </w:pPr>
      <w:r w:rsidRPr="00804668">
        <w:rPr>
          <w:lang w:val="ru-RU"/>
        </w:rPr>
        <w:t>• Гарантия на качество швов, крепление фурнитуры и декора — 12 месяцев со дня приёмки при соблюдении правил эксплуатации и ухода; производственные недостатки устраняются подрядчиком за свой счёт.</w:t>
      </w:r>
    </w:p>
    <w:p w14:paraId="31409D50" w14:textId="77777777" w:rsidR="00E63230" w:rsidRPr="00804668" w:rsidRDefault="002F3128">
      <w:pPr>
        <w:rPr>
          <w:lang w:val="ru-RU"/>
        </w:rPr>
      </w:pPr>
      <w:r w:rsidRPr="00804668">
        <w:rPr>
          <w:lang w:val="ru-RU"/>
        </w:rPr>
        <w:t>• Срок выполнения работ и конкретный адрес проведения замеров и примерок указываются в договоре о государственных закупках.</w:t>
      </w:r>
    </w:p>
    <w:p w14:paraId="16DFD830" w14:textId="77777777" w:rsidR="00E63230" w:rsidRPr="00804668" w:rsidRDefault="002F3128">
      <w:pPr>
        <w:pStyle w:val="21"/>
        <w:rPr>
          <w:lang w:val="ru-RU"/>
        </w:rPr>
      </w:pPr>
      <w:r w:rsidRPr="00804668">
        <w:rPr>
          <w:lang w:val="ru-RU"/>
        </w:rPr>
        <w:lastRenderedPageBreak/>
        <w:t>8. Приложения и приоритет требований</w:t>
      </w:r>
    </w:p>
    <w:p w14:paraId="24755FEA" w14:textId="77777777" w:rsidR="00E63230" w:rsidRPr="00804668" w:rsidRDefault="002F3128">
      <w:pPr>
        <w:rPr>
          <w:lang w:val="ru-RU"/>
        </w:rPr>
      </w:pPr>
      <w:r w:rsidRPr="00804668">
        <w:rPr>
          <w:lang w:val="ru-RU"/>
        </w:rPr>
        <w:t>Приложение 1: исходная фотография женского костюма заказчика. Приложение 2: исходная фотография мужского костюма заказчика. Фотографии являются неотъемлемой частью настоящей технической спецификации. При расхождении изображения и текстового описания преимущество имеют прямо установленные в тексте требования, включая единственное изменение юбки женского платья.</w:t>
      </w:r>
    </w:p>
    <w:p w14:paraId="38E0E602" w14:textId="77777777" w:rsidR="00804668" w:rsidRPr="00804668" w:rsidRDefault="002F3128" w:rsidP="00804668">
      <w:pPr>
        <w:jc w:val="center"/>
        <w:rPr>
          <w:b/>
          <w:bCs/>
          <w:lang w:val="ru-RU"/>
        </w:rPr>
      </w:pPr>
      <w:r w:rsidRPr="00804668">
        <w:rPr>
          <w:lang w:val="ru-RU"/>
        </w:rPr>
        <w:br w:type="page"/>
      </w:r>
      <w:r w:rsidR="00804668" w:rsidRPr="00804668">
        <w:rPr>
          <w:b/>
          <w:bCs/>
          <w:lang w:val="ru-RU"/>
        </w:rPr>
        <w:lastRenderedPageBreak/>
        <w:t>ТЕХНИКАЛЫҚ СИПАТТАМА</w:t>
      </w:r>
    </w:p>
    <w:p w14:paraId="26E4BDDC" w14:textId="77777777" w:rsidR="00804668" w:rsidRPr="00804668" w:rsidRDefault="00804668" w:rsidP="00804668">
      <w:pPr>
        <w:rPr>
          <w:lang w:val="ru-RU"/>
        </w:rPr>
      </w:pPr>
      <w:proofErr w:type="spellStart"/>
      <w:r w:rsidRPr="00804668">
        <w:rPr>
          <w:lang w:val="ru-RU"/>
        </w:rPr>
        <w:t>жеке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стандарттар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бойынша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Қазақ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ұлттық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сахналық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костюмдерін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дайындауға</w:t>
      </w:r>
      <w:proofErr w:type="spellEnd"/>
      <w:r w:rsidRPr="00804668">
        <w:rPr>
          <w:lang w:val="ru-RU"/>
        </w:rPr>
        <w:t xml:space="preserve"> (</w:t>
      </w:r>
      <w:proofErr w:type="spellStart"/>
      <w:r w:rsidRPr="00804668">
        <w:rPr>
          <w:lang w:val="ru-RU"/>
        </w:rPr>
        <w:t>тігуге</w:t>
      </w:r>
      <w:proofErr w:type="spellEnd"/>
      <w:r w:rsidRPr="00804668">
        <w:rPr>
          <w:lang w:val="ru-RU"/>
        </w:rPr>
        <w:t xml:space="preserve">) </w:t>
      </w:r>
    </w:p>
    <w:p w14:paraId="30546050" w14:textId="77777777" w:rsidR="00804668" w:rsidRPr="00804668" w:rsidRDefault="00804668" w:rsidP="00804668">
      <w:pPr>
        <w:rPr>
          <w:lang w:val="ru-RU"/>
        </w:rPr>
      </w:pPr>
      <w:proofErr w:type="spellStart"/>
      <w:r w:rsidRPr="00804668">
        <w:rPr>
          <w:lang w:val="ru-RU"/>
        </w:rPr>
        <w:t>Тапсырыс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беруші</w:t>
      </w:r>
      <w:proofErr w:type="spellEnd"/>
      <w:r w:rsidRPr="00804668">
        <w:rPr>
          <w:lang w:val="ru-RU"/>
        </w:rPr>
        <w:t xml:space="preserve">: Павлодар </w:t>
      </w:r>
      <w:proofErr w:type="spellStart"/>
      <w:r w:rsidRPr="00804668">
        <w:rPr>
          <w:lang w:val="ru-RU"/>
        </w:rPr>
        <w:t>облысы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әкімдігі</w:t>
      </w:r>
      <w:proofErr w:type="spellEnd"/>
      <w:r w:rsidRPr="00804668">
        <w:rPr>
          <w:lang w:val="ru-RU"/>
        </w:rPr>
        <w:t xml:space="preserve"> Павлодар </w:t>
      </w:r>
      <w:proofErr w:type="spellStart"/>
      <w:r w:rsidRPr="00804668">
        <w:rPr>
          <w:lang w:val="ru-RU"/>
        </w:rPr>
        <w:t>облысы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білім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басқармасының</w:t>
      </w:r>
      <w:proofErr w:type="spellEnd"/>
      <w:r w:rsidRPr="00804668">
        <w:rPr>
          <w:lang w:val="ru-RU"/>
        </w:rPr>
        <w:t xml:space="preserve"> "№ 4 </w:t>
      </w:r>
      <w:proofErr w:type="spellStart"/>
      <w:r w:rsidRPr="00804668">
        <w:rPr>
          <w:lang w:val="ru-RU"/>
        </w:rPr>
        <w:t>арнайы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мектеп</w:t>
      </w:r>
      <w:proofErr w:type="spellEnd"/>
      <w:r w:rsidRPr="00804668">
        <w:rPr>
          <w:lang w:val="ru-RU"/>
        </w:rPr>
        <w:t>-интернаты" КММ.</w:t>
      </w:r>
    </w:p>
    <w:p w14:paraId="2FFFAA2A" w14:textId="77777777" w:rsidR="00804668" w:rsidRPr="00804668" w:rsidRDefault="00804668" w:rsidP="00804668">
      <w:pPr>
        <w:rPr>
          <w:lang w:val="ru-RU"/>
        </w:rPr>
      </w:pPr>
      <w:proofErr w:type="spellStart"/>
      <w:r w:rsidRPr="00804668">
        <w:rPr>
          <w:lang w:val="ru-RU"/>
        </w:rPr>
        <w:t>Сатып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алу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заты</w:t>
      </w:r>
      <w:proofErr w:type="spellEnd"/>
      <w:r w:rsidRPr="00804668">
        <w:rPr>
          <w:lang w:val="ru-RU"/>
        </w:rPr>
        <w:t xml:space="preserve">: </w:t>
      </w:r>
      <w:proofErr w:type="spellStart"/>
      <w:r w:rsidRPr="00804668">
        <w:rPr>
          <w:lang w:val="ru-RU"/>
        </w:rPr>
        <w:t>мердігердің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материалдарын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фурнитурасы</w:t>
      </w:r>
      <w:proofErr w:type="spellEnd"/>
      <w:r w:rsidRPr="00804668">
        <w:rPr>
          <w:lang w:val="ru-RU"/>
        </w:rPr>
        <w:t xml:space="preserve"> мен </w:t>
      </w:r>
      <w:proofErr w:type="spellStart"/>
      <w:r w:rsidRPr="00804668">
        <w:rPr>
          <w:lang w:val="ru-RU"/>
        </w:rPr>
        <w:t>жабдықтарын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пайдалана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отырып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ұлттық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сахналық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костюмдерді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жеке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дайындау</w:t>
      </w:r>
      <w:proofErr w:type="spellEnd"/>
      <w:r w:rsidRPr="00804668">
        <w:rPr>
          <w:lang w:val="ru-RU"/>
        </w:rPr>
        <w:t xml:space="preserve"> (</w:t>
      </w:r>
      <w:proofErr w:type="spellStart"/>
      <w:r w:rsidRPr="00804668">
        <w:rPr>
          <w:lang w:val="ru-RU"/>
        </w:rPr>
        <w:t>тігу</w:t>
      </w:r>
      <w:proofErr w:type="spellEnd"/>
      <w:r w:rsidRPr="00804668">
        <w:rPr>
          <w:lang w:val="ru-RU"/>
        </w:rPr>
        <w:t xml:space="preserve">) </w:t>
      </w:r>
      <w:proofErr w:type="spellStart"/>
      <w:r w:rsidRPr="00804668">
        <w:rPr>
          <w:lang w:val="ru-RU"/>
        </w:rPr>
        <w:t>жөніндегі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жұмыстар</w:t>
      </w:r>
      <w:proofErr w:type="spellEnd"/>
      <w:r w:rsidRPr="00804668">
        <w:rPr>
          <w:lang w:val="ru-RU"/>
        </w:rPr>
        <w:t>.</w:t>
      </w:r>
    </w:p>
    <w:p w14:paraId="7E2FE392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Саны: 7 </w:t>
      </w:r>
      <w:proofErr w:type="spellStart"/>
      <w:r w:rsidRPr="00804668">
        <w:rPr>
          <w:lang w:val="ru-RU"/>
        </w:rPr>
        <w:t>жиынтық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оның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ішінде</w:t>
      </w:r>
      <w:proofErr w:type="spellEnd"/>
      <w:r w:rsidRPr="00804668">
        <w:rPr>
          <w:lang w:val="ru-RU"/>
        </w:rPr>
        <w:t xml:space="preserve"> 5 </w:t>
      </w:r>
      <w:proofErr w:type="spellStart"/>
      <w:r w:rsidRPr="00804668">
        <w:rPr>
          <w:lang w:val="ru-RU"/>
        </w:rPr>
        <w:t>әйел</w:t>
      </w:r>
      <w:proofErr w:type="spellEnd"/>
      <w:r w:rsidRPr="00804668">
        <w:rPr>
          <w:lang w:val="ru-RU"/>
        </w:rPr>
        <w:t xml:space="preserve"> (</w:t>
      </w:r>
      <w:proofErr w:type="spellStart"/>
      <w:r w:rsidRPr="00804668">
        <w:rPr>
          <w:lang w:val="ru-RU"/>
        </w:rPr>
        <w:t>болжалды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Өлшем</w:t>
      </w:r>
      <w:proofErr w:type="spellEnd"/>
      <w:r w:rsidRPr="00804668">
        <w:rPr>
          <w:lang w:val="ru-RU"/>
        </w:rPr>
        <w:t xml:space="preserve"> 42-44) </w:t>
      </w:r>
      <w:proofErr w:type="spellStart"/>
      <w:r w:rsidRPr="00804668">
        <w:rPr>
          <w:lang w:val="ru-RU"/>
        </w:rPr>
        <w:t>және</w:t>
      </w:r>
      <w:proofErr w:type="spellEnd"/>
      <w:r w:rsidRPr="00804668">
        <w:rPr>
          <w:lang w:val="ru-RU"/>
        </w:rPr>
        <w:t xml:space="preserve"> 2 ер (</w:t>
      </w:r>
      <w:proofErr w:type="spellStart"/>
      <w:r w:rsidRPr="00804668">
        <w:rPr>
          <w:lang w:val="ru-RU"/>
        </w:rPr>
        <w:t>болжалды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Өлшем</w:t>
      </w:r>
      <w:proofErr w:type="spellEnd"/>
      <w:r w:rsidRPr="00804668">
        <w:rPr>
          <w:lang w:val="ru-RU"/>
        </w:rPr>
        <w:t xml:space="preserve"> 46). </w:t>
      </w:r>
      <w:proofErr w:type="spellStart"/>
      <w:r w:rsidRPr="00804668">
        <w:rPr>
          <w:lang w:val="ru-RU"/>
        </w:rPr>
        <w:t>Нақты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өлшемдер</w:t>
      </w:r>
      <w:proofErr w:type="spellEnd"/>
      <w:r w:rsidRPr="00804668">
        <w:rPr>
          <w:lang w:val="ru-RU"/>
        </w:rPr>
        <w:t xml:space="preserve"> тек </w:t>
      </w:r>
      <w:proofErr w:type="spellStart"/>
      <w:r w:rsidRPr="00804668">
        <w:rPr>
          <w:lang w:val="ru-RU"/>
        </w:rPr>
        <w:t>жеке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стандарттар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бойынша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белгіленеді</w:t>
      </w:r>
      <w:proofErr w:type="spellEnd"/>
      <w:r w:rsidRPr="00804668">
        <w:rPr>
          <w:lang w:val="ru-RU"/>
        </w:rPr>
        <w:t>.</w:t>
      </w:r>
    </w:p>
    <w:p w14:paraId="0E3A61D6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1. </w:t>
      </w:r>
      <w:proofErr w:type="spellStart"/>
      <w:r w:rsidRPr="00804668">
        <w:rPr>
          <w:lang w:val="ru-RU"/>
        </w:rPr>
        <w:t>Жалпы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шарттар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және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үлгілерге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сәйкестік</w:t>
      </w:r>
      <w:proofErr w:type="spellEnd"/>
    </w:p>
    <w:p w14:paraId="70C803B7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* </w:t>
      </w:r>
      <w:proofErr w:type="spellStart"/>
      <w:r w:rsidRPr="00804668">
        <w:rPr>
          <w:lang w:val="ru-RU"/>
        </w:rPr>
        <w:t>Костюмдер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сахналық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концерттік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және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мәдени-көпшілік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іс-шараларға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арналған</w:t>
      </w:r>
      <w:proofErr w:type="spellEnd"/>
      <w:r w:rsidRPr="00804668">
        <w:rPr>
          <w:lang w:val="ru-RU"/>
        </w:rPr>
        <w:t xml:space="preserve">. </w:t>
      </w:r>
      <w:proofErr w:type="spellStart"/>
      <w:r w:rsidRPr="00804668">
        <w:rPr>
          <w:lang w:val="ru-RU"/>
        </w:rPr>
        <w:t>Барлық</w:t>
      </w:r>
      <w:proofErr w:type="spellEnd"/>
      <w:r w:rsidRPr="00804668">
        <w:rPr>
          <w:lang w:val="ru-RU"/>
        </w:rPr>
        <w:t xml:space="preserve"> 7 </w:t>
      </w:r>
      <w:proofErr w:type="spellStart"/>
      <w:r w:rsidRPr="00804668">
        <w:rPr>
          <w:lang w:val="ru-RU"/>
        </w:rPr>
        <w:t>жиынтық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бір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коллекцияны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құруы</w:t>
      </w:r>
      <w:proofErr w:type="spellEnd"/>
      <w:r w:rsidRPr="00804668">
        <w:rPr>
          <w:lang w:val="ru-RU"/>
        </w:rPr>
        <w:t xml:space="preserve"> керек.</w:t>
      </w:r>
    </w:p>
    <w:p w14:paraId="44436D6E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* </w:t>
      </w:r>
      <w:proofErr w:type="spellStart"/>
      <w:r w:rsidRPr="00804668">
        <w:rPr>
          <w:lang w:val="ru-RU"/>
        </w:rPr>
        <w:t>Міндетті</w:t>
      </w:r>
      <w:proofErr w:type="spellEnd"/>
      <w:r w:rsidRPr="00804668">
        <w:rPr>
          <w:lang w:val="ru-RU"/>
        </w:rPr>
        <w:t xml:space="preserve"> Фото </w:t>
      </w:r>
      <w:proofErr w:type="spellStart"/>
      <w:r w:rsidRPr="00804668">
        <w:rPr>
          <w:lang w:val="ru-RU"/>
        </w:rPr>
        <w:t>үлгілер</w:t>
      </w:r>
      <w:proofErr w:type="spellEnd"/>
      <w:r w:rsidRPr="00804668">
        <w:rPr>
          <w:lang w:val="ru-RU"/>
        </w:rPr>
        <w:t xml:space="preserve">: 1-қосымша - </w:t>
      </w:r>
      <w:proofErr w:type="spellStart"/>
      <w:r w:rsidRPr="00804668">
        <w:rPr>
          <w:lang w:val="ru-RU"/>
        </w:rPr>
        <w:t>әйелдер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костюмі</w:t>
      </w:r>
      <w:proofErr w:type="spellEnd"/>
      <w:r w:rsidRPr="00804668">
        <w:rPr>
          <w:lang w:val="ru-RU"/>
        </w:rPr>
        <w:t xml:space="preserve">, 2-қосымша-ерлер </w:t>
      </w:r>
      <w:proofErr w:type="spellStart"/>
      <w:r w:rsidRPr="00804668">
        <w:rPr>
          <w:lang w:val="ru-RU"/>
        </w:rPr>
        <w:t>костюмі</w:t>
      </w:r>
      <w:proofErr w:type="spellEnd"/>
      <w:r w:rsidRPr="00804668">
        <w:rPr>
          <w:lang w:val="ru-RU"/>
        </w:rPr>
        <w:t xml:space="preserve">. </w:t>
      </w:r>
      <w:proofErr w:type="spellStart"/>
      <w:r w:rsidRPr="00804668">
        <w:rPr>
          <w:lang w:val="ru-RU"/>
        </w:rPr>
        <w:t>Тапсырыс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берушінің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қоса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берілген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фотосуреттері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пайдаланылады</w:t>
      </w:r>
      <w:proofErr w:type="spellEnd"/>
      <w:r w:rsidRPr="00804668">
        <w:rPr>
          <w:lang w:val="ru-RU"/>
        </w:rPr>
        <w:t xml:space="preserve">; </w:t>
      </w:r>
      <w:proofErr w:type="spellStart"/>
      <w:r w:rsidRPr="00804668">
        <w:rPr>
          <w:lang w:val="ru-RU"/>
        </w:rPr>
        <w:t>үлгілерді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аналогтармен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ауыстыруға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жол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берілмейді</w:t>
      </w:r>
      <w:proofErr w:type="spellEnd"/>
      <w:r w:rsidRPr="00804668">
        <w:rPr>
          <w:lang w:val="ru-RU"/>
        </w:rPr>
        <w:t>.</w:t>
      </w:r>
    </w:p>
    <w:p w14:paraId="69C9E8CE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* Стиль, силуэт, бай </w:t>
      </w:r>
      <w:proofErr w:type="spellStart"/>
      <w:r w:rsidRPr="00804668">
        <w:rPr>
          <w:lang w:val="ru-RU"/>
        </w:rPr>
        <w:t>көк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және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ашық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қызғылт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сары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түстердің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үйлесімі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қазақтың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ұлттық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ою-өрнектерінің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сипаты</w:t>
      </w:r>
      <w:proofErr w:type="spellEnd"/>
      <w:r w:rsidRPr="00804668">
        <w:rPr>
          <w:lang w:val="ru-RU"/>
        </w:rPr>
        <w:t xml:space="preserve"> мен </w:t>
      </w:r>
      <w:proofErr w:type="spellStart"/>
      <w:r w:rsidRPr="00804668">
        <w:rPr>
          <w:lang w:val="ru-RU"/>
        </w:rPr>
        <w:t>орналасуы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сәндік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бөлшектер</w:t>
      </w:r>
      <w:proofErr w:type="spellEnd"/>
      <w:r w:rsidRPr="00804668">
        <w:rPr>
          <w:lang w:val="ru-RU"/>
        </w:rPr>
        <w:t xml:space="preserve"> мен </w:t>
      </w:r>
      <w:proofErr w:type="spellStart"/>
      <w:r w:rsidRPr="00804668">
        <w:rPr>
          <w:lang w:val="ru-RU"/>
        </w:rPr>
        <w:t>пропорциялар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фотосуреттерге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сәйкес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келуі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тиіс</w:t>
      </w:r>
      <w:proofErr w:type="spellEnd"/>
      <w:r w:rsidRPr="00804668">
        <w:rPr>
          <w:lang w:val="ru-RU"/>
        </w:rPr>
        <w:t xml:space="preserve">. Тек осы </w:t>
      </w:r>
      <w:proofErr w:type="spellStart"/>
      <w:r w:rsidRPr="00804668">
        <w:rPr>
          <w:lang w:val="ru-RU"/>
        </w:rPr>
        <w:t>ерекшелікте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тікелей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көзделген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немесе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Тапсырыс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беруші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жазбаша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келіскен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өзгерістерге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жол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беріледі</w:t>
      </w:r>
      <w:proofErr w:type="spellEnd"/>
      <w:r w:rsidRPr="00804668">
        <w:rPr>
          <w:lang w:val="ru-RU"/>
        </w:rPr>
        <w:t>.</w:t>
      </w:r>
    </w:p>
    <w:p w14:paraId="01F50A7F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* </w:t>
      </w:r>
      <w:proofErr w:type="spellStart"/>
      <w:r w:rsidRPr="00804668">
        <w:rPr>
          <w:lang w:val="ru-RU"/>
        </w:rPr>
        <w:t>Әйелдер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костюмінің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жалғыз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көзделген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өзгерісі</w:t>
      </w:r>
      <w:proofErr w:type="spellEnd"/>
      <w:r w:rsidRPr="00804668">
        <w:rPr>
          <w:lang w:val="ru-RU"/>
        </w:rPr>
        <w:t xml:space="preserve">: </w:t>
      </w:r>
      <w:proofErr w:type="spellStart"/>
      <w:r w:rsidRPr="00804668">
        <w:rPr>
          <w:lang w:val="ru-RU"/>
        </w:rPr>
        <w:t>көлденең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деңгейлері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қылшықтары</w:t>
      </w:r>
      <w:proofErr w:type="spellEnd"/>
      <w:r w:rsidRPr="00804668">
        <w:rPr>
          <w:lang w:val="ru-RU"/>
        </w:rPr>
        <w:t xml:space="preserve"> мен </w:t>
      </w:r>
      <w:proofErr w:type="spellStart"/>
      <w:r w:rsidRPr="00804668">
        <w:rPr>
          <w:lang w:val="ru-RU"/>
        </w:rPr>
        <w:t>қылшықтары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жоқ</w:t>
      </w:r>
      <w:proofErr w:type="spellEnd"/>
      <w:r w:rsidRPr="00804668">
        <w:rPr>
          <w:lang w:val="ru-RU"/>
        </w:rPr>
        <w:t xml:space="preserve"> юбка; </w:t>
      </w:r>
      <w:proofErr w:type="spellStart"/>
      <w:r w:rsidRPr="00804668">
        <w:rPr>
          <w:lang w:val="ru-RU"/>
        </w:rPr>
        <w:t>сонымен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бірге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оның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еденге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дейінгі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ұзындығы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сахналық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әсемдігі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сарғыш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түсі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және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түбіндегі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ұлттық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ою-өрнегі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сақталады</w:t>
      </w:r>
      <w:proofErr w:type="spellEnd"/>
      <w:r w:rsidRPr="00804668">
        <w:rPr>
          <w:lang w:val="ru-RU"/>
        </w:rPr>
        <w:t xml:space="preserve">. </w:t>
      </w:r>
      <w:proofErr w:type="spellStart"/>
      <w:r w:rsidRPr="00804668">
        <w:rPr>
          <w:lang w:val="ru-RU"/>
        </w:rPr>
        <w:t>Жеңдердегі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шаттлдар</w:t>
      </w:r>
      <w:proofErr w:type="spellEnd"/>
      <w:r w:rsidRPr="00804668">
        <w:rPr>
          <w:lang w:val="ru-RU"/>
        </w:rPr>
        <w:t xml:space="preserve"> мен </w:t>
      </w:r>
      <w:proofErr w:type="spellStart"/>
      <w:r w:rsidRPr="00804668">
        <w:rPr>
          <w:lang w:val="ru-RU"/>
        </w:rPr>
        <w:t>жинақтар</w:t>
      </w:r>
      <w:proofErr w:type="spellEnd"/>
      <w:r w:rsidRPr="00804668">
        <w:rPr>
          <w:lang w:val="ru-RU"/>
        </w:rPr>
        <w:t xml:space="preserve"> Фото </w:t>
      </w:r>
      <w:proofErr w:type="spellStart"/>
      <w:r w:rsidRPr="00804668">
        <w:rPr>
          <w:lang w:val="ru-RU"/>
        </w:rPr>
        <w:t>үлгіге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сәйкес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сақталады</w:t>
      </w:r>
      <w:proofErr w:type="spellEnd"/>
      <w:r w:rsidRPr="00804668">
        <w:rPr>
          <w:lang w:val="ru-RU"/>
        </w:rPr>
        <w:t>.</w:t>
      </w:r>
    </w:p>
    <w:p w14:paraId="30A04D94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* </w:t>
      </w:r>
      <w:proofErr w:type="spellStart"/>
      <w:r w:rsidRPr="00804668">
        <w:rPr>
          <w:lang w:val="ru-RU"/>
        </w:rPr>
        <w:t>Ерлер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костюмі</w:t>
      </w:r>
      <w:proofErr w:type="spellEnd"/>
      <w:r w:rsidRPr="00804668">
        <w:rPr>
          <w:lang w:val="ru-RU"/>
        </w:rPr>
        <w:t xml:space="preserve"> Фото </w:t>
      </w:r>
      <w:proofErr w:type="spellStart"/>
      <w:r w:rsidRPr="00804668">
        <w:rPr>
          <w:lang w:val="ru-RU"/>
        </w:rPr>
        <w:t>үлгісіне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қатысты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өзгеріссіз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жасалады</w:t>
      </w:r>
      <w:proofErr w:type="spellEnd"/>
      <w:r w:rsidRPr="00804668">
        <w:rPr>
          <w:lang w:val="ru-RU"/>
        </w:rPr>
        <w:t xml:space="preserve">. </w:t>
      </w:r>
      <w:proofErr w:type="spellStart"/>
      <w:r w:rsidRPr="00804668">
        <w:rPr>
          <w:lang w:val="ru-RU"/>
        </w:rPr>
        <w:t>Фотосуретте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көрсетілген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аяқ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киім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музыкалық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аспап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және</w:t>
      </w:r>
      <w:proofErr w:type="spellEnd"/>
      <w:r w:rsidRPr="00804668">
        <w:rPr>
          <w:lang w:val="ru-RU"/>
        </w:rPr>
        <w:t xml:space="preserve"> микрофон </w:t>
      </w:r>
      <w:proofErr w:type="spellStart"/>
      <w:r w:rsidRPr="00804668">
        <w:rPr>
          <w:lang w:val="ru-RU"/>
        </w:rPr>
        <w:t>гарнитурасы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жеткізілімге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кірмейді</w:t>
      </w:r>
      <w:proofErr w:type="spellEnd"/>
      <w:r w:rsidRPr="00804668">
        <w:rPr>
          <w:lang w:val="ru-RU"/>
        </w:rPr>
        <w:t>.</w:t>
      </w:r>
    </w:p>
    <w:p w14:paraId="10CCFD63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2. </w:t>
      </w:r>
      <w:proofErr w:type="spellStart"/>
      <w:r w:rsidRPr="00804668">
        <w:rPr>
          <w:lang w:val="ru-RU"/>
        </w:rPr>
        <w:t>Әйелдер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костюмінің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жиынтығы</w:t>
      </w:r>
      <w:proofErr w:type="spellEnd"/>
      <w:r w:rsidRPr="00804668">
        <w:rPr>
          <w:lang w:val="ru-RU"/>
        </w:rPr>
        <w:t xml:space="preserve"> (5 </w:t>
      </w:r>
      <w:proofErr w:type="spellStart"/>
      <w:r w:rsidRPr="00804668">
        <w:rPr>
          <w:lang w:val="ru-RU"/>
        </w:rPr>
        <w:t>жиынтық</w:t>
      </w:r>
      <w:proofErr w:type="spellEnd"/>
      <w:r w:rsidRPr="00804668">
        <w:rPr>
          <w:lang w:val="ru-RU"/>
        </w:rPr>
        <w:t>)</w:t>
      </w:r>
    </w:p>
    <w:p w14:paraId="2321888C" w14:textId="77777777" w:rsidR="00804668" w:rsidRPr="00804668" w:rsidRDefault="00804668" w:rsidP="00804668">
      <w:pPr>
        <w:rPr>
          <w:lang w:val="ru-RU"/>
        </w:rPr>
      </w:pPr>
      <w:proofErr w:type="spellStart"/>
      <w:r w:rsidRPr="00804668">
        <w:rPr>
          <w:lang w:val="ru-RU"/>
        </w:rPr>
        <w:t>Әрбір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жинаққа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мыналар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кіреді</w:t>
      </w:r>
      <w:proofErr w:type="spellEnd"/>
      <w:r w:rsidRPr="00804668">
        <w:rPr>
          <w:lang w:val="ru-RU"/>
        </w:rPr>
        <w:t xml:space="preserve">: (1) </w:t>
      </w:r>
      <w:proofErr w:type="spellStart"/>
      <w:r w:rsidRPr="00804668">
        <w:rPr>
          <w:lang w:val="ru-RU"/>
        </w:rPr>
        <w:t>ұзын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қызғылт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сары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көйлек</w:t>
      </w:r>
      <w:proofErr w:type="spellEnd"/>
      <w:r w:rsidRPr="00804668">
        <w:rPr>
          <w:lang w:val="ru-RU"/>
        </w:rPr>
        <w:t xml:space="preserve">; (2) </w:t>
      </w:r>
      <w:proofErr w:type="spellStart"/>
      <w:r w:rsidRPr="00804668">
        <w:rPr>
          <w:lang w:val="ru-RU"/>
        </w:rPr>
        <w:t>асимметриялық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алдыңғы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бөлігі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және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бұйра</w:t>
      </w:r>
      <w:proofErr w:type="spellEnd"/>
      <w:r w:rsidRPr="00804668">
        <w:rPr>
          <w:lang w:val="ru-RU"/>
        </w:rPr>
        <w:t xml:space="preserve"> пеплумы бар </w:t>
      </w:r>
      <w:proofErr w:type="spellStart"/>
      <w:r w:rsidRPr="00804668">
        <w:rPr>
          <w:lang w:val="ru-RU"/>
        </w:rPr>
        <w:t>көк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орнатылған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сәндік</w:t>
      </w:r>
      <w:proofErr w:type="spellEnd"/>
      <w:r w:rsidRPr="00804668">
        <w:rPr>
          <w:lang w:val="ru-RU"/>
        </w:rPr>
        <w:t xml:space="preserve"> камзол; (3) </w:t>
      </w:r>
      <w:proofErr w:type="spellStart"/>
      <w:r w:rsidRPr="00804668">
        <w:rPr>
          <w:lang w:val="ru-RU"/>
        </w:rPr>
        <w:t>жоғары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қауырсынды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әшекейлері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және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бүйірлік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кулондары</w:t>
      </w:r>
      <w:proofErr w:type="spellEnd"/>
      <w:r w:rsidRPr="00804668">
        <w:rPr>
          <w:lang w:val="ru-RU"/>
        </w:rPr>
        <w:t xml:space="preserve"> бар </w:t>
      </w:r>
      <w:proofErr w:type="spellStart"/>
      <w:r w:rsidRPr="00804668">
        <w:rPr>
          <w:lang w:val="ru-RU"/>
        </w:rPr>
        <w:t>ұлттық</w:t>
      </w:r>
      <w:proofErr w:type="spellEnd"/>
      <w:r w:rsidRPr="00804668">
        <w:rPr>
          <w:lang w:val="ru-RU"/>
        </w:rPr>
        <w:t xml:space="preserve"> бас </w:t>
      </w:r>
      <w:proofErr w:type="spellStart"/>
      <w:r w:rsidRPr="00804668">
        <w:rPr>
          <w:lang w:val="ru-RU"/>
        </w:rPr>
        <w:t>киім</w:t>
      </w:r>
      <w:proofErr w:type="spellEnd"/>
      <w:r w:rsidRPr="00804668">
        <w:rPr>
          <w:lang w:val="ru-RU"/>
        </w:rPr>
        <w:t xml:space="preserve">; (4) </w:t>
      </w:r>
      <w:proofErr w:type="spellStart"/>
      <w:r w:rsidRPr="00804668">
        <w:rPr>
          <w:lang w:val="ru-RU"/>
        </w:rPr>
        <w:t>үлгідегі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сияқты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сәндік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белбеу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немесе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камзолмен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құрылымдық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түрде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біріктірілген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белбеу</w:t>
      </w:r>
      <w:proofErr w:type="spellEnd"/>
      <w:r w:rsidRPr="00804668">
        <w:rPr>
          <w:lang w:val="ru-RU"/>
        </w:rPr>
        <w:t>.</w:t>
      </w:r>
    </w:p>
    <w:p w14:paraId="58802492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* </w:t>
      </w:r>
      <w:proofErr w:type="spellStart"/>
      <w:r w:rsidRPr="00804668">
        <w:rPr>
          <w:lang w:val="ru-RU"/>
        </w:rPr>
        <w:t>Көйлек</w:t>
      </w:r>
      <w:proofErr w:type="spellEnd"/>
      <w:r w:rsidRPr="00804668">
        <w:rPr>
          <w:lang w:val="ru-RU"/>
        </w:rPr>
        <w:t xml:space="preserve">: </w:t>
      </w:r>
      <w:proofErr w:type="spellStart"/>
      <w:r w:rsidRPr="00804668">
        <w:rPr>
          <w:lang w:val="ru-RU"/>
        </w:rPr>
        <w:t>орнатылған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көкірекше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жоғары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мойын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төменгі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жағында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көп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деңгейлі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ұзын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көлемді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жеңдер</w:t>
      </w:r>
      <w:proofErr w:type="spellEnd"/>
      <w:r w:rsidRPr="00804668">
        <w:rPr>
          <w:lang w:val="ru-RU"/>
        </w:rPr>
        <w:t xml:space="preserve">; </w:t>
      </w:r>
      <w:proofErr w:type="spellStart"/>
      <w:r w:rsidRPr="00804668">
        <w:rPr>
          <w:lang w:val="ru-RU"/>
        </w:rPr>
        <w:t>көлденең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шаттлсыз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ұзын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жалындаған</w:t>
      </w:r>
      <w:proofErr w:type="spellEnd"/>
      <w:r w:rsidRPr="00804668">
        <w:rPr>
          <w:lang w:val="ru-RU"/>
        </w:rPr>
        <w:t xml:space="preserve"> юбка, </w:t>
      </w:r>
      <w:proofErr w:type="spellStart"/>
      <w:r w:rsidRPr="00804668">
        <w:rPr>
          <w:lang w:val="ru-RU"/>
        </w:rPr>
        <w:t>төменгі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жиегі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ою-өрнекпен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безендірілген</w:t>
      </w:r>
      <w:proofErr w:type="spellEnd"/>
      <w:r w:rsidRPr="00804668">
        <w:rPr>
          <w:lang w:val="ru-RU"/>
        </w:rPr>
        <w:t xml:space="preserve">. </w:t>
      </w:r>
      <w:proofErr w:type="spellStart"/>
      <w:r w:rsidRPr="00804668">
        <w:rPr>
          <w:lang w:val="ru-RU"/>
        </w:rPr>
        <w:t>Қажет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болса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мөлдірлік</w:t>
      </w:r>
      <w:proofErr w:type="spellEnd"/>
      <w:r w:rsidRPr="00804668">
        <w:rPr>
          <w:lang w:val="ru-RU"/>
        </w:rPr>
        <w:t xml:space="preserve"> пен </w:t>
      </w:r>
      <w:proofErr w:type="spellStart"/>
      <w:r w:rsidRPr="00804668">
        <w:rPr>
          <w:lang w:val="ru-RU"/>
        </w:rPr>
        <w:t>жайлылық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үшін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астар</w:t>
      </w:r>
      <w:proofErr w:type="spellEnd"/>
      <w:r w:rsidRPr="00804668">
        <w:rPr>
          <w:lang w:val="ru-RU"/>
        </w:rPr>
        <w:t>.</w:t>
      </w:r>
    </w:p>
    <w:p w14:paraId="4707DA58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* Камзол: бай </w:t>
      </w:r>
      <w:proofErr w:type="spellStart"/>
      <w:r w:rsidRPr="00804668">
        <w:rPr>
          <w:lang w:val="ru-RU"/>
        </w:rPr>
        <w:t>көк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іргелес</w:t>
      </w:r>
      <w:proofErr w:type="spellEnd"/>
      <w:r w:rsidRPr="00804668">
        <w:rPr>
          <w:lang w:val="ru-RU"/>
        </w:rPr>
        <w:t xml:space="preserve"> силуэт, </w:t>
      </w:r>
      <w:proofErr w:type="spellStart"/>
      <w:r w:rsidRPr="00804668">
        <w:rPr>
          <w:lang w:val="ru-RU"/>
        </w:rPr>
        <w:t>асимметриялық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иісі</w:t>
      </w:r>
      <w:proofErr w:type="spellEnd"/>
      <w:r w:rsidRPr="00804668">
        <w:rPr>
          <w:lang w:val="ru-RU"/>
        </w:rPr>
        <w:t xml:space="preserve"> бар, </w:t>
      </w:r>
      <w:proofErr w:type="spellStart"/>
      <w:r w:rsidRPr="00804668">
        <w:rPr>
          <w:lang w:val="ru-RU"/>
        </w:rPr>
        <w:t>бұйра</w:t>
      </w:r>
      <w:proofErr w:type="spellEnd"/>
      <w:r w:rsidRPr="00804668">
        <w:rPr>
          <w:lang w:val="ru-RU"/>
        </w:rPr>
        <w:t xml:space="preserve"> пеплум </w:t>
      </w:r>
      <w:proofErr w:type="spellStart"/>
      <w:r w:rsidRPr="00804668">
        <w:rPr>
          <w:lang w:val="ru-RU"/>
        </w:rPr>
        <w:t>және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сәндік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белбеуі</w:t>
      </w:r>
      <w:proofErr w:type="spellEnd"/>
      <w:r w:rsidRPr="00804668">
        <w:rPr>
          <w:lang w:val="ru-RU"/>
        </w:rPr>
        <w:t xml:space="preserve"> бар; Алтын, АҚ </w:t>
      </w:r>
      <w:proofErr w:type="spellStart"/>
      <w:r w:rsidRPr="00804668">
        <w:rPr>
          <w:lang w:val="ru-RU"/>
        </w:rPr>
        <w:t>және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көгілдір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ою-өрнектермен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үлгі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бойынша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орналастырылған</w:t>
      </w:r>
      <w:proofErr w:type="spellEnd"/>
      <w:r w:rsidRPr="00804668">
        <w:rPr>
          <w:lang w:val="ru-RU"/>
        </w:rPr>
        <w:t xml:space="preserve">; </w:t>
      </w:r>
      <w:proofErr w:type="spellStart"/>
      <w:r w:rsidRPr="00804668">
        <w:rPr>
          <w:lang w:val="ru-RU"/>
        </w:rPr>
        <w:t>төсемде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пішіннің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тұрақтылығы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үшін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тығыздағыш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материалдармен</w:t>
      </w:r>
      <w:proofErr w:type="spellEnd"/>
      <w:r w:rsidRPr="00804668">
        <w:rPr>
          <w:lang w:val="ru-RU"/>
        </w:rPr>
        <w:t>.</w:t>
      </w:r>
    </w:p>
    <w:p w14:paraId="13502BA0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* Бас </w:t>
      </w:r>
      <w:proofErr w:type="spellStart"/>
      <w:r w:rsidRPr="00804668">
        <w:rPr>
          <w:lang w:val="ru-RU"/>
        </w:rPr>
        <w:t>киім</w:t>
      </w:r>
      <w:proofErr w:type="spellEnd"/>
      <w:r w:rsidRPr="00804668">
        <w:rPr>
          <w:lang w:val="ru-RU"/>
        </w:rPr>
        <w:t xml:space="preserve">: </w:t>
      </w:r>
      <w:proofErr w:type="spellStart"/>
      <w:r w:rsidRPr="00804668">
        <w:rPr>
          <w:lang w:val="ru-RU"/>
        </w:rPr>
        <w:t>көк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қатты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жеңіл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негізі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ұлттық</w:t>
      </w:r>
      <w:proofErr w:type="spellEnd"/>
      <w:r w:rsidRPr="00804668">
        <w:rPr>
          <w:lang w:val="ru-RU"/>
        </w:rPr>
        <w:t xml:space="preserve"> алтын </w:t>
      </w:r>
      <w:proofErr w:type="spellStart"/>
      <w:r w:rsidRPr="00804668">
        <w:rPr>
          <w:lang w:val="ru-RU"/>
        </w:rPr>
        <w:t>әрлеуі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сәндік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кулондары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жоғары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ашық</w:t>
      </w:r>
      <w:proofErr w:type="spellEnd"/>
      <w:r w:rsidRPr="00804668">
        <w:rPr>
          <w:lang w:val="ru-RU"/>
        </w:rPr>
        <w:t xml:space="preserve"> алтын </w:t>
      </w:r>
      <w:proofErr w:type="spellStart"/>
      <w:r w:rsidRPr="00804668">
        <w:rPr>
          <w:lang w:val="ru-RU"/>
        </w:rPr>
        <w:t>жасанды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қауырсындары</w:t>
      </w:r>
      <w:proofErr w:type="spellEnd"/>
      <w:r w:rsidRPr="00804668">
        <w:rPr>
          <w:lang w:val="ru-RU"/>
        </w:rPr>
        <w:t xml:space="preserve"> бар; </w:t>
      </w:r>
      <w:proofErr w:type="spellStart"/>
      <w:r w:rsidRPr="00804668">
        <w:rPr>
          <w:lang w:val="ru-RU"/>
        </w:rPr>
        <w:t>ыңғайлы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ішкі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бекітумен</w:t>
      </w:r>
      <w:proofErr w:type="spellEnd"/>
      <w:r w:rsidRPr="00804668">
        <w:rPr>
          <w:lang w:val="ru-RU"/>
        </w:rPr>
        <w:t>.</w:t>
      </w:r>
    </w:p>
    <w:p w14:paraId="05A661CF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* </w:t>
      </w:r>
      <w:proofErr w:type="spellStart"/>
      <w:r w:rsidRPr="00804668">
        <w:rPr>
          <w:lang w:val="ru-RU"/>
        </w:rPr>
        <w:t>Бөлек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айтылмаған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барлық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бөлшектер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тапсырыс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берушінің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фотосуреті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бойынша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қайталанады</w:t>
      </w:r>
      <w:proofErr w:type="spellEnd"/>
      <w:r w:rsidRPr="00804668">
        <w:rPr>
          <w:lang w:val="ru-RU"/>
        </w:rPr>
        <w:t xml:space="preserve">; </w:t>
      </w:r>
      <w:proofErr w:type="spellStart"/>
      <w:r w:rsidRPr="00804668">
        <w:rPr>
          <w:lang w:val="ru-RU"/>
        </w:rPr>
        <w:t>әрлеуді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өз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бетінше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жеңілдетуге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немесе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элементтерді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алып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тастауға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тыйым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салынады</w:t>
      </w:r>
      <w:proofErr w:type="spellEnd"/>
      <w:r w:rsidRPr="00804668">
        <w:rPr>
          <w:lang w:val="ru-RU"/>
        </w:rPr>
        <w:t>.</w:t>
      </w:r>
    </w:p>
    <w:p w14:paraId="5B02FD04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3. </w:t>
      </w:r>
      <w:proofErr w:type="spellStart"/>
      <w:r w:rsidRPr="00804668">
        <w:rPr>
          <w:lang w:val="ru-RU"/>
        </w:rPr>
        <w:t>Ерлер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костюмінің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жиынтығы</w:t>
      </w:r>
      <w:proofErr w:type="spellEnd"/>
      <w:r w:rsidRPr="00804668">
        <w:rPr>
          <w:lang w:val="ru-RU"/>
        </w:rPr>
        <w:t xml:space="preserve"> (2 </w:t>
      </w:r>
      <w:proofErr w:type="spellStart"/>
      <w:r w:rsidRPr="00804668">
        <w:rPr>
          <w:lang w:val="ru-RU"/>
        </w:rPr>
        <w:t>жиынтық</w:t>
      </w:r>
      <w:proofErr w:type="spellEnd"/>
      <w:r w:rsidRPr="00804668">
        <w:rPr>
          <w:lang w:val="ru-RU"/>
        </w:rPr>
        <w:t>)</w:t>
      </w:r>
    </w:p>
    <w:p w14:paraId="1CB172D9" w14:textId="77777777" w:rsidR="00804668" w:rsidRPr="00804668" w:rsidRDefault="00804668" w:rsidP="00804668">
      <w:pPr>
        <w:rPr>
          <w:lang w:val="ru-RU"/>
        </w:rPr>
      </w:pPr>
      <w:proofErr w:type="spellStart"/>
      <w:r w:rsidRPr="00804668">
        <w:rPr>
          <w:lang w:val="ru-RU"/>
        </w:rPr>
        <w:t>Әр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жиынтыққа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мыналар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кіреді</w:t>
      </w:r>
      <w:proofErr w:type="spellEnd"/>
      <w:r w:rsidRPr="00804668">
        <w:rPr>
          <w:lang w:val="ru-RU"/>
        </w:rPr>
        <w:t xml:space="preserve">: (1) </w:t>
      </w:r>
      <w:proofErr w:type="spellStart"/>
      <w:r w:rsidRPr="00804668">
        <w:rPr>
          <w:lang w:val="ru-RU"/>
        </w:rPr>
        <w:t>ұзартылған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көк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жеңсіз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шапан</w:t>
      </w:r>
      <w:proofErr w:type="spellEnd"/>
      <w:r w:rsidRPr="00804668">
        <w:rPr>
          <w:lang w:val="ru-RU"/>
        </w:rPr>
        <w:t xml:space="preserve"> (жилет); (2) </w:t>
      </w:r>
      <w:proofErr w:type="spellStart"/>
      <w:r w:rsidRPr="00804668">
        <w:rPr>
          <w:lang w:val="ru-RU"/>
        </w:rPr>
        <w:t>қызғылт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сары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түсті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көйлек</w:t>
      </w:r>
      <w:proofErr w:type="spellEnd"/>
      <w:r w:rsidRPr="00804668">
        <w:rPr>
          <w:lang w:val="ru-RU"/>
        </w:rPr>
        <w:t xml:space="preserve">; (3) </w:t>
      </w:r>
      <w:proofErr w:type="spellStart"/>
      <w:r w:rsidRPr="00804668">
        <w:rPr>
          <w:lang w:val="ru-RU"/>
        </w:rPr>
        <w:t>қара</w:t>
      </w:r>
      <w:proofErr w:type="spellEnd"/>
      <w:r w:rsidRPr="00804668">
        <w:rPr>
          <w:lang w:val="ru-RU"/>
        </w:rPr>
        <w:t xml:space="preserve"> бос </w:t>
      </w:r>
      <w:proofErr w:type="spellStart"/>
      <w:r w:rsidRPr="00804668">
        <w:rPr>
          <w:lang w:val="ru-RU"/>
        </w:rPr>
        <w:t>шалбар</w:t>
      </w:r>
      <w:proofErr w:type="spellEnd"/>
      <w:r w:rsidRPr="00804668">
        <w:rPr>
          <w:lang w:val="ru-RU"/>
        </w:rPr>
        <w:t xml:space="preserve">; (4) </w:t>
      </w:r>
      <w:proofErr w:type="spellStart"/>
      <w:r w:rsidRPr="00804668">
        <w:rPr>
          <w:lang w:val="ru-RU"/>
        </w:rPr>
        <w:t>орталық</w:t>
      </w:r>
      <w:proofErr w:type="spellEnd"/>
      <w:r w:rsidRPr="00804668">
        <w:rPr>
          <w:lang w:val="ru-RU"/>
        </w:rPr>
        <w:t xml:space="preserve"> Алтын </w:t>
      </w:r>
      <w:proofErr w:type="spellStart"/>
      <w:r w:rsidRPr="00804668">
        <w:rPr>
          <w:lang w:val="ru-RU"/>
        </w:rPr>
        <w:t>ою-өрнегі</w:t>
      </w:r>
      <w:proofErr w:type="spellEnd"/>
      <w:r w:rsidRPr="00804668">
        <w:rPr>
          <w:lang w:val="ru-RU"/>
        </w:rPr>
        <w:t xml:space="preserve"> бар </w:t>
      </w:r>
      <w:proofErr w:type="spellStart"/>
      <w:r w:rsidRPr="00804668">
        <w:rPr>
          <w:lang w:val="ru-RU"/>
        </w:rPr>
        <w:t>кең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көк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белбеу</w:t>
      </w:r>
      <w:proofErr w:type="spellEnd"/>
      <w:r w:rsidRPr="00804668">
        <w:rPr>
          <w:lang w:val="ru-RU"/>
        </w:rPr>
        <w:t>.</w:t>
      </w:r>
    </w:p>
    <w:p w14:paraId="5E8FB3FD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lastRenderedPageBreak/>
        <w:t xml:space="preserve">* </w:t>
      </w:r>
      <w:proofErr w:type="spellStart"/>
      <w:r w:rsidRPr="00804668">
        <w:rPr>
          <w:lang w:val="ru-RU"/>
        </w:rPr>
        <w:t>Шапан</w:t>
      </w:r>
      <w:proofErr w:type="spellEnd"/>
      <w:r w:rsidRPr="00804668">
        <w:rPr>
          <w:lang w:val="ru-RU"/>
        </w:rPr>
        <w:t xml:space="preserve">: </w:t>
      </w:r>
      <w:proofErr w:type="spellStart"/>
      <w:r w:rsidRPr="00804668">
        <w:rPr>
          <w:lang w:val="ru-RU"/>
        </w:rPr>
        <w:t>тізеден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төмен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ұзындық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жеке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отырғызу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үшін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төменгі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аяқтың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ортасына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дейін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ашық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алдыңғы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едендер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бүкіл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ұзындығы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бойынша</w:t>
      </w:r>
      <w:proofErr w:type="spellEnd"/>
      <w:r w:rsidRPr="00804668">
        <w:rPr>
          <w:lang w:val="ru-RU"/>
        </w:rPr>
        <w:t xml:space="preserve"> Алтын </w:t>
      </w:r>
      <w:proofErr w:type="spellStart"/>
      <w:r w:rsidRPr="00804668">
        <w:rPr>
          <w:lang w:val="ru-RU"/>
        </w:rPr>
        <w:t>ою-өрнекпен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безендірілген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кеңейтілген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сәндік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иық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төсеніштері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төменгі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жағындағы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ою-өрнек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артқы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жағының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жоғарғы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бөлігіндегі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үлкен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ою-өрнек</w:t>
      </w:r>
      <w:proofErr w:type="spellEnd"/>
      <w:r w:rsidRPr="00804668">
        <w:rPr>
          <w:lang w:val="ru-RU"/>
        </w:rPr>
        <w:t xml:space="preserve">; </w:t>
      </w:r>
      <w:proofErr w:type="spellStart"/>
      <w:r w:rsidRPr="00804668">
        <w:rPr>
          <w:lang w:val="ru-RU"/>
        </w:rPr>
        <w:t>төсеу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және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қалыптау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төсемдері</w:t>
      </w:r>
      <w:proofErr w:type="spellEnd"/>
      <w:r w:rsidRPr="00804668">
        <w:rPr>
          <w:lang w:val="ru-RU"/>
        </w:rPr>
        <w:t>.</w:t>
      </w:r>
    </w:p>
    <w:p w14:paraId="49F8E3DA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* </w:t>
      </w:r>
      <w:proofErr w:type="spellStart"/>
      <w:r w:rsidRPr="00804668">
        <w:rPr>
          <w:lang w:val="ru-RU"/>
        </w:rPr>
        <w:t>Жейде</w:t>
      </w:r>
      <w:proofErr w:type="spellEnd"/>
      <w:r w:rsidRPr="00804668">
        <w:rPr>
          <w:lang w:val="ru-RU"/>
        </w:rPr>
        <w:t xml:space="preserve">: </w:t>
      </w:r>
      <w:proofErr w:type="spellStart"/>
      <w:r w:rsidRPr="00804668">
        <w:rPr>
          <w:lang w:val="ru-RU"/>
        </w:rPr>
        <w:t>ашық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қызғылт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сары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түзу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кесілген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ұзын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жеңді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тік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жағалы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және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тік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ою-өрнек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жолағы</w:t>
      </w:r>
      <w:proofErr w:type="spellEnd"/>
      <w:r w:rsidRPr="00804668">
        <w:rPr>
          <w:lang w:val="ru-RU"/>
        </w:rPr>
        <w:t xml:space="preserve">, алтын </w:t>
      </w:r>
      <w:proofErr w:type="spellStart"/>
      <w:r w:rsidRPr="00804668">
        <w:rPr>
          <w:lang w:val="ru-RU"/>
        </w:rPr>
        <w:t>ою-өрнегі</w:t>
      </w:r>
      <w:proofErr w:type="spellEnd"/>
      <w:r w:rsidRPr="00804668">
        <w:rPr>
          <w:lang w:val="ru-RU"/>
        </w:rPr>
        <w:t xml:space="preserve"> бар </w:t>
      </w:r>
      <w:proofErr w:type="spellStart"/>
      <w:r w:rsidRPr="00804668">
        <w:rPr>
          <w:lang w:val="ru-RU"/>
        </w:rPr>
        <w:t>кең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көк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манжеттер</w:t>
      </w:r>
      <w:proofErr w:type="spellEnd"/>
      <w:r w:rsidRPr="00804668">
        <w:rPr>
          <w:lang w:val="ru-RU"/>
        </w:rPr>
        <w:t>.</w:t>
      </w:r>
    </w:p>
    <w:p w14:paraId="6C49EE18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* </w:t>
      </w:r>
      <w:proofErr w:type="spellStart"/>
      <w:r w:rsidRPr="00804668">
        <w:rPr>
          <w:lang w:val="ru-RU"/>
        </w:rPr>
        <w:t>Шалбар</w:t>
      </w:r>
      <w:proofErr w:type="spellEnd"/>
      <w:r w:rsidRPr="00804668">
        <w:rPr>
          <w:lang w:val="ru-RU"/>
        </w:rPr>
        <w:t xml:space="preserve">: </w:t>
      </w:r>
      <w:proofErr w:type="spellStart"/>
      <w:r w:rsidRPr="00804668">
        <w:rPr>
          <w:lang w:val="ru-RU"/>
        </w:rPr>
        <w:t>қараңғы</w:t>
      </w:r>
      <w:proofErr w:type="spellEnd"/>
      <w:r w:rsidRPr="00804668">
        <w:rPr>
          <w:lang w:val="ru-RU"/>
        </w:rPr>
        <w:t xml:space="preserve">, бос, </w:t>
      </w:r>
      <w:proofErr w:type="spellStart"/>
      <w:r w:rsidRPr="00804668">
        <w:rPr>
          <w:lang w:val="ru-RU"/>
        </w:rPr>
        <w:t>фотосурет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үлгісіне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сәйкес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төменгі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бөлігінде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тарылған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ыңғайлы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белбеуі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және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берік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тігістері</w:t>
      </w:r>
      <w:proofErr w:type="spellEnd"/>
      <w:r w:rsidRPr="00804668">
        <w:rPr>
          <w:lang w:val="ru-RU"/>
        </w:rPr>
        <w:t xml:space="preserve"> бар.</w:t>
      </w:r>
    </w:p>
    <w:p w14:paraId="6B400EFE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• </w:t>
      </w:r>
      <w:proofErr w:type="spellStart"/>
      <w:r w:rsidRPr="00804668">
        <w:rPr>
          <w:lang w:val="ru-RU"/>
        </w:rPr>
        <w:t>Белбеу</w:t>
      </w:r>
      <w:proofErr w:type="spellEnd"/>
      <w:r w:rsidRPr="00804668">
        <w:rPr>
          <w:lang w:val="ru-RU"/>
        </w:rPr>
        <w:t xml:space="preserve">: </w:t>
      </w:r>
      <w:proofErr w:type="spellStart"/>
      <w:r w:rsidRPr="00804668">
        <w:rPr>
          <w:lang w:val="ru-RU"/>
        </w:rPr>
        <w:t>кең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көк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пішінге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төзімді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негізі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орталық</w:t>
      </w:r>
      <w:proofErr w:type="spellEnd"/>
      <w:r w:rsidRPr="00804668">
        <w:rPr>
          <w:lang w:val="ru-RU"/>
        </w:rPr>
        <w:t xml:space="preserve"> Алтын </w:t>
      </w:r>
      <w:proofErr w:type="spellStart"/>
      <w:r w:rsidRPr="00804668">
        <w:rPr>
          <w:lang w:val="ru-RU"/>
        </w:rPr>
        <w:t>ою-өрнегі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және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сенімді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реттелетін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бекітпесі</w:t>
      </w:r>
      <w:proofErr w:type="spellEnd"/>
      <w:r w:rsidRPr="00804668">
        <w:rPr>
          <w:lang w:val="ru-RU"/>
        </w:rPr>
        <w:t xml:space="preserve"> бар.</w:t>
      </w:r>
    </w:p>
    <w:p w14:paraId="138C2548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4. </w:t>
      </w:r>
      <w:proofErr w:type="spellStart"/>
      <w:r w:rsidRPr="00804668">
        <w:rPr>
          <w:lang w:val="ru-RU"/>
        </w:rPr>
        <w:t>Маталар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жабдықтар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және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Тапсырыс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берушінің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таңдау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құқығы</w:t>
      </w:r>
      <w:proofErr w:type="spellEnd"/>
    </w:p>
    <w:p w14:paraId="027EEA24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* </w:t>
      </w:r>
      <w:proofErr w:type="spellStart"/>
      <w:r w:rsidRPr="00804668">
        <w:rPr>
          <w:lang w:val="ru-RU"/>
        </w:rPr>
        <w:t>Барлық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материалдар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жаңа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зақымданусыз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бояу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ақауларынсыз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және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бөгде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иістерсіз</w:t>
      </w:r>
      <w:proofErr w:type="spellEnd"/>
      <w:r w:rsidRPr="00804668">
        <w:rPr>
          <w:lang w:val="ru-RU"/>
        </w:rPr>
        <w:t xml:space="preserve">; </w:t>
      </w:r>
      <w:proofErr w:type="spellStart"/>
      <w:r w:rsidRPr="00804668">
        <w:rPr>
          <w:lang w:val="ru-RU"/>
        </w:rPr>
        <w:t>ұсынылған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күтіммен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жеткілікті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беріктік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тозуға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төзімділік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және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бозаруға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төзімділік</w:t>
      </w:r>
      <w:proofErr w:type="spellEnd"/>
      <w:r w:rsidRPr="00804668">
        <w:rPr>
          <w:lang w:val="ru-RU"/>
        </w:rPr>
        <w:t>.</w:t>
      </w:r>
    </w:p>
    <w:p w14:paraId="59E91648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* </w:t>
      </w:r>
      <w:proofErr w:type="spellStart"/>
      <w:r w:rsidRPr="00804668">
        <w:rPr>
          <w:lang w:val="ru-RU"/>
        </w:rPr>
        <w:t>Қызғылт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сары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көйлек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үшін-қажетті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икемділік</w:t>
      </w:r>
      <w:proofErr w:type="spellEnd"/>
      <w:r w:rsidRPr="00804668">
        <w:rPr>
          <w:lang w:val="ru-RU"/>
        </w:rPr>
        <w:t xml:space="preserve"> пен </w:t>
      </w:r>
      <w:proofErr w:type="spellStart"/>
      <w:r w:rsidRPr="00804668">
        <w:rPr>
          <w:lang w:val="ru-RU"/>
        </w:rPr>
        <w:t>мөлдірлікті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қамтамасыз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ететін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жоғары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сапалы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ақылы</w:t>
      </w:r>
      <w:proofErr w:type="spellEnd"/>
      <w:r w:rsidRPr="00804668">
        <w:rPr>
          <w:lang w:val="ru-RU"/>
        </w:rPr>
        <w:t xml:space="preserve"> креп, креп-атлас </w:t>
      </w:r>
      <w:proofErr w:type="spellStart"/>
      <w:r w:rsidRPr="00804668">
        <w:rPr>
          <w:lang w:val="ru-RU"/>
        </w:rPr>
        <w:t>немесе</w:t>
      </w:r>
      <w:proofErr w:type="spellEnd"/>
      <w:r w:rsidRPr="00804668">
        <w:rPr>
          <w:lang w:val="ru-RU"/>
        </w:rPr>
        <w:t xml:space="preserve"> атлас мата; </w:t>
      </w:r>
      <w:proofErr w:type="spellStart"/>
      <w:r w:rsidRPr="00804668">
        <w:rPr>
          <w:lang w:val="ru-RU"/>
        </w:rPr>
        <w:t>жеңдер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үшін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ұқсас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реңктегі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келісілген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жеңіл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материалға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рұқсат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етіледі</w:t>
      </w:r>
      <w:proofErr w:type="spellEnd"/>
      <w:r w:rsidRPr="00804668">
        <w:rPr>
          <w:lang w:val="ru-RU"/>
        </w:rPr>
        <w:t>.</w:t>
      </w:r>
    </w:p>
    <w:p w14:paraId="5E08B2A1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* </w:t>
      </w:r>
      <w:proofErr w:type="spellStart"/>
      <w:r w:rsidRPr="00804668">
        <w:rPr>
          <w:lang w:val="ru-RU"/>
        </w:rPr>
        <w:t>Көк</w:t>
      </w:r>
      <w:proofErr w:type="spellEnd"/>
      <w:r w:rsidRPr="00804668">
        <w:rPr>
          <w:lang w:val="ru-RU"/>
        </w:rPr>
        <w:t xml:space="preserve"> камзол мен </w:t>
      </w:r>
      <w:proofErr w:type="spellStart"/>
      <w:r w:rsidRPr="00804668">
        <w:rPr>
          <w:lang w:val="ru-RU"/>
        </w:rPr>
        <w:t>еркек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шапан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үшін-тығыз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барқыт</w:t>
      </w:r>
      <w:proofErr w:type="spellEnd"/>
      <w:r w:rsidRPr="00804668">
        <w:rPr>
          <w:lang w:val="ru-RU"/>
        </w:rPr>
        <w:t xml:space="preserve">, велюр </w:t>
      </w:r>
      <w:proofErr w:type="spellStart"/>
      <w:r w:rsidRPr="00804668">
        <w:rPr>
          <w:lang w:val="ru-RU"/>
        </w:rPr>
        <w:t>немесе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сәндік</w:t>
      </w:r>
      <w:proofErr w:type="spellEnd"/>
      <w:r w:rsidRPr="00804668">
        <w:rPr>
          <w:lang w:val="ru-RU"/>
        </w:rPr>
        <w:t xml:space="preserve"> костюм </w:t>
      </w:r>
      <w:proofErr w:type="spellStart"/>
      <w:r w:rsidRPr="00804668">
        <w:rPr>
          <w:lang w:val="ru-RU"/>
        </w:rPr>
        <w:t>матасы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ол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сыртқы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түрі</w:t>
      </w:r>
      <w:proofErr w:type="spellEnd"/>
      <w:r w:rsidRPr="00804668">
        <w:rPr>
          <w:lang w:val="ru-RU"/>
        </w:rPr>
        <w:t xml:space="preserve"> мен </w:t>
      </w:r>
      <w:proofErr w:type="spellStart"/>
      <w:r w:rsidRPr="00804668">
        <w:rPr>
          <w:lang w:val="ru-RU"/>
        </w:rPr>
        <w:t>пішініне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төзімділікті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қамтамасыз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етеді</w:t>
      </w:r>
      <w:proofErr w:type="spellEnd"/>
      <w:r w:rsidRPr="00804668">
        <w:rPr>
          <w:lang w:val="ru-RU"/>
        </w:rPr>
        <w:t>.</w:t>
      </w:r>
    </w:p>
    <w:p w14:paraId="0EB9BF9B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* </w:t>
      </w:r>
      <w:proofErr w:type="spellStart"/>
      <w:r w:rsidRPr="00804668">
        <w:rPr>
          <w:lang w:val="ru-RU"/>
        </w:rPr>
        <w:t>Руб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арналған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көйлек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үшін-ыңғайлы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тактильді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қасиеттері</w:t>
      </w:r>
      <w:proofErr w:type="spellEnd"/>
      <w:r w:rsidRPr="00804668">
        <w:rPr>
          <w:lang w:val="ru-RU"/>
        </w:rPr>
        <w:t xml:space="preserve"> бар </w:t>
      </w:r>
      <w:proofErr w:type="spellStart"/>
      <w:r w:rsidRPr="00804668">
        <w:rPr>
          <w:lang w:val="ru-RU"/>
        </w:rPr>
        <w:t>сапалы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тегіс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көйлек</w:t>
      </w:r>
      <w:proofErr w:type="spellEnd"/>
      <w:r w:rsidRPr="00804668">
        <w:rPr>
          <w:lang w:val="ru-RU"/>
        </w:rPr>
        <w:t xml:space="preserve"> — </w:t>
      </w:r>
      <w:proofErr w:type="spellStart"/>
      <w:r w:rsidRPr="00804668">
        <w:rPr>
          <w:lang w:val="ru-RU"/>
        </w:rPr>
        <w:t>көйлек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матасы</w:t>
      </w:r>
      <w:proofErr w:type="spellEnd"/>
      <w:r w:rsidRPr="00804668">
        <w:rPr>
          <w:lang w:val="ru-RU"/>
        </w:rPr>
        <w:t xml:space="preserve">; </w:t>
      </w:r>
      <w:proofErr w:type="spellStart"/>
      <w:r w:rsidRPr="00804668">
        <w:rPr>
          <w:lang w:val="ru-RU"/>
        </w:rPr>
        <w:t>шалбар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үшін</w:t>
      </w:r>
      <w:proofErr w:type="spellEnd"/>
      <w:r w:rsidRPr="00804668">
        <w:rPr>
          <w:lang w:val="ru-RU"/>
        </w:rPr>
        <w:t xml:space="preserve"> — костюм </w:t>
      </w:r>
      <w:proofErr w:type="spellStart"/>
      <w:r w:rsidRPr="00804668">
        <w:rPr>
          <w:lang w:val="ru-RU"/>
        </w:rPr>
        <w:t>матасы</w:t>
      </w:r>
      <w:proofErr w:type="spellEnd"/>
      <w:r w:rsidRPr="00804668">
        <w:rPr>
          <w:lang w:val="ru-RU"/>
        </w:rPr>
        <w:t xml:space="preserve">; </w:t>
      </w:r>
      <w:proofErr w:type="spellStart"/>
      <w:r w:rsidRPr="00804668">
        <w:rPr>
          <w:lang w:val="ru-RU"/>
        </w:rPr>
        <w:t>төсеу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үшін-тегіс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тозуға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төзімді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астарлы</w:t>
      </w:r>
      <w:proofErr w:type="spellEnd"/>
      <w:r w:rsidRPr="00804668">
        <w:rPr>
          <w:lang w:val="ru-RU"/>
        </w:rPr>
        <w:t xml:space="preserve"> мата.</w:t>
      </w:r>
    </w:p>
    <w:p w14:paraId="06F84D1E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* </w:t>
      </w:r>
      <w:proofErr w:type="spellStart"/>
      <w:r w:rsidRPr="00804668">
        <w:rPr>
          <w:lang w:val="ru-RU"/>
        </w:rPr>
        <w:t>Ою-өрнектер-жоғары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сапалы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машиналық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кесте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немесе</w:t>
      </w:r>
      <w:proofErr w:type="spellEnd"/>
      <w:r w:rsidRPr="00804668">
        <w:rPr>
          <w:lang w:val="ru-RU"/>
        </w:rPr>
        <w:t xml:space="preserve"> фото </w:t>
      </w:r>
      <w:proofErr w:type="spellStart"/>
      <w:r w:rsidRPr="00804668">
        <w:rPr>
          <w:lang w:val="ru-RU"/>
        </w:rPr>
        <w:t>үлгілерге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барынша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сәйкес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келетін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берік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бекітілген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сәндік</w:t>
      </w:r>
      <w:proofErr w:type="spellEnd"/>
      <w:r w:rsidRPr="00804668">
        <w:rPr>
          <w:lang w:val="ru-RU"/>
        </w:rPr>
        <w:t xml:space="preserve"> аппликация. </w:t>
      </w:r>
      <w:proofErr w:type="spellStart"/>
      <w:r w:rsidRPr="00804668">
        <w:rPr>
          <w:lang w:val="ru-RU"/>
        </w:rPr>
        <w:t>Тапсырыс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берушінің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жазбаша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келісімінсіз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мөрмен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термофильммен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немесе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қарапайым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өріммен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ауыстыруға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жол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берілмейді</w:t>
      </w:r>
      <w:proofErr w:type="spellEnd"/>
      <w:r w:rsidRPr="00804668">
        <w:rPr>
          <w:lang w:val="ru-RU"/>
        </w:rPr>
        <w:t>.</w:t>
      </w:r>
    </w:p>
    <w:p w14:paraId="7EB32706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• </w:t>
      </w:r>
      <w:proofErr w:type="spellStart"/>
      <w:r w:rsidRPr="00804668">
        <w:rPr>
          <w:lang w:val="ru-RU"/>
        </w:rPr>
        <w:t>Сатып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алудан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және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кесуден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бұрын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Мердігер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Тапсырыс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берушінің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орнына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негізгі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маталардың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астардың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сәндік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әрлеудің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кесте</w:t>
      </w:r>
      <w:proofErr w:type="spellEnd"/>
      <w:r w:rsidRPr="00804668">
        <w:rPr>
          <w:lang w:val="ru-RU"/>
        </w:rPr>
        <w:t xml:space="preserve"> мен </w:t>
      </w:r>
      <w:proofErr w:type="spellStart"/>
      <w:r w:rsidRPr="00804668">
        <w:rPr>
          <w:lang w:val="ru-RU"/>
        </w:rPr>
        <w:t>фитингтердің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нақты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физикалық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үлгілерін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ұсынады</w:t>
      </w:r>
      <w:proofErr w:type="spellEnd"/>
      <w:r w:rsidRPr="00804668">
        <w:rPr>
          <w:lang w:val="ru-RU"/>
        </w:rPr>
        <w:t xml:space="preserve">. </w:t>
      </w:r>
      <w:proofErr w:type="spellStart"/>
      <w:r w:rsidRPr="00804668">
        <w:rPr>
          <w:lang w:val="ru-RU"/>
        </w:rPr>
        <w:t>Тиісті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нұсқалардың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ішінен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түпкілікті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таңдауды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Мердігер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емес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Тапсырыс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беруші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жүзеге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асырады</w:t>
      </w:r>
      <w:proofErr w:type="spellEnd"/>
      <w:r w:rsidRPr="00804668">
        <w:rPr>
          <w:lang w:val="ru-RU"/>
        </w:rPr>
        <w:t>.</w:t>
      </w:r>
    </w:p>
    <w:p w14:paraId="39ED1B0C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* Тек </w:t>
      </w:r>
      <w:proofErr w:type="spellStart"/>
      <w:r w:rsidRPr="00804668">
        <w:rPr>
          <w:lang w:val="ru-RU"/>
        </w:rPr>
        <w:t>кездейсоқ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қойма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қалдықтарын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немесе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бір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баламасыз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нұсқаны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ұсыну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тиісті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сәйкестік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болып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саналмайды</w:t>
      </w:r>
      <w:proofErr w:type="spellEnd"/>
      <w:r w:rsidRPr="00804668">
        <w:rPr>
          <w:lang w:val="ru-RU"/>
        </w:rPr>
        <w:t xml:space="preserve">. Егер </w:t>
      </w:r>
      <w:proofErr w:type="spellStart"/>
      <w:r w:rsidRPr="00804668">
        <w:rPr>
          <w:lang w:val="ru-RU"/>
        </w:rPr>
        <w:t>ұсынылған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материалдар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спецификацияға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немесе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үлгілерге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сәйкес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келмесе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мердігер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басқа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қолайлы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нұсқаларды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таңдайды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және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ұсынады</w:t>
      </w:r>
      <w:proofErr w:type="spellEnd"/>
      <w:r w:rsidRPr="00804668">
        <w:rPr>
          <w:lang w:val="ru-RU"/>
        </w:rPr>
        <w:t>.</w:t>
      </w:r>
    </w:p>
    <w:p w14:paraId="58337D97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* </w:t>
      </w:r>
      <w:proofErr w:type="spellStart"/>
      <w:r w:rsidRPr="00804668">
        <w:rPr>
          <w:lang w:val="ru-RU"/>
        </w:rPr>
        <w:t>Келісу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матаны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түсін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құрамын</w:t>
      </w:r>
      <w:proofErr w:type="spellEnd"/>
      <w:r w:rsidRPr="00804668">
        <w:rPr>
          <w:lang w:val="ru-RU"/>
        </w:rPr>
        <w:t xml:space="preserve"> (</w:t>
      </w:r>
      <w:proofErr w:type="spellStart"/>
      <w:r w:rsidRPr="00804668">
        <w:rPr>
          <w:lang w:val="ru-RU"/>
        </w:rPr>
        <w:t>дайындаушының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таңбалауы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бойынша</w:t>
      </w:r>
      <w:proofErr w:type="spellEnd"/>
      <w:r w:rsidRPr="00804668">
        <w:rPr>
          <w:lang w:val="ru-RU"/>
        </w:rPr>
        <w:t xml:space="preserve">), </w:t>
      </w:r>
      <w:proofErr w:type="spellStart"/>
      <w:r w:rsidRPr="00804668">
        <w:rPr>
          <w:lang w:val="ru-RU"/>
        </w:rPr>
        <w:t>текстурасын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және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әрлеу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үлгісін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көрсете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отырып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екі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жақты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парақпен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бекітіледі</w:t>
      </w:r>
      <w:proofErr w:type="spellEnd"/>
      <w:r w:rsidRPr="00804668">
        <w:rPr>
          <w:lang w:val="ru-RU"/>
        </w:rPr>
        <w:t xml:space="preserve">. </w:t>
      </w:r>
      <w:proofErr w:type="spellStart"/>
      <w:r w:rsidRPr="00804668">
        <w:rPr>
          <w:lang w:val="ru-RU"/>
        </w:rPr>
        <w:t>Жазбаша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келісусіз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материалдарды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ауыстыруға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және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пішуге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жол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берілмейді</w:t>
      </w:r>
      <w:proofErr w:type="spellEnd"/>
      <w:r w:rsidRPr="00804668">
        <w:rPr>
          <w:lang w:val="ru-RU"/>
        </w:rPr>
        <w:t>.</w:t>
      </w:r>
    </w:p>
    <w:p w14:paraId="4A65E8B7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5. Жеке </w:t>
      </w:r>
      <w:proofErr w:type="spellStart"/>
      <w:r w:rsidRPr="00804668">
        <w:rPr>
          <w:lang w:val="ru-RU"/>
        </w:rPr>
        <w:t>өлшемдер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үлгілер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және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фитингтер</w:t>
      </w:r>
      <w:proofErr w:type="spellEnd"/>
    </w:p>
    <w:p w14:paraId="429D8CAC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• </w:t>
      </w:r>
      <w:proofErr w:type="spellStart"/>
      <w:r w:rsidRPr="00804668">
        <w:rPr>
          <w:lang w:val="ru-RU"/>
        </w:rPr>
        <w:t>Мердігер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Тапсырыс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берушінің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аумағында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жеті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Орындаушының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әрқайсысының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жеке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үлгілерін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құрастыруды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тікелей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орындайтын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және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тиісті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бұйымды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отырғызуға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жауапты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маманның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жеке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өлшемдерін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алуды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қамтамасыз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етеді</w:t>
      </w:r>
      <w:proofErr w:type="spellEnd"/>
      <w:r w:rsidRPr="00804668">
        <w:rPr>
          <w:lang w:val="ru-RU"/>
        </w:rPr>
        <w:t xml:space="preserve">. </w:t>
      </w:r>
      <w:proofErr w:type="spellStart"/>
      <w:r w:rsidRPr="00804668">
        <w:rPr>
          <w:lang w:val="ru-RU"/>
        </w:rPr>
        <w:t>Өлшемдер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Тапсырыс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берушіге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немесе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құрылысқа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қатыспайтын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тұлғаға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жазбаша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келісімінсіз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дербес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алуға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берілмейді</w:t>
      </w:r>
      <w:proofErr w:type="spellEnd"/>
      <w:r w:rsidRPr="00804668">
        <w:rPr>
          <w:lang w:val="ru-RU"/>
        </w:rPr>
        <w:t>.</w:t>
      </w:r>
    </w:p>
    <w:p w14:paraId="312A744F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* </w:t>
      </w:r>
      <w:proofErr w:type="spellStart"/>
      <w:r w:rsidRPr="00804668">
        <w:rPr>
          <w:lang w:val="ru-RU"/>
        </w:rPr>
        <w:t>Фигураның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қажетті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параметрлері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соның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ішінде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биіктігі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шеңберлері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ұзындығы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иық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ені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позаның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ерекшеліктері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сахналық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аяқ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киімді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ескере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отырып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көйлек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ұзындығы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алынып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тасталады</w:t>
      </w:r>
      <w:proofErr w:type="spellEnd"/>
      <w:r w:rsidRPr="00804668">
        <w:rPr>
          <w:lang w:val="ru-RU"/>
        </w:rPr>
        <w:t xml:space="preserve">. </w:t>
      </w:r>
      <w:proofErr w:type="spellStart"/>
      <w:r w:rsidRPr="00804668">
        <w:rPr>
          <w:lang w:val="ru-RU"/>
        </w:rPr>
        <w:t>Әр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орындаушы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үшін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жеке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өлшем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картасы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жасалады</w:t>
      </w:r>
      <w:proofErr w:type="spellEnd"/>
      <w:r w:rsidRPr="00804668">
        <w:rPr>
          <w:lang w:val="ru-RU"/>
        </w:rPr>
        <w:t>.</w:t>
      </w:r>
    </w:p>
    <w:p w14:paraId="44BCBBA9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lastRenderedPageBreak/>
        <w:t xml:space="preserve">* </w:t>
      </w:r>
      <w:proofErr w:type="spellStart"/>
      <w:r w:rsidRPr="00804668">
        <w:rPr>
          <w:lang w:val="ru-RU"/>
        </w:rPr>
        <w:t>Тапсырыс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берушінің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аумағында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міндетті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күндізгі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кезеңдер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көзделеді</w:t>
      </w:r>
      <w:proofErr w:type="spellEnd"/>
      <w:r w:rsidRPr="00804668">
        <w:rPr>
          <w:lang w:val="ru-RU"/>
        </w:rPr>
        <w:t xml:space="preserve">: 1) </w:t>
      </w:r>
      <w:proofErr w:type="spellStart"/>
      <w:r w:rsidRPr="00804668">
        <w:rPr>
          <w:lang w:val="ru-RU"/>
        </w:rPr>
        <w:t>кесілгенге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дейін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өлшемдер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алу</w:t>
      </w:r>
      <w:proofErr w:type="spellEnd"/>
      <w:r w:rsidRPr="00804668">
        <w:rPr>
          <w:lang w:val="ru-RU"/>
        </w:rPr>
        <w:t xml:space="preserve">; 2) </w:t>
      </w:r>
      <w:proofErr w:type="spellStart"/>
      <w:r w:rsidRPr="00804668">
        <w:rPr>
          <w:lang w:val="ru-RU"/>
        </w:rPr>
        <w:t>бұйымды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конструкциялық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тігістер</w:t>
      </w:r>
      <w:proofErr w:type="spellEnd"/>
      <w:r w:rsidRPr="00804668">
        <w:rPr>
          <w:lang w:val="ru-RU"/>
        </w:rPr>
        <w:t xml:space="preserve"> мен </w:t>
      </w:r>
      <w:proofErr w:type="spellStart"/>
      <w:r w:rsidRPr="00804668">
        <w:rPr>
          <w:lang w:val="ru-RU"/>
        </w:rPr>
        <w:t>ұзындықтарды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түзетуге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мүмкіндік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беретін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сатыда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аралық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өлшеу</w:t>
      </w:r>
      <w:proofErr w:type="spellEnd"/>
      <w:r w:rsidRPr="00804668">
        <w:rPr>
          <w:lang w:val="ru-RU"/>
        </w:rPr>
        <w:t xml:space="preserve">; 3) </w:t>
      </w:r>
      <w:proofErr w:type="spellStart"/>
      <w:r w:rsidRPr="00804668">
        <w:rPr>
          <w:lang w:val="ru-RU"/>
        </w:rPr>
        <w:t>белбеу</w:t>
      </w:r>
      <w:proofErr w:type="spellEnd"/>
      <w:r w:rsidRPr="00804668">
        <w:rPr>
          <w:lang w:val="ru-RU"/>
        </w:rPr>
        <w:t xml:space="preserve"> мен бас </w:t>
      </w:r>
      <w:proofErr w:type="spellStart"/>
      <w:r w:rsidRPr="00804668">
        <w:rPr>
          <w:lang w:val="ru-RU"/>
        </w:rPr>
        <w:t>киімді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қоса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алғанда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толық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дайын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жиынтықты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қорытынды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тексеру</w:t>
      </w:r>
      <w:proofErr w:type="spellEnd"/>
      <w:r w:rsidRPr="00804668">
        <w:rPr>
          <w:lang w:val="ru-RU"/>
        </w:rPr>
        <w:t>.</w:t>
      </w:r>
    </w:p>
    <w:p w14:paraId="17782EBE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* </w:t>
      </w:r>
      <w:proofErr w:type="spellStart"/>
      <w:r w:rsidRPr="00804668">
        <w:rPr>
          <w:lang w:val="ru-RU"/>
        </w:rPr>
        <w:t>Әрбір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аралық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және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қорытынды</w:t>
      </w:r>
      <w:proofErr w:type="spellEnd"/>
      <w:r w:rsidRPr="00804668">
        <w:rPr>
          <w:lang w:val="ru-RU"/>
        </w:rPr>
        <w:t xml:space="preserve"> фитинг </w:t>
      </w:r>
      <w:proofErr w:type="spellStart"/>
      <w:r w:rsidRPr="00804668">
        <w:rPr>
          <w:lang w:val="ru-RU"/>
        </w:rPr>
        <w:t>бойынша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ескертулер</w:t>
      </w:r>
      <w:proofErr w:type="spellEnd"/>
      <w:r w:rsidRPr="00804668">
        <w:rPr>
          <w:lang w:val="ru-RU"/>
        </w:rPr>
        <w:t xml:space="preserve"> (</w:t>
      </w:r>
      <w:proofErr w:type="spellStart"/>
      <w:r w:rsidRPr="00804668">
        <w:rPr>
          <w:lang w:val="ru-RU"/>
        </w:rPr>
        <w:t>егер</w:t>
      </w:r>
      <w:proofErr w:type="spellEnd"/>
      <w:r w:rsidRPr="00804668">
        <w:rPr>
          <w:lang w:val="ru-RU"/>
        </w:rPr>
        <w:t xml:space="preserve"> бар </w:t>
      </w:r>
      <w:proofErr w:type="spellStart"/>
      <w:r w:rsidRPr="00804668">
        <w:rPr>
          <w:lang w:val="ru-RU"/>
        </w:rPr>
        <w:t>болса</w:t>
      </w:r>
      <w:proofErr w:type="spellEnd"/>
      <w:r w:rsidRPr="00804668">
        <w:rPr>
          <w:lang w:val="ru-RU"/>
        </w:rPr>
        <w:t xml:space="preserve">) </w:t>
      </w:r>
      <w:proofErr w:type="spellStart"/>
      <w:r w:rsidRPr="00804668">
        <w:rPr>
          <w:lang w:val="ru-RU"/>
        </w:rPr>
        <w:t>және</w:t>
      </w:r>
      <w:proofErr w:type="spellEnd"/>
      <w:r w:rsidRPr="00804668">
        <w:rPr>
          <w:lang w:val="ru-RU"/>
        </w:rPr>
        <w:t xml:space="preserve"> фитинг </w:t>
      </w:r>
      <w:proofErr w:type="spellStart"/>
      <w:r w:rsidRPr="00804668">
        <w:rPr>
          <w:lang w:val="ru-RU"/>
        </w:rPr>
        <w:t>парағында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түзетулер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жазылады</w:t>
      </w:r>
      <w:proofErr w:type="spellEnd"/>
      <w:r w:rsidRPr="00804668">
        <w:rPr>
          <w:lang w:val="ru-RU"/>
        </w:rPr>
        <w:t xml:space="preserve">. </w:t>
      </w:r>
      <w:proofErr w:type="spellStart"/>
      <w:r w:rsidRPr="00804668">
        <w:rPr>
          <w:lang w:val="ru-RU"/>
        </w:rPr>
        <w:t>Мердігердің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кінәсінен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қонудың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кемшіліктерін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олар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қосымша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ақысыз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өз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есебінен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шешеді</w:t>
      </w:r>
      <w:proofErr w:type="spellEnd"/>
      <w:r w:rsidRPr="00804668">
        <w:rPr>
          <w:lang w:val="ru-RU"/>
        </w:rPr>
        <w:t>.</w:t>
      </w:r>
    </w:p>
    <w:p w14:paraId="78A5FB86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* </w:t>
      </w:r>
      <w:proofErr w:type="spellStart"/>
      <w:r w:rsidRPr="00804668">
        <w:rPr>
          <w:lang w:val="ru-RU"/>
        </w:rPr>
        <w:t>Фотосуретке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бейнебайланысқа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немесе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өлшемдерді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қашықтықтан</w:t>
      </w:r>
      <w:proofErr w:type="spellEnd"/>
      <w:r w:rsidRPr="00804668">
        <w:rPr>
          <w:lang w:val="ru-RU"/>
        </w:rPr>
        <w:t xml:space="preserve"> беру </w:t>
      </w:r>
      <w:proofErr w:type="spellStart"/>
      <w:r w:rsidRPr="00804668">
        <w:rPr>
          <w:lang w:val="ru-RU"/>
        </w:rPr>
        <w:t>міндетті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бетпе</w:t>
      </w:r>
      <w:proofErr w:type="spellEnd"/>
      <w:r w:rsidRPr="00804668">
        <w:rPr>
          <w:lang w:val="ru-RU"/>
        </w:rPr>
        <w:t xml:space="preserve">-бет </w:t>
      </w:r>
      <w:proofErr w:type="spellStart"/>
      <w:r w:rsidRPr="00804668">
        <w:rPr>
          <w:lang w:val="ru-RU"/>
        </w:rPr>
        <w:t>кезеңдерді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алмастырмайды</w:t>
      </w:r>
      <w:proofErr w:type="spellEnd"/>
      <w:r w:rsidRPr="00804668">
        <w:rPr>
          <w:lang w:val="ru-RU"/>
        </w:rPr>
        <w:t xml:space="preserve">. </w:t>
      </w:r>
      <w:proofErr w:type="spellStart"/>
      <w:r w:rsidRPr="00804668">
        <w:rPr>
          <w:lang w:val="ru-RU"/>
        </w:rPr>
        <w:t>Келу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кестесі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Тапсырыс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берушімен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алдын</w:t>
      </w:r>
      <w:proofErr w:type="spellEnd"/>
      <w:r w:rsidRPr="00804668">
        <w:rPr>
          <w:lang w:val="ru-RU"/>
        </w:rPr>
        <w:t xml:space="preserve"> ала </w:t>
      </w:r>
      <w:proofErr w:type="spellStart"/>
      <w:r w:rsidRPr="00804668">
        <w:rPr>
          <w:lang w:val="ru-RU"/>
        </w:rPr>
        <w:t>келісіледі</w:t>
      </w:r>
      <w:proofErr w:type="spellEnd"/>
      <w:r w:rsidRPr="00804668">
        <w:rPr>
          <w:lang w:val="ru-RU"/>
        </w:rPr>
        <w:t>.</w:t>
      </w:r>
    </w:p>
    <w:p w14:paraId="12AF2EFB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6. </w:t>
      </w:r>
      <w:proofErr w:type="spellStart"/>
      <w:r w:rsidRPr="00804668">
        <w:rPr>
          <w:lang w:val="ru-RU"/>
        </w:rPr>
        <w:t>Өндіріс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сапасы</w:t>
      </w:r>
      <w:proofErr w:type="spellEnd"/>
    </w:p>
    <w:p w14:paraId="65AA0ADA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* </w:t>
      </w:r>
      <w:proofErr w:type="spellStart"/>
      <w:r w:rsidRPr="00804668">
        <w:rPr>
          <w:lang w:val="ru-RU"/>
        </w:rPr>
        <w:t>Өтпейтін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және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тартылмайтын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тегіс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тігістер</w:t>
      </w:r>
      <w:proofErr w:type="spellEnd"/>
      <w:r w:rsidRPr="00804668">
        <w:rPr>
          <w:lang w:val="ru-RU"/>
        </w:rPr>
        <w:t xml:space="preserve">; </w:t>
      </w:r>
      <w:proofErr w:type="spellStart"/>
      <w:r w:rsidRPr="00804668">
        <w:rPr>
          <w:lang w:val="ru-RU"/>
        </w:rPr>
        <w:t>өңделген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кесінділер</w:t>
      </w:r>
      <w:proofErr w:type="spellEnd"/>
      <w:r w:rsidRPr="00804668">
        <w:rPr>
          <w:lang w:val="ru-RU"/>
        </w:rPr>
        <w:t xml:space="preserve">; </w:t>
      </w:r>
      <w:proofErr w:type="spellStart"/>
      <w:r w:rsidRPr="00804668">
        <w:rPr>
          <w:lang w:val="ru-RU"/>
        </w:rPr>
        <w:t>декордың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ою-өрнектердің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және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арматураның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берік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бекітпелері</w:t>
      </w:r>
      <w:proofErr w:type="spellEnd"/>
      <w:r w:rsidRPr="00804668">
        <w:rPr>
          <w:lang w:val="ru-RU"/>
        </w:rPr>
        <w:t xml:space="preserve">; </w:t>
      </w:r>
      <w:proofErr w:type="spellStart"/>
      <w:r w:rsidRPr="00804668">
        <w:rPr>
          <w:lang w:val="ru-RU"/>
        </w:rPr>
        <w:t>бұрмаланулар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қатайтулар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желім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іздері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және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шығыңқы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жіптердің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болмауы</w:t>
      </w:r>
      <w:proofErr w:type="spellEnd"/>
      <w:r w:rsidRPr="00804668">
        <w:rPr>
          <w:lang w:val="ru-RU"/>
        </w:rPr>
        <w:t>.</w:t>
      </w:r>
    </w:p>
    <w:p w14:paraId="476F4BD3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* </w:t>
      </w:r>
      <w:proofErr w:type="spellStart"/>
      <w:r w:rsidRPr="00804668">
        <w:rPr>
          <w:lang w:val="ru-RU"/>
        </w:rPr>
        <w:t>Бұйымдар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еркін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сахналық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қимылдарды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қамтамасыз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етуі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тиіс</w:t>
      </w:r>
      <w:proofErr w:type="spellEnd"/>
      <w:r w:rsidRPr="00804668">
        <w:rPr>
          <w:lang w:val="ru-RU"/>
        </w:rPr>
        <w:t xml:space="preserve">; </w:t>
      </w:r>
      <w:proofErr w:type="spellStart"/>
      <w:r w:rsidRPr="00804668">
        <w:rPr>
          <w:lang w:val="ru-RU"/>
        </w:rPr>
        <w:t>етегінің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ұзындығы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жүру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кезінде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оған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шабуыл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жасауды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болдырмауы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тиіс</w:t>
      </w:r>
      <w:proofErr w:type="spellEnd"/>
      <w:r w:rsidRPr="00804668">
        <w:rPr>
          <w:lang w:val="ru-RU"/>
        </w:rPr>
        <w:t xml:space="preserve">. Бас </w:t>
      </w:r>
      <w:proofErr w:type="spellStart"/>
      <w:r w:rsidRPr="00804668">
        <w:rPr>
          <w:lang w:val="ru-RU"/>
        </w:rPr>
        <w:t>киім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мықтап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бекітіліп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шамадан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тыс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жүктеме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тудырмауы</w:t>
      </w:r>
      <w:proofErr w:type="spellEnd"/>
      <w:r w:rsidRPr="00804668">
        <w:rPr>
          <w:lang w:val="ru-RU"/>
        </w:rPr>
        <w:t xml:space="preserve"> керек.</w:t>
      </w:r>
    </w:p>
    <w:p w14:paraId="13BCB672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* </w:t>
      </w:r>
      <w:proofErr w:type="spellStart"/>
      <w:r w:rsidRPr="00804668">
        <w:rPr>
          <w:lang w:val="ru-RU"/>
        </w:rPr>
        <w:t>Әрбір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жинақ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соңғы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ылғалды-термиялық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өңдеуден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кейін</w:t>
      </w:r>
      <w:proofErr w:type="spellEnd"/>
      <w:r w:rsidRPr="00804668">
        <w:rPr>
          <w:lang w:val="ru-RU"/>
        </w:rPr>
        <w:t xml:space="preserve">, таза, </w:t>
      </w:r>
      <w:proofErr w:type="spellStart"/>
      <w:r w:rsidRPr="00804668">
        <w:rPr>
          <w:lang w:val="ru-RU"/>
        </w:rPr>
        <w:t>жеке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қорғаныс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қабында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немесе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жиынтық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белгісі</w:t>
      </w:r>
      <w:proofErr w:type="spellEnd"/>
      <w:r w:rsidRPr="00804668">
        <w:rPr>
          <w:lang w:val="ru-RU"/>
        </w:rPr>
        <w:t xml:space="preserve"> бар </w:t>
      </w:r>
      <w:proofErr w:type="spellStart"/>
      <w:r w:rsidRPr="00804668">
        <w:rPr>
          <w:lang w:val="ru-RU"/>
        </w:rPr>
        <w:t>қаптамада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беріледі</w:t>
      </w:r>
      <w:proofErr w:type="spellEnd"/>
      <w:r w:rsidRPr="00804668">
        <w:rPr>
          <w:lang w:val="ru-RU"/>
        </w:rPr>
        <w:t>.</w:t>
      </w:r>
    </w:p>
    <w:p w14:paraId="49AFF041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7. </w:t>
      </w:r>
      <w:proofErr w:type="spellStart"/>
      <w:r w:rsidRPr="00804668">
        <w:rPr>
          <w:lang w:val="ru-RU"/>
        </w:rPr>
        <w:t>Бақылау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тапсыру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және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қабылдау</w:t>
      </w:r>
      <w:proofErr w:type="spellEnd"/>
    </w:p>
    <w:p w14:paraId="7DA0DA55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* </w:t>
      </w:r>
      <w:proofErr w:type="spellStart"/>
      <w:r w:rsidRPr="00804668">
        <w:rPr>
          <w:lang w:val="ru-RU"/>
        </w:rPr>
        <w:t>Мердігер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материалдарды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түс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реңктерін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ою-өрнек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үлгісін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жеке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өлшемдерді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және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конструктивті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шешімдерді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алдын</w:t>
      </w:r>
      <w:proofErr w:type="spellEnd"/>
      <w:r w:rsidRPr="00804668">
        <w:rPr>
          <w:lang w:val="ru-RU"/>
        </w:rPr>
        <w:t xml:space="preserve"> ала </w:t>
      </w:r>
      <w:proofErr w:type="spellStart"/>
      <w:r w:rsidRPr="00804668">
        <w:rPr>
          <w:lang w:val="ru-RU"/>
        </w:rPr>
        <w:t>келіседі</w:t>
      </w:r>
      <w:proofErr w:type="spellEnd"/>
      <w:r w:rsidRPr="00804668">
        <w:rPr>
          <w:lang w:val="ru-RU"/>
        </w:rPr>
        <w:t xml:space="preserve">. </w:t>
      </w:r>
      <w:proofErr w:type="spellStart"/>
      <w:r w:rsidRPr="00804668">
        <w:rPr>
          <w:lang w:val="ru-RU"/>
        </w:rPr>
        <w:t>Елеулі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өзгерістерге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Тапсырыс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беруші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жазбаша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келіскеннен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кейін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ғана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жол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беріледі</w:t>
      </w:r>
      <w:proofErr w:type="spellEnd"/>
      <w:r w:rsidRPr="00804668">
        <w:rPr>
          <w:lang w:val="ru-RU"/>
        </w:rPr>
        <w:t>.</w:t>
      </w:r>
    </w:p>
    <w:p w14:paraId="1EE4DE3A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* </w:t>
      </w:r>
      <w:proofErr w:type="spellStart"/>
      <w:r w:rsidRPr="00804668">
        <w:rPr>
          <w:lang w:val="ru-RU"/>
        </w:rPr>
        <w:t>Қабылдау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барлық</w:t>
      </w:r>
      <w:proofErr w:type="spellEnd"/>
      <w:r w:rsidRPr="00804668">
        <w:rPr>
          <w:lang w:val="ru-RU"/>
        </w:rPr>
        <w:t xml:space="preserve"> 7 </w:t>
      </w:r>
      <w:proofErr w:type="spellStart"/>
      <w:r w:rsidRPr="00804668">
        <w:rPr>
          <w:lang w:val="ru-RU"/>
        </w:rPr>
        <w:t>жиынтық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бойынша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жиынтығын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фотосуреттерге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және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келісілген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материалдарға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сәйкестігін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тігу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сапасын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ою-өрнектерді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және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жеке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сәйкестікті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қорытынды</w:t>
      </w:r>
      <w:proofErr w:type="spellEnd"/>
      <w:r w:rsidRPr="00804668">
        <w:rPr>
          <w:lang w:val="ru-RU"/>
        </w:rPr>
        <w:t xml:space="preserve"> фитинг </w:t>
      </w:r>
      <w:proofErr w:type="spellStart"/>
      <w:r w:rsidRPr="00804668">
        <w:rPr>
          <w:lang w:val="ru-RU"/>
        </w:rPr>
        <w:t>нәтижелері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бойынша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тексерумен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жүргізіледі</w:t>
      </w:r>
      <w:proofErr w:type="spellEnd"/>
      <w:r w:rsidRPr="00804668">
        <w:rPr>
          <w:lang w:val="ru-RU"/>
        </w:rPr>
        <w:t>.</w:t>
      </w:r>
    </w:p>
    <w:p w14:paraId="4D2E078C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* </w:t>
      </w:r>
      <w:proofErr w:type="spellStart"/>
      <w:r w:rsidRPr="00804668">
        <w:rPr>
          <w:lang w:val="ru-RU"/>
        </w:rPr>
        <w:t>Ескертулер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құжатпен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ресімделеді</w:t>
      </w:r>
      <w:proofErr w:type="spellEnd"/>
      <w:r w:rsidRPr="00804668">
        <w:rPr>
          <w:lang w:val="ru-RU"/>
        </w:rPr>
        <w:t xml:space="preserve">; </w:t>
      </w:r>
      <w:proofErr w:type="spellStart"/>
      <w:r w:rsidRPr="00804668">
        <w:rPr>
          <w:lang w:val="ru-RU"/>
        </w:rPr>
        <w:t>мердігердің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міндеттемелеріне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қатысты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кемшіліктер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шарт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талаптары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шегінде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келісілген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мерзімде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оның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есебінен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жойылады</w:t>
      </w:r>
      <w:proofErr w:type="spellEnd"/>
      <w:r w:rsidRPr="00804668">
        <w:rPr>
          <w:lang w:val="ru-RU"/>
        </w:rPr>
        <w:t xml:space="preserve">. </w:t>
      </w:r>
      <w:proofErr w:type="spellStart"/>
      <w:r w:rsidRPr="00804668">
        <w:rPr>
          <w:lang w:val="ru-RU"/>
        </w:rPr>
        <w:t>Түпкілікті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қабылдау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және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төлеу</w:t>
      </w:r>
      <w:proofErr w:type="spellEnd"/>
      <w:r w:rsidRPr="00804668">
        <w:rPr>
          <w:lang w:val="ru-RU"/>
        </w:rPr>
        <w:t xml:space="preserve"> — </w:t>
      </w:r>
      <w:proofErr w:type="spellStart"/>
      <w:r w:rsidRPr="00804668">
        <w:rPr>
          <w:lang w:val="ru-RU"/>
        </w:rPr>
        <w:t>Шартта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және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Қазақстан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Республикасының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заңнамасында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көзделген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тәртіппен</w:t>
      </w:r>
      <w:proofErr w:type="spellEnd"/>
      <w:r w:rsidRPr="00804668">
        <w:rPr>
          <w:lang w:val="ru-RU"/>
        </w:rPr>
        <w:t>.</w:t>
      </w:r>
    </w:p>
    <w:p w14:paraId="79E473B3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* </w:t>
      </w:r>
      <w:proofErr w:type="spellStart"/>
      <w:r w:rsidRPr="00804668">
        <w:rPr>
          <w:lang w:val="ru-RU"/>
        </w:rPr>
        <w:t>Шарттың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құнына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Барлық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материалдар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аксессуарлар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үлгілерді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жобалау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пішу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тігу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кесте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тігу</w:t>
      </w:r>
      <w:proofErr w:type="spellEnd"/>
      <w:r w:rsidRPr="00804668">
        <w:rPr>
          <w:lang w:val="ru-RU"/>
        </w:rPr>
        <w:t xml:space="preserve">, бас </w:t>
      </w:r>
      <w:proofErr w:type="spellStart"/>
      <w:r w:rsidRPr="00804668">
        <w:rPr>
          <w:lang w:val="ru-RU"/>
        </w:rPr>
        <w:t>киімдер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шығу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өлшеу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фитингтер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түзетулер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орау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және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жеткізу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кіреді</w:t>
      </w:r>
      <w:proofErr w:type="spellEnd"/>
      <w:r w:rsidRPr="00804668">
        <w:rPr>
          <w:lang w:val="ru-RU"/>
        </w:rPr>
        <w:t xml:space="preserve">. </w:t>
      </w:r>
      <w:proofErr w:type="spellStart"/>
      <w:r w:rsidRPr="00804668">
        <w:rPr>
          <w:lang w:val="ru-RU"/>
        </w:rPr>
        <w:t>Бұл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әрекеттер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үшін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қосымша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ақы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төлеуге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жол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берілмейді</w:t>
      </w:r>
      <w:proofErr w:type="spellEnd"/>
      <w:r w:rsidRPr="00804668">
        <w:rPr>
          <w:lang w:val="ru-RU"/>
        </w:rPr>
        <w:t>.</w:t>
      </w:r>
    </w:p>
    <w:p w14:paraId="4C37A52B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* </w:t>
      </w:r>
      <w:proofErr w:type="spellStart"/>
      <w:r w:rsidRPr="00804668">
        <w:rPr>
          <w:lang w:val="ru-RU"/>
        </w:rPr>
        <w:t>Тігістердің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сапасына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кепілдік</w:t>
      </w:r>
      <w:proofErr w:type="spellEnd"/>
      <w:r w:rsidRPr="00804668">
        <w:rPr>
          <w:lang w:val="ru-RU"/>
        </w:rPr>
        <w:t xml:space="preserve">, арматура мен </w:t>
      </w:r>
      <w:proofErr w:type="spellStart"/>
      <w:r w:rsidRPr="00804668">
        <w:rPr>
          <w:lang w:val="ru-RU"/>
        </w:rPr>
        <w:t>декорды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бекіту-қабылдау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күнінен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бастап</w:t>
      </w:r>
      <w:proofErr w:type="spellEnd"/>
      <w:r w:rsidRPr="00804668">
        <w:rPr>
          <w:lang w:val="ru-RU"/>
        </w:rPr>
        <w:t xml:space="preserve"> 12 ай, </w:t>
      </w:r>
      <w:proofErr w:type="spellStart"/>
      <w:r w:rsidRPr="00804668">
        <w:rPr>
          <w:lang w:val="ru-RU"/>
        </w:rPr>
        <w:t>пайдалану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және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күтім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ережелерін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сақтай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отырып</w:t>
      </w:r>
      <w:proofErr w:type="spellEnd"/>
      <w:r w:rsidRPr="00804668">
        <w:rPr>
          <w:lang w:val="ru-RU"/>
        </w:rPr>
        <w:t xml:space="preserve">; </w:t>
      </w:r>
      <w:proofErr w:type="spellStart"/>
      <w:r w:rsidRPr="00804668">
        <w:rPr>
          <w:lang w:val="ru-RU"/>
        </w:rPr>
        <w:t>өндірістік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кемшіліктерді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мердігер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өз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есебінен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жояды</w:t>
      </w:r>
      <w:proofErr w:type="spellEnd"/>
      <w:r w:rsidRPr="00804668">
        <w:rPr>
          <w:lang w:val="ru-RU"/>
        </w:rPr>
        <w:t>.</w:t>
      </w:r>
    </w:p>
    <w:p w14:paraId="0DC8484D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* </w:t>
      </w:r>
      <w:proofErr w:type="spellStart"/>
      <w:r w:rsidRPr="00804668">
        <w:rPr>
          <w:lang w:val="ru-RU"/>
        </w:rPr>
        <w:t>Жұмыстарды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орындау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мерзімі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және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өлшеулер</w:t>
      </w:r>
      <w:proofErr w:type="spellEnd"/>
      <w:r w:rsidRPr="00804668">
        <w:rPr>
          <w:lang w:val="ru-RU"/>
        </w:rPr>
        <w:t xml:space="preserve"> мен </w:t>
      </w:r>
      <w:proofErr w:type="spellStart"/>
      <w:r w:rsidRPr="00804668">
        <w:rPr>
          <w:lang w:val="ru-RU"/>
        </w:rPr>
        <w:t>мысалдарды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жүргізудің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нақты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мекенжайы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мемлекеттік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сатып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алу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туралы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шартта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көрсетіледі</w:t>
      </w:r>
      <w:proofErr w:type="spellEnd"/>
      <w:r w:rsidRPr="00804668">
        <w:rPr>
          <w:lang w:val="ru-RU"/>
        </w:rPr>
        <w:t>.</w:t>
      </w:r>
    </w:p>
    <w:p w14:paraId="578A781B" w14:textId="77777777" w:rsidR="00804668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8. </w:t>
      </w:r>
      <w:proofErr w:type="spellStart"/>
      <w:r w:rsidRPr="00804668">
        <w:rPr>
          <w:lang w:val="ru-RU"/>
        </w:rPr>
        <w:t>Қосымшалар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және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талаптардың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басымдығы</w:t>
      </w:r>
      <w:proofErr w:type="spellEnd"/>
    </w:p>
    <w:p w14:paraId="45ED4982" w14:textId="762E7E3E" w:rsidR="00E63230" w:rsidRPr="00804668" w:rsidRDefault="00804668" w:rsidP="00804668">
      <w:pPr>
        <w:rPr>
          <w:lang w:val="ru-RU"/>
        </w:rPr>
      </w:pPr>
      <w:r w:rsidRPr="00804668">
        <w:rPr>
          <w:lang w:val="ru-RU"/>
        </w:rPr>
        <w:t xml:space="preserve">1-қосымша: </w:t>
      </w:r>
      <w:proofErr w:type="spellStart"/>
      <w:r w:rsidRPr="00804668">
        <w:rPr>
          <w:lang w:val="ru-RU"/>
        </w:rPr>
        <w:t>тапсырыс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берушінің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әйелдер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костюмінің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түпнұсқа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фотосуреті</w:t>
      </w:r>
      <w:proofErr w:type="spellEnd"/>
      <w:r w:rsidRPr="00804668">
        <w:rPr>
          <w:lang w:val="ru-RU"/>
        </w:rPr>
        <w:t xml:space="preserve">. 2-қосымша: </w:t>
      </w:r>
      <w:proofErr w:type="spellStart"/>
      <w:r w:rsidRPr="00804668">
        <w:rPr>
          <w:lang w:val="ru-RU"/>
        </w:rPr>
        <w:t>тапсырыс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берушінің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ерлер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костюмінің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түпнұсқа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фотосуреті</w:t>
      </w:r>
      <w:proofErr w:type="spellEnd"/>
      <w:r w:rsidRPr="00804668">
        <w:rPr>
          <w:lang w:val="ru-RU"/>
        </w:rPr>
        <w:t xml:space="preserve">. </w:t>
      </w:r>
      <w:proofErr w:type="spellStart"/>
      <w:r w:rsidRPr="00804668">
        <w:rPr>
          <w:lang w:val="ru-RU"/>
        </w:rPr>
        <w:t>Фотосуреттер</w:t>
      </w:r>
      <w:proofErr w:type="spellEnd"/>
      <w:r w:rsidRPr="00804668">
        <w:rPr>
          <w:lang w:val="ru-RU"/>
        </w:rPr>
        <w:t xml:space="preserve"> осы </w:t>
      </w:r>
      <w:proofErr w:type="spellStart"/>
      <w:r w:rsidRPr="00804668">
        <w:rPr>
          <w:lang w:val="ru-RU"/>
        </w:rPr>
        <w:t>Техникалық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сипаттаманың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ажырамас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бөлігі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болып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табылады</w:t>
      </w:r>
      <w:proofErr w:type="spellEnd"/>
      <w:r w:rsidRPr="00804668">
        <w:rPr>
          <w:lang w:val="ru-RU"/>
        </w:rPr>
        <w:t xml:space="preserve">. </w:t>
      </w:r>
      <w:proofErr w:type="spellStart"/>
      <w:r w:rsidRPr="00804668">
        <w:rPr>
          <w:lang w:val="ru-RU"/>
        </w:rPr>
        <w:t>Кескін</w:t>
      </w:r>
      <w:proofErr w:type="spellEnd"/>
      <w:r w:rsidRPr="00804668">
        <w:rPr>
          <w:lang w:val="ru-RU"/>
        </w:rPr>
        <w:t xml:space="preserve"> мен </w:t>
      </w:r>
      <w:proofErr w:type="spellStart"/>
      <w:r w:rsidRPr="00804668">
        <w:rPr>
          <w:lang w:val="ru-RU"/>
        </w:rPr>
        <w:t>мәтіндік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сипаттаманың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сәйкес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келмеуі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кезінде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мәтінде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тікелей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белгіленген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талаптар</w:t>
      </w:r>
      <w:proofErr w:type="spellEnd"/>
      <w:r w:rsidRPr="00804668">
        <w:rPr>
          <w:lang w:val="ru-RU"/>
        </w:rPr>
        <w:t xml:space="preserve">, </w:t>
      </w:r>
      <w:proofErr w:type="spellStart"/>
      <w:r w:rsidRPr="00804668">
        <w:rPr>
          <w:lang w:val="ru-RU"/>
        </w:rPr>
        <w:t>соның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ішінде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әйелдер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көйлегінің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юбкасындағы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жалғыз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өзгеріс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артықшылыққа</w:t>
      </w:r>
      <w:proofErr w:type="spellEnd"/>
      <w:r w:rsidRPr="00804668">
        <w:rPr>
          <w:lang w:val="ru-RU"/>
        </w:rPr>
        <w:t xml:space="preserve"> </w:t>
      </w:r>
      <w:proofErr w:type="spellStart"/>
      <w:r w:rsidRPr="00804668">
        <w:rPr>
          <w:lang w:val="ru-RU"/>
        </w:rPr>
        <w:t>ие</w:t>
      </w:r>
      <w:proofErr w:type="spellEnd"/>
      <w:r w:rsidRPr="00804668">
        <w:rPr>
          <w:lang w:val="ru-RU"/>
        </w:rPr>
        <w:t>.</w:t>
      </w:r>
    </w:p>
    <w:p w14:paraId="3B29CE3A" w14:textId="77777777" w:rsidR="00E63230" w:rsidRDefault="002F3128">
      <w:pPr>
        <w:jc w:val="center"/>
      </w:pPr>
      <w:r>
        <w:rPr>
          <w:noProof/>
          <w:lang w:val="ru-RU" w:eastAsia="ru-RU"/>
        </w:rPr>
        <w:lastRenderedPageBreak/>
        <w:drawing>
          <wp:inline distT="0" distB="0" distL="0" distR="0" wp14:anchorId="38B00787" wp14:editId="597579B1">
            <wp:extent cx="4152901" cy="6229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10-09 at 19.42.24.jpe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63545" cy="6245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96448" w14:textId="77777777" w:rsidR="00E63230" w:rsidRDefault="002F3128">
      <w:pPr>
        <w:jc w:val="center"/>
      </w:pPr>
      <w:r w:rsidRPr="00804668">
        <w:rPr>
          <w:lang w:val="ru-RU"/>
        </w:rPr>
        <w:t xml:space="preserve">Приложение 1. Оригинальный образец женского костюма (5 комплектов). </w:t>
      </w:r>
      <w:proofErr w:type="spellStart"/>
      <w:r>
        <w:t>Изменяется</w:t>
      </w:r>
      <w:proofErr w:type="spellEnd"/>
      <w:r>
        <w:t xml:space="preserve"> </w:t>
      </w:r>
      <w:proofErr w:type="spellStart"/>
      <w:r>
        <w:t>только</w:t>
      </w:r>
      <w:proofErr w:type="spellEnd"/>
      <w:r>
        <w:t xml:space="preserve"> </w:t>
      </w:r>
      <w:proofErr w:type="spellStart"/>
      <w:r>
        <w:t>юбка</w:t>
      </w:r>
      <w:proofErr w:type="spellEnd"/>
      <w:r>
        <w:t xml:space="preserve">: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горизонтальных</w:t>
      </w:r>
      <w:proofErr w:type="spellEnd"/>
      <w:r>
        <w:t xml:space="preserve"> </w:t>
      </w:r>
      <w:proofErr w:type="spellStart"/>
      <w:r>
        <w:t>воланов</w:t>
      </w:r>
      <w:proofErr w:type="spellEnd"/>
      <w:r>
        <w:t>.</w:t>
      </w:r>
    </w:p>
    <w:p w14:paraId="27E8F680" w14:textId="77777777" w:rsidR="00E63230" w:rsidRDefault="002F3128">
      <w:r>
        <w:br w:type="page"/>
      </w:r>
    </w:p>
    <w:p w14:paraId="2F4545E5" w14:textId="77777777" w:rsidR="00E63230" w:rsidRDefault="002F3128">
      <w:pPr>
        <w:jc w:val="center"/>
      </w:pPr>
      <w:r>
        <w:rPr>
          <w:noProof/>
          <w:lang w:val="ru-RU" w:eastAsia="ru-RU"/>
        </w:rPr>
        <w:lastRenderedPageBreak/>
        <w:drawing>
          <wp:inline distT="0" distB="0" distL="0" distR="0" wp14:anchorId="0C7D95F4" wp14:editId="12AD54F2">
            <wp:extent cx="3911600" cy="58674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10-09 at 19.42.24 (1).jpe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14648" cy="5871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974147" w14:textId="77777777" w:rsidR="00E63230" w:rsidRDefault="002F3128">
      <w:pPr>
        <w:jc w:val="center"/>
      </w:pPr>
      <w:r w:rsidRPr="00804668">
        <w:rPr>
          <w:lang w:val="ru-RU"/>
        </w:rPr>
        <w:t xml:space="preserve">Приложение 2. Оригинальный образец мужского костюма (2 комплекта).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изменений</w:t>
      </w:r>
      <w:proofErr w:type="spellEnd"/>
      <w:r>
        <w:t>.</w:t>
      </w:r>
    </w:p>
    <w:sectPr w:rsidR="00E63230" w:rsidSect="00034616">
      <w:footerReference w:type="default" r:id="rId10"/>
      <w:pgSz w:w="12240" w:h="15840"/>
      <w:pgMar w:top="1020" w:right="1134" w:bottom="1020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75AC84" w14:textId="77777777" w:rsidR="00345182" w:rsidRDefault="00345182" w:rsidP="00E63230">
      <w:pPr>
        <w:spacing w:after="0" w:line="240" w:lineRule="auto"/>
      </w:pPr>
      <w:r>
        <w:separator/>
      </w:r>
    </w:p>
  </w:endnote>
  <w:endnote w:type="continuationSeparator" w:id="0">
    <w:p w14:paraId="4560BF10" w14:textId="77777777" w:rsidR="00345182" w:rsidRDefault="00345182" w:rsidP="00E632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8C5B8" w14:textId="77777777" w:rsidR="00E63230" w:rsidRDefault="002F3128">
    <w:pPr>
      <w:pStyle w:val="a7"/>
      <w:jc w:val="center"/>
    </w:pPr>
    <w:proofErr w:type="spellStart"/>
    <w:r>
      <w:t>Техническая</w:t>
    </w:r>
    <w:proofErr w:type="spellEnd"/>
    <w:r>
      <w:t xml:space="preserve"> </w:t>
    </w:r>
    <w:proofErr w:type="spellStart"/>
    <w:r>
      <w:t>спецификация</w:t>
    </w:r>
    <w:proofErr w:type="spellEnd"/>
    <w:r>
      <w:t xml:space="preserve"> • 7 </w:t>
    </w:r>
    <w:proofErr w:type="spellStart"/>
    <w:r>
      <w:t>комплектов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DD776" w14:textId="77777777" w:rsidR="00345182" w:rsidRDefault="00345182" w:rsidP="00E63230">
      <w:pPr>
        <w:spacing w:after="0" w:line="240" w:lineRule="auto"/>
      </w:pPr>
      <w:r>
        <w:separator/>
      </w:r>
    </w:p>
  </w:footnote>
  <w:footnote w:type="continuationSeparator" w:id="0">
    <w:p w14:paraId="17EDC2D0" w14:textId="77777777" w:rsidR="00345182" w:rsidRDefault="00345182" w:rsidP="00E632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59718051">
    <w:abstractNumId w:val="8"/>
  </w:num>
  <w:num w:numId="2" w16cid:durableId="1391417191">
    <w:abstractNumId w:val="6"/>
  </w:num>
  <w:num w:numId="3" w16cid:durableId="129248645">
    <w:abstractNumId w:val="5"/>
  </w:num>
  <w:num w:numId="4" w16cid:durableId="742869280">
    <w:abstractNumId w:val="4"/>
  </w:num>
  <w:num w:numId="5" w16cid:durableId="1861968842">
    <w:abstractNumId w:val="7"/>
  </w:num>
  <w:num w:numId="6" w16cid:durableId="1420253826">
    <w:abstractNumId w:val="3"/>
  </w:num>
  <w:num w:numId="7" w16cid:durableId="1651665297">
    <w:abstractNumId w:val="2"/>
  </w:num>
  <w:num w:numId="8" w16cid:durableId="120459855">
    <w:abstractNumId w:val="1"/>
  </w:num>
  <w:num w:numId="9" w16cid:durableId="24185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2F3128"/>
    <w:rsid w:val="00326F90"/>
    <w:rsid w:val="00345182"/>
    <w:rsid w:val="007B706E"/>
    <w:rsid w:val="00804668"/>
    <w:rsid w:val="00A36266"/>
    <w:rsid w:val="00AA1D8D"/>
    <w:rsid w:val="00B47730"/>
    <w:rsid w:val="00CB0664"/>
    <w:rsid w:val="00E63230"/>
    <w:rsid w:val="00FC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47A7D3"/>
  <w15:docId w15:val="{BA40CBE9-0239-462A-BD95-7B6D26647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00"/>
    </w:pPr>
    <w:rPr>
      <w:rFonts w:ascii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Balloon Text"/>
    <w:basedOn w:val="a1"/>
    <w:link w:val="aff9"/>
    <w:uiPriority w:val="99"/>
    <w:semiHidden/>
    <w:unhideWhenUsed/>
    <w:rsid w:val="00A362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A362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2722</Words>
  <Characters>15517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18203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интернат Школа</cp:lastModifiedBy>
  <cp:revision>4</cp:revision>
  <dcterms:created xsi:type="dcterms:W3CDTF">2013-12-23T23:15:00Z</dcterms:created>
  <dcterms:modified xsi:type="dcterms:W3CDTF">2026-10-13T06:56:00Z</dcterms:modified>
  <cp:category/>
</cp:coreProperties>
</file>